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5AE" w:rsidRDefault="002D16FE">
      <w:pPr>
        <w:pStyle w:val="a8"/>
        <w:jc w:val="center"/>
        <w:rPr>
          <w:lang w:eastAsia="zh-CN"/>
        </w:rPr>
      </w:pPr>
      <w:r>
        <w:rPr>
          <w:lang w:eastAsia="zh-CN"/>
        </w:rPr>
        <w:t>F33-DVT</w:t>
      </w:r>
      <w:r>
        <w:rPr>
          <w:lang w:eastAsia="zh-CN"/>
        </w:rPr>
        <w:t xml:space="preserve"> Reliability Test Report</w:t>
      </w:r>
    </w:p>
    <w:p w:rsidR="00DD15AE" w:rsidRDefault="002D16FE">
      <w:pPr>
        <w:spacing w:after="480"/>
        <w:jc w:val="center"/>
        <w:rPr>
          <w:lang w:eastAsia="zh-CN"/>
        </w:rPr>
      </w:pPr>
      <w:r>
        <w:rPr>
          <w:b/>
          <w:sz w:val="26"/>
          <w:lang w:eastAsia="zh-CN"/>
        </w:rPr>
        <w:t xml:space="preserve">Dongguan </w:t>
      </w:r>
      <w:proofErr w:type="gramStart"/>
      <w:r>
        <w:rPr>
          <w:b/>
          <w:sz w:val="26"/>
          <w:lang w:eastAsia="zh-CN"/>
        </w:rPr>
        <w:t xml:space="preserve">Jin wen hua digital </w:t>
      </w:r>
      <w:proofErr w:type="gramEnd"/>
      <w:r>
        <w:rPr>
          <w:b/>
          <w:sz w:val="26"/>
          <w:lang w:eastAsia="zh-CN"/>
        </w:rPr>
        <w:t>technology Co., LTD</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Company name</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 xml:space="preserve">Dongguan </w:t>
            </w:r>
            <w:proofErr w:type="gramStart"/>
            <w:r>
              <w:rPr>
                <w:sz w:val="19"/>
                <w:lang w:eastAsia="zh-CN"/>
              </w:rPr>
              <w:t xml:space="preserve">Jin wen hua digital </w:t>
            </w:r>
            <w:proofErr w:type="gramEnd"/>
            <w:r>
              <w:rPr>
                <w:sz w:val="19"/>
                <w:lang w:eastAsia="zh-CN"/>
              </w:rPr>
              <w:t>technology Co., LTD</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Report name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Product Reliability Test Report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period</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2025.5.12 to 2025.8.16</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spacing w:before="200" w:line="324" w:lineRule="auto"/>
        <w:rPr>
          <w:lang w:eastAsia="zh-CN"/>
        </w:rPr>
      </w:pPr>
      <w:r>
        <w:rPr>
          <w:sz w:val="22"/>
          <w:lang w:eastAsia="zh-CN"/>
        </w:rPr>
        <w:t>This report records the environmental reliability, mechanical reliability, EMC, component reliability, and electrical performance tests conducted during the DVT phase of the F33 Bluetooth speaker. The conditions, methods, test records, procedures, and results of each test item are presented in separate sections by item.</w:t>
      </w:r>
    </w:p>
    <w:p w:rsidR="00DD15AE" w:rsidRDefault="002D16FE">
      <w:pPr>
        <w:pStyle w:val="1"/>
        <w:rPr>
          <w:lang w:eastAsia="zh-CN"/>
        </w:rPr>
      </w:pPr>
      <w:r>
        <w:rPr>
          <w:lang w:eastAsia="zh-CN"/>
        </w:rPr>
        <w:lastRenderedPageBreak/>
        <w:t xml:space="preserve">1. </w:t>
      </w:r>
      <w:r>
        <w:rPr>
          <w:lang w:eastAsia="zh-CN"/>
        </w:rPr>
        <w:t>Environmental Reliability</w:t>
      </w:r>
    </w:p>
    <w:p w:rsidR="00DD15AE" w:rsidRDefault="002D16FE">
      <w:pPr>
        <w:pStyle w:val="21"/>
        <w:rPr>
          <w:lang w:eastAsia="zh-CN"/>
        </w:rPr>
      </w:pPr>
      <w:r>
        <w:rPr>
          <w:lang w:eastAsia="zh-CN"/>
        </w:rPr>
        <w:t xml:space="preserve">1.1. </w:t>
      </w:r>
      <w:r>
        <w:rPr>
          <w:lang w:eastAsia="zh-CN"/>
        </w:rPr>
        <w:t>Low-Temperature Storage Test</w:t>
      </w:r>
    </w:p>
    <w:p w:rsidR="00DD15AE" w:rsidRDefault="002D16FE">
      <w:pPr>
        <w:pStyle w:val="31"/>
      </w:pPr>
      <w:r>
        <w:t xml:space="preserve">1.1.1.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Low-Temperature Storage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Low-Temperature Storage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2025.5.12</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2025.5.12</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2025.5.14</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1.1.2.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Place the product that has passed appearance and functional checks in the environmental test chamber for 48H of storage.</w:t>
      </w:r>
    </w:p>
    <w:p w:rsidR="00DD15AE" w:rsidRDefault="002D16FE">
      <w:pPr>
        <w:rPr>
          <w:lang w:eastAsia="zh-CN"/>
        </w:rPr>
      </w:pPr>
      <w:r>
        <w:rPr>
          <w:lang w:eastAsia="zh-CN"/>
        </w:rPr>
        <w:t>3) Operating temperature: set the low temperature to -20℃, 85%RH, with a running time of 48 hours; 1 cycle totals 48 hours.</w:t>
      </w:r>
    </w:p>
    <w:p w:rsidR="00DD15AE" w:rsidRDefault="002D16FE">
      <w:pPr>
        <w:rPr>
          <w:lang w:eastAsia="zh-CN"/>
        </w:rPr>
      </w:pPr>
      <w:r>
        <w:rPr>
          <w:lang w:eastAsia="zh-CN"/>
        </w:rPr>
        <w:t>4) After the low-temperature operation test, remove the test samples and leave them at room temperature for 2 hours before checking their appearance and functions.</w:t>
      </w:r>
    </w:p>
    <w:p w:rsidR="00DD15AE" w:rsidRDefault="002D16FE">
      <w:pPr>
        <w:pStyle w:val="31"/>
        <w:rPr>
          <w:lang w:eastAsia="zh-CN"/>
        </w:rPr>
      </w:pPr>
      <w:r>
        <w:rPr>
          <w:lang w:eastAsia="zh-CN"/>
        </w:rPr>
        <w:t xml:space="preserve">1.1.3. </w:t>
      </w:r>
      <w:r>
        <w:rPr>
          <w:lang w:eastAsia="zh-CN"/>
        </w:rPr>
        <w:t>Test Standard Requirements and Test Records</w:t>
      </w:r>
    </w:p>
    <w:p w:rsidR="00DD15AE" w:rsidRDefault="002D16FE">
      <w:pPr>
        <w:rPr>
          <w:lang w:eastAsia="zh-CN"/>
        </w:rPr>
      </w:pPr>
      <w:r>
        <w:rPr>
          <w:lang w:eastAsia="zh-CN"/>
        </w:rPr>
        <w:t>1) May 12 at 20:00–May 14 at 20:00: after the 48-hour low-temperature test, remove the test samples and leave them at room temperature for 2 hours, then check their appearance and functions.</w:t>
      </w:r>
    </w:p>
    <w:p w:rsidR="00DD15AE" w:rsidRDefault="002D16FE">
      <w:pPr>
        <w:rPr>
          <w:lang w:eastAsia="zh-CN"/>
        </w:rPr>
      </w:pPr>
      <w:r>
        <w:rPr>
          <w:lang w:eastAsia="zh-CN"/>
        </w:rPr>
        <w:t>2) Check the product's appearance: no deformation, color difference, or surface scorching. Considered a pass.</w:t>
      </w:r>
    </w:p>
    <w:p w:rsidR="00DD15AE" w:rsidRDefault="002D16FE">
      <w:pPr>
        <w:rPr>
          <w:lang w:eastAsia="zh-CN"/>
        </w:rPr>
      </w:pPr>
      <w:r>
        <w:rPr>
          <w:lang w:eastAsia="zh-CN"/>
        </w:rPr>
        <w:t>3) Test the product's basic functions; no abnormalities. Considered a pass.</w:t>
      </w:r>
    </w:p>
    <w:p w:rsidR="00DD15AE" w:rsidRDefault="002D16FE">
      <w:pPr>
        <w:pStyle w:val="31"/>
        <w:rPr>
          <w:lang w:eastAsia="zh-CN"/>
        </w:rPr>
      </w:pPr>
      <w:r>
        <w:rPr>
          <w:lang w:eastAsia="zh-CN"/>
        </w:rPr>
        <w:lastRenderedPageBreak/>
        <w:t xml:space="preserve">1.1.4.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t xml:space="preserve">1.1.5. </w:t>
      </w:r>
      <w:r>
        <w:rPr>
          <w:lang w:eastAsia="zh-CN"/>
        </w:rPr>
        <w:t>Test Procedure</w:t>
      </w:r>
    </w:p>
    <w:p w:rsidR="00DD15AE" w:rsidRDefault="002D16FE">
      <w:pPr>
        <w:rPr>
          <w:lang w:eastAsia="zh-CN"/>
        </w:rPr>
      </w:pPr>
      <w:r>
        <w:rPr>
          <w:lang w:eastAsia="zh-CN"/>
        </w:rPr>
        <w:t>1) Place the product in the high- and low-temperature oven.</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low-temperature test: current temperature -19.99℃; humidity</w:t>
      </w:r>
    </w:p>
    <w:p w:rsidR="00DD15AE" w:rsidRDefault="002D16FE">
      <w:pPr>
        <w:rPr>
          <w:lang w:eastAsia="zh-CN"/>
        </w:rPr>
      </w:pPr>
      <w:r>
        <w:rPr>
          <w:lang w:eastAsia="zh-CN"/>
        </w:rPr>
        <w:t>4) After removing the product, check and test that its functions are normal.</w:t>
      </w:r>
    </w:p>
    <w:p w:rsidR="00DD15AE" w:rsidRDefault="002D16FE">
      <w:pPr>
        <w:pStyle w:val="31"/>
        <w:rPr>
          <w:lang w:eastAsia="zh-CN"/>
        </w:rPr>
      </w:pPr>
      <w:r>
        <w:rPr>
          <w:lang w:eastAsia="zh-CN"/>
        </w:rPr>
        <w:t xml:space="preserve">1.1.6. </w:t>
      </w:r>
      <w:r>
        <w:rPr>
          <w:lang w:eastAsia="zh-CN"/>
        </w:rPr>
        <w:t>Test Results</w:t>
      </w:r>
    </w:p>
    <w:p w:rsidR="00DD15AE" w:rsidRDefault="002D16FE">
      <w:pPr>
        <w:rPr>
          <w:lang w:eastAsia="zh-CN"/>
        </w:rPr>
      </w:pPr>
      <w:r>
        <w:rPr>
          <w:lang w:eastAsia="zh-CN"/>
        </w:rPr>
        <w:t>After the 48-hour low-temperature test, remove the product and check that its functions are normal. Appearance: no deformation, color difference, or surface scorching. Considered a pass.</w:t>
      </w:r>
    </w:p>
    <w:p w:rsidR="00DD15AE" w:rsidRDefault="002D16FE">
      <w:pPr>
        <w:pStyle w:val="31"/>
        <w:rPr>
          <w:lang w:eastAsia="zh-CN"/>
        </w:rPr>
      </w:pPr>
      <w:r>
        <w:rPr>
          <w:lang w:eastAsia="zh-CN"/>
        </w:rPr>
        <w:t xml:space="preserve">1.1.7. </w:t>
      </w:r>
      <w:r>
        <w:rPr>
          <w:lang w:eastAsia="zh-CN"/>
        </w:rPr>
        <w:t>Images of the Test Procedure and Results</w:t>
      </w:r>
    </w:p>
    <w:p w:rsidR="00DD15AE" w:rsidRDefault="002D16FE">
      <w:pPr>
        <w:keepNext/>
        <w:jc w:val="center"/>
      </w:pPr>
      <w:r>
        <w:rPr>
          <w:noProof/>
          <w:lang w:eastAsia="zh-CN"/>
        </w:rPr>
        <w:drawing>
          <wp:inline distT="0" distB="0" distL="0" distR="0">
            <wp:extent cx="5760720" cy="4320540"/>
            <wp:effectExtent l="0" t="0" r="0" b="0"/>
            <wp:docPr id="1" name="Picture 1" descr="图 1.1-1 低温贮存试验实验图片" title="图 1.1-1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2.png"/>
                    <pic:cNvPicPr/>
                  </pic:nvPicPr>
                  <pic:blipFill>
                    <a:blip r:embed="rId8"/>
                    <a:stretch>
                      <a:fillRect/>
                    </a:stretch>
                  </pic:blipFill>
                  <pic:spPr>
                    <a:xfrm>
                      <a:off x="0" y="0"/>
                      <a:ext cx="5760720" cy="4320540"/>
                    </a:xfrm>
                    <a:prstGeom prst="rect">
                      <a:avLst/>
                    </a:prstGeom>
                  </pic:spPr>
                </pic:pic>
              </a:graphicData>
            </a:graphic>
          </wp:inline>
        </w:drawing>
      </w:r>
    </w:p>
    <w:p w:rsidR="00DD15AE" w:rsidRDefault="002D16FE">
      <w:pPr>
        <w:spacing w:after="160"/>
        <w:jc w:val="center"/>
        <w:rPr>
          <w:lang w:eastAsia="zh-CN"/>
        </w:rPr>
      </w:pPr>
      <w:r>
        <w:rPr>
          <w:sz w:val="18"/>
          <w:lang w:eastAsia="zh-CN"/>
        </w:rPr>
        <w:t>Figure 1.1-1 Low-temperature storage test image</w:t>
      </w:r>
    </w:p>
    <w:p w:rsidR="00DD15AE" w:rsidRDefault="002D16FE">
      <w:pPr>
        <w:keepNext/>
        <w:jc w:val="center"/>
      </w:pPr>
      <w:r>
        <w:rPr>
          <w:noProof/>
          <w:lang w:eastAsia="zh-CN"/>
        </w:rPr>
        <w:lastRenderedPageBreak/>
        <w:drawing>
          <wp:inline distT="0" distB="0" distL="0" distR="0">
            <wp:extent cx="5760720" cy="4320540"/>
            <wp:effectExtent l="0" t="0" r="0" b="0"/>
            <wp:docPr id="2" name="Picture 2" descr="图 1.1-2 低温贮存试验实验图片" title="图 1.1-2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3.png"/>
                    <pic:cNvPicPr/>
                  </pic:nvPicPr>
                  <pic:blipFill>
                    <a:blip r:embed="rId9"/>
                    <a:stretch>
                      <a:fillRect/>
                    </a:stretch>
                  </pic:blipFill>
                  <pic:spPr>
                    <a:xfrm>
                      <a:off x="0" y="0"/>
                      <a:ext cx="5760720" cy="4320540"/>
                    </a:xfrm>
                    <a:prstGeom prst="rect">
                      <a:avLst/>
                    </a:prstGeom>
                  </pic:spPr>
                </pic:pic>
              </a:graphicData>
            </a:graphic>
          </wp:inline>
        </w:drawing>
      </w:r>
    </w:p>
    <w:p w:rsidR="00DD15AE" w:rsidRDefault="002D16FE">
      <w:pPr>
        <w:spacing w:after="160"/>
        <w:jc w:val="center"/>
        <w:rPr>
          <w:lang w:eastAsia="zh-CN"/>
        </w:rPr>
      </w:pPr>
      <w:r>
        <w:rPr>
          <w:sz w:val="18"/>
          <w:lang w:eastAsia="zh-CN"/>
        </w:rPr>
        <w:t>Figure 1.1-2 Low-temperature storage test image</w:t>
      </w:r>
    </w:p>
    <w:p w:rsidR="00DD15AE" w:rsidRDefault="002D16FE">
      <w:pPr>
        <w:keepNext/>
        <w:jc w:val="center"/>
      </w:pPr>
      <w:r>
        <w:rPr>
          <w:noProof/>
          <w:lang w:eastAsia="zh-CN"/>
        </w:rPr>
        <w:lastRenderedPageBreak/>
        <w:drawing>
          <wp:inline distT="0" distB="0" distL="0" distR="0">
            <wp:extent cx="5760720" cy="4404192"/>
            <wp:effectExtent l="0" t="0" r="0" b="0"/>
            <wp:docPr id="3" name="Picture 3" descr="图 1.1-3 低温贮存试验实验图片" title="图 1.1-3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4.png"/>
                    <pic:cNvPicPr/>
                  </pic:nvPicPr>
                  <pic:blipFill>
                    <a:blip r:embed="rId10"/>
                    <a:stretch>
                      <a:fillRect/>
                    </a:stretch>
                  </pic:blipFill>
                  <pic:spPr>
                    <a:xfrm>
                      <a:off x="0" y="0"/>
                      <a:ext cx="5760720" cy="4404192"/>
                    </a:xfrm>
                    <a:prstGeom prst="rect">
                      <a:avLst/>
                    </a:prstGeom>
                  </pic:spPr>
                </pic:pic>
              </a:graphicData>
            </a:graphic>
          </wp:inline>
        </w:drawing>
      </w:r>
    </w:p>
    <w:p w:rsidR="00DD15AE" w:rsidRDefault="002D16FE">
      <w:pPr>
        <w:spacing w:after="160"/>
        <w:jc w:val="center"/>
        <w:rPr>
          <w:lang w:eastAsia="zh-CN"/>
        </w:rPr>
      </w:pPr>
      <w:r>
        <w:rPr>
          <w:sz w:val="18"/>
          <w:lang w:eastAsia="zh-CN"/>
        </w:rPr>
        <w:t>Figure 1.1-3 Low-temperature storage test image</w:t>
      </w:r>
    </w:p>
    <w:p w:rsidR="00DD15AE" w:rsidRDefault="002D16FE">
      <w:pPr>
        <w:keepNext/>
        <w:jc w:val="center"/>
      </w:pPr>
      <w:r>
        <w:rPr>
          <w:noProof/>
          <w:lang w:eastAsia="zh-CN"/>
        </w:rPr>
        <w:lastRenderedPageBreak/>
        <w:drawing>
          <wp:inline distT="0" distB="0" distL="0" distR="0">
            <wp:extent cx="5760720" cy="4309924"/>
            <wp:effectExtent l="0" t="0" r="0" b="0"/>
            <wp:docPr id="4" name="Picture 4" descr="图 1.1-4 低温贮存试验实验图片" title="图 1.1-4 低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5.png"/>
                    <pic:cNvPicPr/>
                  </pic:nvPicPr>
                  <pic:blipFill>
                    <a:blip r:embed="rId11"/>
                    <a:stretch>
                      <a:fillRect/>
                    </a:stretch>
                  </pic:blipFill>
                  <pic:spPr>
                    <a:xfrm>
                      <a:off x="0" y="0"/>
                      <a:ext cx="5760720" cy="4309924"/>
                    </a:xfrm>
                    <a:prstGeom prst="rect">
                      <a:avLst/>
                    </a:prstGeom>
                  </pic:spPr>
                </pic:pic>
              </a:graphicData>
            </a:graphic>
          </wp:inline>
        </w:drawing>
      </w:r>
    </w:p>
    <w:p w:rsidR="00DD15AE" w:rsidRDefault="002D16FE">
      <w:pPr>
        <w:spacing w:after="160"/>
        <w:jc w:val="center"/>
        <w:rPr>
          <w:lang w:eastAsia="zh-CN"/>
        </w:rPr>
      </w:pPr>
      <w:r>
        <w:rPr>
          <w:sz w:val="18"/>
          <w:lang w:eastAsia="zh-CN"/>
        </w:rPr>
        <w:t>Figure 1.1-4 Low-temperature storage test image</w:t>
      </w:r>
    </w:p>
    <w:p w:rsidR="00DD15AE" w:rsidRDefault="002D16FE">
      <w:pPr>
        <w:pStyle w:val="31"/>
      </w:pPr>
      <w:r>
        <w:t xml:space="preserve">1.1.8.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D77ECA">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2025.5.14</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D77ECA">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2025.5.14</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1.2. </w:t>
      </w:r>
      <w:r>
        <w:t>Low-Temperature Operation Test</w:t>
      </w:r>
    </w:p>
    <w:p w:rsidR="00DD15AE" w:rsidRDefault="002D16FE">
      <w:pPr>
        <w:pStyle w:val="31"/>
      </w:pPr>
      <w:r>
        <w:t xml:space="preserve">1.2.1.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Low-Temperature Operation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Low-Temperature Operation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2025.5.14</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2025.5.14</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1.2.2.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Place the product that has passed appearance and functional checks in the environmental test chamber for 24H of storage.</w:t>
      </w:r>
    </w:p>
    <w:p w:rsidR="00DD15AE" w:rsidRDefault="002D16FE">
      <w:pPr>
        <w:rPr>
          <w:lang w:eastAsia="zh-CN"/>
        </w:rPr>
      </w:pPr>
      <w:r>
        <w:rPr>
          <w:lang w:eastAsia="zh-CN"/>
        </w:rPr>
        <w:t>3) Operating temperature: set the low temperature to -20℃, 00%RH, with a running time of 24 hours.</w:t>
      </w:r>
    </w:p>
    <w:p w:rsidR="00DD15AE" w:rsidRDefault="002D16FE">
      <w:pPr>
        <w:rPr>
          <w:lang w:eastAsia="zh-CN"/>
        </w:rPr>
      </w:pPr>
      <w:r>
        <w:rPr>
          <w:lang w:eastAsia="zh-CN"/>
        </w:rPr>
        <w:t>4) After the low-temperature operation test, remove the test samples and leave them at room temperature for 2 hours before checking their appearance and functions.</w:t>
      </w:r>
    </w:p>
    <w:p w:rsidR="00DD15AE" w:rsidRDefault="002D16FE">
      <w:pPr>
        <w:pStyle w:val="31"/>
        <w:rPr>
          <w:lang w:eastAsia="zh-CN"/>
        </w:rPr>
      </w:pPr>
      <w:r>
        <w:rPr>
          <w:lang w:eastAsia="zh-CN"/>
        </w:rPr>
        <w:t xml:space="preserve">1.2.3. </w:t>
      </w:r>
      <w:r>
        <w:rPr>
          <w:lang w:eastAsia="zh-CN"/>
        </w:rPr>
        <w:t>Test Standard Requirements and Test Records</w:t>
      </w:r>
    </w:p>
    <w:p w:rsidR="00DD15AE" w:rsidRDefault="002D16FE">
      <w:pPr>
        <w:rPr>
          <w:lang w:eastAsia="zh-CN"/>
        </w:rPr>
      </w:pPr>
      <w:r>
        <w:rPr>
          <w:lang w:eastAsia="zh-CN"/>
        </w:rPr>
        <w:t>1) May 14 at 10:00–May 15 at 10:00: after the 24-hour low-temperature test, remove the test samples and leave them at room temperature for 2 hours, then check their appearance and functions.</w:t>
      </w:r>
    </w:p>
    <w:p w:rsidR="00DD15AE" w:rsidRDefault="002D16FE">
      <w:pPr>
        <w:rPr>
          <w:lang w:eastAsia="zh-CN"/>
        </w:rPr>
      </w:pPr>
      <w:r>
        <w:rPr>
          <w:lang w:eastAsia="zh-CN"/>
        </w:rPr>
        <w:t>2) Check the product's appearance: no deformation, color difference, surface scorching, or adhesive separation. Considered a pass.</w:t>
      </w:r>
    </w:p>
    <w:p w:rsidR="00DD15AE" w:rsidRDefault="002D16FE">
      <w:pPr>
        <w:rPr>
          <w:lang w:eastAsia="zh-CN"/>
        </w:rPr>
      </w:pPr>
      <w:r>
        <w:rPr>
          <w:lang w:eastAsia="zh-CN"/>
        </w:rPr>
        <w:t>3) Test the product's basic functions; no abnormalities. Considered a pass.</w:t>
      </w:r>
    </w:p>
    <w:p w:rsidR="00DD15AE" w:rsidRDefault="002D16FE">
      <w:pPr>
        <w:pStyle w:val="31"/>
        <w:rPr>
          <w:lang w:eastAsia="zh-CN"/>
        </w:rPr>
      </w:pPr>
      <w:r>
        <w:rPr>
          <w:lang w:eastAsia="zh-CN"/>
        </w:rPr>
        <w:t xml:space="preserve">1.2.4.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lastRenderedPageBreak/>
        <w:t xml:space="preserve">1.2.5. </w:t>
      </w:r>
      <w:r>
        <w:rPr>
          <w:lang w:eastAsia="zh-CN"/>
        </w:rPr>
        <w:t>Test Procedure</w:t>
      </w:r>
    </w:p>
    <w:p w:rsidR="00DD15AE" w:rsidRDefault="002D16FE">
      <w:pPr>
        <w:rPr>
          <w:lang w:eastAsia="zh-CN"/>
        </w:rPr>
      </w:pPr>
      <w:r>
        <w:rPr>
          <w:lang w:eastAsia="zh-CN"/>
        </w:rPr>
        <w:t xml:space="preserve">1) Place the product in the high- and low-temperature oven, connect the </w:t>
      </w:r>
      <w:proofErr w:type="gramStart"/>
      <w:r>
        <w:rPr>
          <w:lang w:eastAsia="zh-CN"/>
        </w:rPr>
        <w:t xml:space="preserve">charging cable, </w:t>
      </w:r>
      <w:proofErr w:type="gramEnd"/>
      <w:r>
        <w:rPr>
          <w:lang w:eastAsia="zh-CN"/>
        </w:rPr>
        <w:t>and power it on. Connect the phone to the product and play at 60% volume.</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low-temperature test: current temperature -19.99℃; humidity</w:t>
      </w:r>
    </w:p>
    <w:p w:rsidR="00DD15AE" w:rsidRDefault="002D16FE">
      <w:pPr>
        <w:rPr>
          <w:lang w:eastAsia="zh-CN"/>
        </w:rPr>
      </w:pPr>
      <w:r>
        <w:rPr>
          <w:lang w:eastAsia="zh-CN"/>
        </w:rPr>
        <w:t>4) After removing the product, check and test that its functions are normal.</w:t>
      </w:r>
    </w:p>
    <w:p w:rsidR="00DD15AE" w:rsidRDefault="002D16FE">
      <w:pPr>
        <w:pStyle w:val="31"/>
        <w:rPr>
          <w:lang w:eastAsia="zh-CN"/>
        </w:rPr>
      </w:pPr>
      <w:r>
        <w:rPr>
          <w:lang w:eastAsia="zh-CN"/>
        </w:rPr>
        <w:t xml:space="preserve">1.2.6. </w:t>
      </w:r>
      <w:r>
        <w:rPr>
          <w:lang w:eastAsia="zh-CN"/>
        </w:rPr>
        <w:t>Test Results</w:t>
      </w:r>
    </w:p>
    <w:p w:rsidR="00DD15AE" w:rsidRDefault="002D16FE">
      <w:pPr>
        <w:rPr>
          <w:lang w:eastAsia="zh-CN"/>
        </w:rPr>
      </w:pPr>
      <w:r>
        <w:rPr>
          <w:lang w:eastAsia="zh-CN"/>
        </w:rPr>
        <w:t>After the 24-hour low-temperature test, remove the product and check that its functions are normal. Appearance: no deformation, color difference, or surface scorching. Considered a pass.</w:t>
      </w:r>
    </w:p>
    <w:p w:rsidR="00DD15AE" w:rsidRDefault="002D16FE">
      <w:pPr>
        <w:pStyle w:val="31"/>
        <w:rPr>
          <w:lang w:eastAsia="zh-CN"/>
        </w:rPr>
      </w:pPr>
      <w:r>
        <w:rPr>
          <w:lang w:eastAsia="zh-CN"/>
        </w:rPr>
        <w:t xml:space="preserve">1.2.7. </w:t>
      </w:r>
      <w:r>
        <w:rPr>
          <w:lang w:eastAsia="zh-CN"/>
        </w:rPr>
        <w:t>Images of the Test Procedure and Results</w:t>
      </w:r>
    </w:p>
    <w:p w:rsidR="00DD15AE" w:rsidRDefault="002D16FE">
      <w:pPr>
        <w:keepNext/>
        <w:jc w:val="center"/>
      </w:pPr>
      <w:r>
        <w:rPr>
          <w:noProof/>
          <w:lang w:eastAsia="zh-CN"/>
        </w:rPr>
        <w:drawing>
          <wp:inline distT="0" distB="0" distL="0" distR="0">
            <wp:extent cx="3950065" cy="5577840"/>
            <wp:effectExtent l="0" t="0" r="0" b="0"/>
            <wp:docPr id="5" name="Picture 5" descr="图 1.2-1 低温运行试验实验图片" title="图 1.2-1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1.2-1 Low-temperature operation test image</w:t>
      </w:r>
    </w:p>
    <w:p w:rsidR="00DD15AE" w:rsidRDefault="002D16FE">
      <w:pPr>
        <w:keepNext/>
        <w:jc w:val="center"/>
      </w:pPr>
      <w:r>
        <w:rPr>
          <w:noProof/>
          <w:lang w:eastAsia="zh-CN"/>
        </w:rPr>
        <w:lastRenderedPageBreak/>
        <w:drawing>
          <wp:inline distT="0" distB="0" distL="0" distR="0">
            <wp:extent cx="5760720" cy="3005334"/>
            <wp:effectExtent l="0" t="0" r="0" b="0"/>
            <wp:docPr id="6" name="Picture 6" descr="图 1.2-2 低温运行试验实验图片" title="图 1.2-2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3.png"/>
                    <pic:cNvPicPr/>
                  </pic:nvPicPr>
                  <pic:blipFill>
                    <a:blip r:embed="rId13"/>
                    <a:stretch>
                      <a:fillRect/>
                    </a:stretch>
                  </pic:blipFill>
                  <pic:spPr>
                    <a:xfrm>
                      <a:off x="0" y="0"/>
                      <a:ext cx="5760720" cy="3005334"/>
                    </a:xfrm>
                    <a:prstGeom prst="rect">
                      <a:avLst/>
                    </a:prstGeom>
                  </pic:spPr>
                </pic:pic>
              </a:graphicData>
            </a:graphic>
          </wp:inline>
        </w:drawing>
      </w:r>
    </w:p>
    <w:p w:rsidR="00DD15AE" w:rsidRDefault="002D16FE">
      <w:pPr>
        <w:spacing w:after="160"/>
        <w:jc w:val="center"/>
        <w:rPr>
          <w:lang w:eastAsia="zh-CN"/>
        </w:rPr>
      </w:pPr>
      <w:r>
        <w:rPr>
          <w:sz w:val="18"/>
          <w:lang w:eastAsia="zh-CN"/>
        </w:rPr>
        <w:t>Figure 1.2-2 Low-temperature operation test image</w:t>
      </w:r>
    </w:p>
    <w:p w:rsidR="00DD15AE" w:rsidRDefault="002D16FE">
      <w:pPr>
        <w:keepNext/>
        <w:jc w:val="center"/>
      </w:pPr>
      <w:r>
        <w:rPr>
          <w:noProof/>
          <w:lang w:eastAsia="zh-CN"/>
        </w:rPr>
        <w:lastRenderedPageBreak/>
        <w:drawing>
          <wp:inline distT="0" distB="0" distL="0" distR="0">
            <wp:extent cx="5760720" cy="5460935"/>
            <wp:effectExtent l="0" t="0" r="0" b="0"/>
            <wp:docPr id="7" name="Picture 7" descr="图 1.2-3 低温运行试验实验图片" title="图 1.2-3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5460935"/>
                    </a:xfrm>
                    <a:prstGeom prst="rect">
                      <a:avLst/>
                    </a:prstGeom>
                  </pic:spPr>
                </pic:pic>
              </a:graphicData>
            </a:graphic>
          </wp:inline>
        </w:drawing>
      </w:r>
    </w:p>
    <w:p w:rsidR="00DD15AE" w:rsidRDefault="002D16FE">
      <w:pPr>
        <w:spacing w:after="160"/>
        <w:jc w:val="center"/>
        <w:rPr>
          <w:lang w:eastAsia="zh-CN"/>
        </w:rPr>
      </w:pPr>
      <w:r>
        <w:rPr>
          <w:sz w:val="18"/>
          <w:lang w:eastAsia="zh-CN"/>
        </w:rPr>
        <w:t>Figure 1.2-3 Low-temperature operation test image</w:t>
      </w:r>
    </w:p>
    <w:p w:rsidR="00DD15AE" w:rsidRDefault="002D16FE">
      <w:pPr>
        <w:keepNext/>
        <w:jc w:val="center"/>
      </w:pPr>
      <w:r>
        <w:rPr>
          <w:noProof/>
          <w:lang w:eastAsia="zh-CN"/>
        </w:rPr>
        <w:lastRenderedPageBreak/>
        <w:drawing>
          <wp:inline distT="0" distB="0" distL="0" distR="0">
            <wp:extent cx="5648064" cy="5577840"/>
            <wp:effectExtent l="0" t="0" r="0" b="0"/>
            <wp:docPr id="8" name="Picture 8" descr="图 1.2-4 低温运行试验实验图片" title="图 1.2-4 低温运行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5.png"/>
                    <pic:cNvPicPr/>
                  </pic:nvPicPr>
                  <pic:blipFill>
                    <a:blip r:embed="rId15"/>
                    <a:stretch>
                      <a:fillRect/>
                    </a:stretch>
                  </pic:blipFill>
                  <pic:spPr>
                    <a:xfrm>
                      <a:off x="0" y="0"/>
                      <a:ext cx="5648064"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1.2-4 Low-temperature operation test image</w:t>
      </w:r>
    </w:p>
    <w:p w:rsidR="00DD15AE" w:rsidRDefault="002D16FE">
      <w:pPr>
        <w:pStyle w:val="31"/>
      </w:pPr>
      <w:r>
        <w:t xml:space="preserve">1.2.8.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8D1C6D">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2025.5.15</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8D1C6D">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2025.5.15</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1.3. </w:t>
      </w:r>
      <w:r>
        <w:t>High-Temperature Storage Test</w:t>
      </w:r>
    </w:p>
    <w:p w:rsidR="00DD15AE" w:rsidRDefault="002D16FE">
      <w:pPr>
        <w:pStyle w:val="31"/>
      </w:pPr>
      <w:r>
        <w:t xml:space="preserve">1.3.1.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High-Temperature Storage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High-Temperature Storage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1.3.2.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Place the product that has passed appearance and functional checks in the environmental test chamber for 48H of storage.</w:t>
      </w:r>
    </w:p>
    <w:p w:rsidR="00DD15AE" w:rsidRDefault="002D16FE">
      <w:pPr>
        <w:rPr>
          <w:lang w:eastAsia="zh-CN"/>
        </w:rPr>
      </w:pPr>
      <w:r>
        <w:rPr>
          <w:lang w:eastAsia="zh-CN"/>
        </w:rPr>
        <w:t>3) Operating temperature: set the low temperature to 60℃, 85%RH, with a running time of 48 hours.</w:t>
      </w:r>
    </w:p>
    <w:p w:rsidR="00DD15AE" w:rsidRDefault="002D16FE">
      <w:pPr>
        <w:rPr>
          <w:lang w:eastAsia="zh-CN"/>
        </w:rPr>
      </w:pPr>
      <w:r>
        <w:rPr>
          <w:lang w:eastAsia="zh-CN"/>
        </w:rPr>
        <w:t>4) After the high-temperature operation test, remove the test samples and leave them at room temperature for 2 hours before checking their appearance and functions.</w:t>
      </w:r>
    </w:p>
    <w:p w:rsidR="00DD15AE" w:rsidRDefault="002D16FE">
      <w:pPr>
        <w:pStyle w:val="31"/>
        <w:rPr>
          <w:lang w:eastAsia="zh-CN"/>
        </w:rPr>
      </w:pPr>
      <w:r>
        <w:rPr>
          <w:lang w:eastAsia="zh-CN"/>
        </w:rPr>
        <w:t xml:space="preserve">1.3.3. </w:t>
      </w:r>
      <w:r>
        <w:rPr>
          <w:lang w:eastAsia="zh-CN"/>
        </w:rPr>
        <w:t>Test Standard Requirements and Test Records</w:t>
      </w:r>
    </w:p>
    <w:p w:rsidR="00DD15AE" w:rsidRDefault="002D16FE">
      <w:pPr>
        <w:rPr>
          <w:lang w:eastAsia="zh-CN"/>
        </w:rPr>
      </w:pPr>
      <w:r>
        <w:rPr>
          <w:lang w:eastAsia="zh-CN"/>
        </w:rPr>
        <w:t>1) May 15 at 11:00–May 17 at 11:00: after the 48-hour high-temperature test, remove the test samples and leave them at room temperature for 2 hours, then check their appearance and functions.</w:t>
      </w:r>
    </w:p>
    <w:p w:rsidR="00DD15AE" w:rsidRDefault="002D16FE">
      <w:pPr>
        <w:rPr>
          <w:lang w:eastAsia="zh-CN"/>
        </w:rPr>
      </w:pPr>
      <w:r>
        <w:rPr>
          <w:lang w:eastAsia="zh-CN"/>
        </w:rPr>
        <w:t>2) Check the product's appearance: no deformation, color difference, surface scorching, or adhesive separation. Considered a pass.</w:t>
      </w:r>
    </w:p>
    <w:p w:rsidR="00DD15AE" w:rsidRDefault="002D16FE">
      <w:pPr>
        <w:rPr>
          <w:lang w:eastAsia="zh-CN"/>
        </w:rPr>
      </w:pPr>
      <w:r>
        <w:rPr>
          <w:lang w:eastAsia="zh-CN"/>
        </w:rPr>
        <w:t>3) Test the product's basic functions; no abnormalities. Considered a pass.</w:t>
      </w:r>
    </w:p>
    <w:p w:rsidR="00DD15AE" w:rsidRDefault="002D16FE">
      <w:pPr>
        <w:pStyle w:val="31"/>
        <w:rPr>
          <w:lang w:eastAsia="zh-CN"/>
        </w:rPr>
      </w:pPr>
      <w:r>
        <w:rPr>
          <w:lang w:eastAsia="zh-CN"/>
        </w:rPr>
        <w:t xml:space="preserve">1.3.4.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lastRenderedPageBreak/>
        <w:t xml:space="preserve">1.3.5. </w:t>
      </w:r>
      <w:r>
        <w:rPr>
          <w:lang w:eastAsia="zh-CN"/>
        </w:rPr>
        <w:t>Test Procedure</w:t>
      </w:r>
    </w:p>
    <w:p w:rsidR="00DD15AE" w:rsidRDefault="002D16FE">
      <w:pPr>
        <w:rPr>
          <w:lang w:eastAsia="zh-CN"/>
        </w:rPr>
      </w:pPr>
      <w:r>
        <w:rPr>
          <w:lang w:eastAsia="zh-CN"/>
        </w:rPr>
        <w:t>1) Place the product in the high- and low-temperature oven.</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high-temperature test: current temperature 59.9℃; humidity 98.1%</w:t>
      </w:r>
    </w:p>
    <w:p w:rsidR="00DD15AE" w:rsidRDefault="002D16FE">
      <w:pPr>
        <w:rPr>
          <w:lang w:eastAsia="zh-CN"/>
        </w:rPr>
      </w:pPr>
      <w:r>
        <w:rPr>
          <w:lang w:eastAsia="zh-CN"/>
        </w:rPr>
        <w:t>4) After removing the product, check and test that its functions are normal.</w:t>
      </w:r>
    </w:p>
    <w:p w:rsidR="00DD15AE" w:rsidRDefault="002D16FE">
      <w:pPr>
        <w:pStyle w:val="31"/>
        <w:rPr>
          <w:lang w:eastAsia="zh-CN"/>
        </w:rPr>
      </w:pPr>
      <w:r>
        <w:rPr>
          <w:lang w:eastAsia="zh-CN"/>
        </w:rPr>
        <w:t xml:space="preserve">1.3.6. </w:t>
      </w:r>
      <w:r>
        <w:rPr>
          <w:lang w:eastAsia="zh-CN"/>
        </w:rPr>
        <w:t>Test Results</w:t>
      </w:r>
    </w:p>
    <w:p w:rsidR="00DD15AE" w:rsidRDefault="002D16FE">
      <w:pPr>
        <w:rPr>
          <w:lang w:eastAsia="zh-CN"/>
        </w:rPr>
      </w:pPr>
      <w:r>
        <w:rPr>
          <w:lang w:eastAsia="zh-CN"/>
        </w:rPr>
        <w:t>After the 48-hour high-temperature test, remove the product and check that its functions are normal, with no stripes, ripples, display corruption, black screen, or touch malfunction. Appearance: no deformation, color difference, surface scorching, or adhesive separation. Considered a pass.</w:t>
      </w:r>
    </w:p>
    <w:p w:rsidR="00DD15AE" w:rsidRDefault="002D16FE">
      <w:pPr>
        <w:pStyle w:val="31"/>
      </w:pPr>
      <w:r>
        <w:lastRenderedPageBreak/>
        <w:t xml:space="preserve">1.3.7. </w:t>
      </w:r>
      <w:r>
        <w:t>Images of the Test Procedure and Results</w:t>
      </w:r>
    </w:p>
    <w:p w:rsidR="00DD15AE" w:rsidRDefault="002D16FE">
      <w:pPr>
        <w:keepNext/>
        <w:jc w:val="center"/>
      </w:pPr>
      <w:r>
        <w:rPr>
          <w:noProof/>
          <w:lang w:eastAsia="zh-CN"/>
        </w:rPr>
        <w:drawing>
          <wp:inline distT="0" distB="0" distL="0" distR="0">
            <wp:extent cx="3950065" cy="5577840"/>
            <wp:effectExtent l="0" t="0" r="0" b="0"/>
            <wp:docPr id="9" name="Picture 9" descr="图 1.3-1 高温贮存试验实验图片" title="图 1.3-1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1.3-1 High-temperature storage test image</w:t>
      </w:r>
    </w:p>
    <w:p w:rsidR="00DD15AE" w:rsidRDefault="002D16FE">
      <w:pPr>
        <w:keepNext/>
        <w:jc w:val="center"/>
      </w:pPr>
      <w:r>
        <w:rPr>
          <w:noProof/>
          <w:lang w:eastAsia="zh-CN"/>
        </w:rPr>
        <w:lastRenderedPageBreak/>
        <w:drawing>
          <wp:inline distT="0" distB="0" distL="0" distR="0">
            <wp:extent cx="5760720" cy="2948939"/>
            <wp:effectExtent l="0" t="0" r="0" b="0"/>
            <wp:docPr id="10" name="Picture 10" descr="图 1.3-2 高温贮存试验实验图片" title="图 1.3-2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3.png"/>
                    <pic:cNvPicPr/>
                  </pic:nvPicPr>
                  <pic:blipFill>
                    <a:blip r:embed="rId16"/>
                    <a:stretch>
                      <a:fillRect/>
                    </a:stretch>
                  </pic:blipFill>
                  <pic:spPr>
                    <a:xfrm>
                      <a:off x="0" y="0"/>
                      <a:ext cx="5760720" cy="2948939"/>
                    </a:xfrm>
                    <a:prstGeom prst="rect">
                      <a:avLst/>
                    </a:prstGeom>
                  </pic:spPr>
                </pic:pic>
              </a:graphicData>
            </a:graphic>
          </wp:inline>
        </w:drawing>
      </w:r>
    </w:p>
    <w:p w:rsidR="00DD15AE" w:rsidRDefault="002D16FE">
      <w:pPr>
        <w:spacing w:after="160"/>
        <w:jc w:val="center"/>
        <w:rPr>
          <w:lang w:eastAsia="zh-CN"/>
        </w:rPr>
      </w:pPr>
      <w:r>
        <w:rPr>
          <w:sz w:val="18"/>
          <w:lang w:eastAsia="zh-CN"/>
        </w:rPr>
        <w:t>Figure 1.3-2 High-temperature storage test image</w:t>
      </w:r>
    </w:p>
    <w:p w:rsidR="00DD15AE" w:rsidRDefault="002D16FE">
      <w:pPr>
        <w:keepNext/>
        <w:jc w:val="center"/>
      </w:pPr>
      <w:r>
        <w:rPr>
          <w:noProof/>
          <w:lang w:eastAsia="zh-CN"/>
        </w:rPr>
        <w:lastRenderedPageBreak/>
        <w:drawing>
          <wp:inline distT="0" distB="0" distL="0" distR="0">
            <wp:extent cx="5760720" cy="5076866"/>
            <wp:effectExtent l="0" t="0" r="0" b="0"/>
            <wp:docPr id="11" name="Picture 11" descr="图 1.3-3 高温贮存试验实验图片" title="图 1.3-3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4.png"/>
                    <pic:cNvPicPr/>
                  </pic:nvPicPr>
                  <pic:blipFill>
                    <a:blip r:embed="rId17"/>
                    <a:stretch>
                      <a:fillRect/>
                    </a:stretch>
                  </pic:blipFill>
                  <pic:spPr>
                    <a:xfrm>
                      <a:off x="0" y="0"/>
                      <a:ext cx="5760720" cy="5076866"/>
                    </a:xfrm>
                    <a:prstGeom prst="rect">
                      <a:avLst/>
                    </a:prstGeom>
                  </pic:spPr>
                </pic:pic>
              </a:graphicData>
            </a:graphic>
          </wp:inline>
        </w:drawing>
      </w:r>
    </w:p>
    <w:p w:rsidR="00DD15AE" w:rsidRDefault="002D16FE">
      <w:pPr>
        <w:spacing w:after="160"/>
        <w:jc w:val="center"/>
        <w:rPr>
          <w:lang w:eastAsia="zh-CN"/>
        </w:rPr>
      </w:pPr>
      <w:r>
        <w:rPr>
          <w:sz w:val="18"/>
          <w:lang w:eastAsia="zh-CN"/>
        </w:rPr>
        <w:t>Figure 1.3-3 High-temperature storage test image</w:t>
      </w:r>
    </w:p>
    <w:p w:rsidR="00DD15AE" w:rsidRDefault="002D16FE">
      <w:pPr>
        <w:keepNext/>
        <w:jc w:val="center"/>
      </w:pPr>
      <w:r>
        <w:rPr>
          <w:noProof/>
          <w:lang w:eastAsia="zh-CN"/>
        </w:rPr>
        <w:lastRenderedPageBreak/>
        <w:drawing>
          <wp:inline distT="0" distB="0" distL="0" distR="0">
            <wp:extent cx="5067449" cy="5577840"/>
            <wp:effectExtent l="0" t="0" r="0" b="0"/>
            <wp:docPr id="12" name="Picture 12" descr="图 1.3-4 高温贮存试验实验图片" title="图 1.3-4 高温贮存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5.png"/>
                    <pic:cNvPicPr/>
                  </pic:nvPicPr>
                  <pic:blipFill>
                    <a:blip r:embed="rId18"/>
                    <a:stretch>
                      <a:fillRect/>
                    </a:stretch>
                  </pic:blipFill>
                  <pic:spPr>
                    <a:xfrm>
                      <a:off x="0" y="0"/>
                      <a:ext cx="5067449"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1.3-4 High-temperature storage test image</w:t>
      </w:r>
    </w:p>
    <w:p w:rsidR="00DD15AE" w:rsidRDefault="002D16FE">
      <w:pPr>
        <w:pStyle w:val="31"/>
      </w:pPr>
      <w:r>
        <w:t xml:space="preserve">1.3.8.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8D1C6D">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8D1C6D">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rPr>
          <w:lang w:eastAsia="zh-CN"/>
        </w:rPr>
      </w:pPr>
      <w:r>
        <w:rPr>
          <w:lang w:eastAsia="zh-CN"/>
        </w:rPr>
        <w:lastRenderedPageBreak/>
        <w:t xml:space="preserve">1.4. </w:t>
      </w:r>
      <w:r>
        <w:rPr>
          <w:lang w:eastAsia="zh-CN"/>
        </w:rPr>
        <w:t>High-Temperature Operation Test (Extreme-Condition Aging)</w:t>
      </w:r>
    </w:p>
    <w:p w:rsidR="00DD15AE" w:rsidRDefault="002D16FE">
      <w:pPr>
        <w:pStyle w:val="31"/>
      </w:pPr>
      <w:r>
        <w:t xml:space="preserve">1.4.1.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High-Temperature Operation Test (Extreme-Condition Aging)</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High-Temperature Operation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2025.5.18</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1.4.2.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Place the product that has passed appearance and functional checks in the environmental test chamber for 24H of storage.</w:t>
      </w:r>
    </w:p>
    <w:p w:rsidR="00DD15AE" w:rsidRDefault="002D16FE">
      <w:pPr>
        <w:rPr>
          <w:lang w:eastAsia="zh-CN"/>
        </w:rPr>
      </w:pPr>
      <w:r>
        <w:rPr>
          <w:lang w:eastAsia="zh-CN"/>
        </w:rPr>
        <w:t>3) Operating temperature: set the low temperature to 60℃, 85%RH, with a running time of 24 hours.</w:t>
      </w:r>
    </w:p>
    <w:p w:rsidR="00DD15AE" w:rsidRDefault="002D16FE">
      <w:pPr>
        <w:rPr>
          <w:lang w:eastAsia="zh-CN"/>
        </w:rPr>
      </w:pPr>
      <w:r>
        <w:rPr>
          <w:lang w:eastAsia="zh-CN"/>
        </w:rPr>
        <w:t>4) After the high-temperature operation test, remove the test samples and leave them at room temperature for 2 hours before checking their appearance and functions.</w:t>
      </w:r>
    </w:p>
    <w:p w:rsidR="00DD15AE" w:rsidRDefault="002D16FE">
      <w:pPr>
        <w:pStyle w:val="31"/>
        <w:rPr>
          <w:lang w:eastAsia="zh-CN"/>
        </w:rPr>
      </w:pPr>
      <w:r>
        <w:rPr>
          <w:lang w:eastAsia="zh-CN"/>
        </w:rPr>
        <w:t xml:space="preserve">1.4.3. </w:t>
      </w:r>
      <w:r>
        <w:rPr>
          <w:lang w:eastAsia="zh-CN"/>
        </w:rPr>
        <w:t>Test Standard Requirements and Test Records</w:t>
      </w:r>
    </w:p>
    <w:p w:rsidR="00DD15AE" w:rsidRDefault="002D16FE">
      <w:pPr>
        <w:rPr>
          <w:lang w:eastAsia="zh-CN"/>
        </w:rPr>
      </w:pPr>
      <w:r>
        <w:rPr>
          <w:lang w:eastAsia="zh-CN"/>
        </w:rPr>
        <w:t>1) May 17 at 10:00–May 18 at 10:00: after the 24-hour low-temperature test, remove the test samples and leave them at room temperature for 2 hours, then check their appearance and functions.</w:t>
      </w:r>
    </w:p>
    <w:p w:rsidR="00DD15AE" w:rsidRDefault="002D16FE">
      <w:pPr>
        <w:rPr>
          <w:lang w:eastAsia="zh-CN"/>
        </w:rPr>
      </w:pPr>
      <w:r>
        <w:rPr>
          <w:lang w:eastAsia="zh-CN"/>
        </w:rPr>
        <w:t>2) Check the product's appearance: no deformation, color difference, surface scorching, or adhesive separation. Considered a pass.</w:t>
      </w:r>
    </w:p>
    <w:p w:rsidR="00DD15AE" w:rsidRDefault="002D16FE">
      <w:pPr>
        <w:rPr>
          <w:lang w:eastAsia="zh-CN"/>
        </w:rPr>
      </w:pPr>
      <w:r>
        <w:rPr>
          <w:lang w:eastAsia="zh-CN"/>
        </w:rPr>
        <w:t>3) Test the product's basic functions; no abnormalities. Considered a pass.</w:t>
      </w:r>
    </w:p>
    <w:p w:rsidR="00DD15AE" w:rsidRDefault="002D16FE">
      <w:pPr>
        <w:pStyle w:val="31"/>
        <w:rPr>
          <w:lang w:eastAsia="zh-CN"/>
        </w:rPr>
      </w:pPr>
      <w:r>
        <w:rPr>
          <w:lang w:eastAsia="zh-CN"/>
        </w:rPr>
        <w:t xml:space="preserve">1.4.4.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lastRenderedPageBreak/>
        <w:t xml:space="preserve">1.4.5. </w:t>
      </w:r>
      <w:r>
        <w:rPr>
          <w:lang w:eastAsia="zh-CN"/>
        </w:rPr>
        <w:t>Test Procedure</w:t>
      </w:r>
    </w:p>
    <w:p w:rsidR="00DD15AE" w:rsidRDefault="002D16FE">
      <w:pPr>
        <w:rPr>
          <w:lang w:eastAsia="zh-CN"/>
        </w:rPr>
      </w:pPr>
      <w:r>
        <w:rPr>
          <w:lang w:eastAsia="zh-CN"/>
        </w:rPr>
        <w:t xml:space="preserve">1) Place the product in the high- and low-temperature oven, connect the </w:t>
      </w:r>
      <w:proofErr w:type="gramStart"/>
      <w:r>
        <w:rPr>
          <w:lang w:eastAsia="zh-CN"/>
        </w:rPr>
        <w:t xml:space="preserve">charging cable, </w:t>
      </w:r>
      <w:proofErr w:type="gramEnd"/>
      <w:r>
        <w:rPr>
          <w:lang w:eastAsia="zh-CN"/>
        </w:rPr>
        <w:t>and power it on. Connect the phone to the product and play at 60% volume.</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high-temperature test: current temperature 59.9℃; humidity 98.1%</w:t>
      </w:r>
    </w:p>
    <w:p w:rsidR="00DD15AE" w:rsidRDefault="002D16FE">
      <w:pPr>
        <w:rPr>
          <w:lang w:eastAsia="zh-CN"/>
        </w:rPr>
      </w:pPr>
      <w:r>
        <w:rPr>
          <w:lang w:eastAsia="zh-CN"/>
        </w:rPr>
        <w:t>4) After removing the product, check and test that its functions are normal.</w:t>
      </w:r>
    </w:p>
    <w:p w:rsidR="00DD15AE" w:rsidRDefault="002D16FE">
      <w:pPr>
        <w:pStyle w:val="31"/>
        <w:rPr>
          <w:lang w:eastAsia="zh-CN"/>
        </w:rPr>
      </w:pPr>
      <w:r>
        <w:rPr>
          <w:lang w:eastAsia="zh-CN"/>
        </w:rPr>
        <w:t xml:space="preserve">1.4.6. </w:t>
      </w:r>
      <w:r>
        <w:rPr>
          <w:lang w:eastAsia="zh-CN"/>
        </w:rPr>
        <w:t>Test Results</w:t>
      </w:r>
    </w:p>
    <w:p w:rsidR="00DD15AE" w:rsidRDefault="002D16FE">
      <w:pPr>
        <w:rPr>
          <w:lang w:eastAsia="zh-CN"/>
        </w:rPr>
      </w:pPr>
      <w:r>
        <w:rPr>
          <w:lang w:eastAsia="zh-CN"/>
        </w:rPr>
        <w:t>After the 24-hour high- and low-temperature test, remove the product and check that its functions are normal, with no stripes, ripples, display corruption, black screen, or touch malfunction. Appearance: no deformation, color difference, surface scorching, or adhesive separation. Considered a pass.</w:t>
      </w:r>
    </w:p>
    <w:p w:rsidR="00DD15AE" w:rsidRDefault="002D16FE">
      <w:pPr>
        <w:pStyle w:val="31"/>
      </w:pPr>
      <w:r>
        <w:lastRenderedPageBreak/>
        <w:t xml:space="preserve">1.4.7. </w:t>
      </w:r>
      <w:r>
        <w:t>Images of the Test Procedure and Results</w:t>
      </w:r>
    </w:p>
    <w:p w:rsidR="00DD15AE" w:rsidRDefault="002D16FE">
      <w:pPr>
        <w:keepNext/>
        <w:jc w:val="center"/>
      </w:pPr>
      <w:r>
        <w:rPr>
          <w:noProof/>
          <w:lang w:eastAsia="zh-CN"/>
        </w:rPr>
        <w:drawing>
          <wp:inline distT="0" distB="0" distL="0" distR="0">
            <wp:extent cx="3950065" cy="5577840"/>
            <wp:effectExtent l="0" t="0" r="0" b="0"/>
            <wp:docPr id="13" name="Picture 13" descr="图 1.4-1 高温运行试验（极限老化）实验图片" title="图 1.4-1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1.4-1 High-temperature operation test (extreme-condition aging) image</w:t>
      </w:r>
    </w:p>
    <w:p w:rsidR="00DD15AE" w:rsidRDefault="002D16FE">
      <w:pPr>
        <w:keepNext/>
        <w:jc w:val="center"/>
      </w:pPr>
      <w:r>
        <w:rPr>
          <w:noProof/>
          <w:lang w:eastAsia="zh-CN"/>
        </w:rPr>
        <w:lastRenderedPageBreak/>
        <w:drawing>
          <wp:inline distT="0" distB="0" distL="0" distR="0">
            <wp:extent cx="5760720" cy="2948939"/>
            <wp:effectExtent l="0" t="0" r="0" b="0"/>
            <wp:docPr id="14" name="Picture 14" descr="图 1.4-2 高温运行试验（极限老化）实验图片" title="图 1.4-2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3_image_03.png"/>
                    <pic:cNvPicPr/>
                  </pic:nvPicPr>
                  <pic:blipFill>
                    <a:blip r:embed="rId16"/>
                    <a:stretch>
                      <a:fillRect/>
                    </a:stretch>
                  </pic:blipFill>
                  <pic:spPr>
                    <a:xfrm>
                      <a:off x="0" y="0"/>
                      <a:ext cx="5760720" cy="2948939"/>
                    </a:xfrm>
                    <a:prstGeom prst="rect">
                      <a:avLst/>
                    </a:prstGeom>
                  </pic:spPr>
                </pic:pic>
              </a:graphicData>
            </a:graphic>
          </wp:inline>
        </w:drawing>
      </w:r>
    </w:p>
    <w:p w:rsidR="00DD15AE" w:rsidRDefault="002D16FE">
      <w:pPr>
        <w:spacing w:after="160"/>
        <w:jc w:val="center"/>
        <w:rPr>
          <w:lang w:eastAsia="zh-CN"/>
        </w:rPr>
      </w:pPr>
      <w:r>
        <w:rPr>
          <w:sz w:val="18"/>
          <w:lang w:eastAsia="zh-CN"/>
        </w:rPr>
        <w:t>Figure 1.4-2 High-temperature operation test (extreme-condition aging) image</w:t>
      </w:r>
    </w:p>
    <w:p w:rsidR="00DD15AE" w:rsidRDefault="002D16FE">
      <w:pPr>
        <w:keepNext/>
        <w:jc w:val="center"/>
      </w:pPr>
      <w:r>
        <w:rPr>
          <w:noProof/>
          <w:lang w:eastAsia="zh-CN"/>
        </w:rPr>
        <w:lastRenderedPageBreak/>
        <w:drawing>
          <wp:inline distT="0" distB="0" distL="0" distR="0">
            <wp:extent cx="5760720" cy="5460935"/>
            <wp:effectExtent l="0" t="0" r="0" b="0"/>
            <wp:docPr id="15" name="Picture 15" descr="图 1.4-3 高温运行试验（极限老化）实验图片" title="图 1.4-3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5460935"/>
                    </a:xfrm>
                    <a:prstGeom prst="rect">
                      <a:avLst/>
                    </a:prstGeom>
                  </pic:spPr>
                </pic:pic>
              </a:graphicData>
            </a:graphic>
          </wp:inline>
        </w:drawing>
      </w:r>
    </w:p>
    <w:p w:rsidR="00DD15AE" w:rsidRDefault="002D16FE">
      <w:pPr>
        <w:spacing w:after="160"/>
        <w:jc w:val="center"/>
        <w:rPr>
          <w:lang w:eastAsia="zh-CN"/>
        </w:rPr>
      </w:pPr>
      <w:r>
        <w:rPr>
          <w:sz w:val="18"/>
          <w:lang w:eastAsia="zh-CN"/>
        </w:rPr>
        <w:t>Figure 1.4-3 High-temperature operation test (extreme-condition aging) image</w:t>
      </w:r>
    </w:p>
    <w:p w:rsidR="00DD15AE" w:rsidRDefault="002D16FE">
      <w:pPr>
        <w:keepNext/>
        <w:jc w:val="center"/>
      </w:pPr>
      <w:r>
        <w:rPr>
          <w:noProof/>
          <w:lang w:eastAsia="zh-CN"/>
        </w:rPr>
        <w:lastRenderedPageBreak/>
        <w:drawing>
          <wp:inline distT="0" distB="0" distL="0" distR="0">
            <wp:extent cx="5760720" cy="5514710"/>
            <wp:effectExtent l="0" t="0" r="0" b="0"/>
            <wp:docPr id="16" name="Picture 16" descr="图 1.4-4 高温运行试验（极限老化）实验图片" title="图 1.4-4 高温运行试验（极限老化）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4_image_05.png"/>
                    <pic:cNvPicPr/>
                  </pic:nvPicPr>
                  <pic:blipFill>
                    <a:blip r:embed="rId19"/>
                    <a:stretch>
                      <a:fillRect/>
                    </a:stretch>
                  </pic:blipFill>
                  <pic:spPr>
                    <a:xfrm>
                      <a:off x="0" y="0"/>
                      <a:ext cx="5760720" cy="5514710"/>
                    </a:xfrm>
                    <a:prstGeom prst="rect">
                      <a:avLst/>
                    </a:prstGeom>
                  </pic:spPr>
                </pic:pic>
              </a:graphicData>
            </a:graphic>
          </wp:inline>
        </w:drawing>
      </w:r>
    </w:p>
    <w:p w:rsidR="00DD15AE" w:rsidRDefault="002D16FE">
      <w:pPr>
        <w:spacing w:after="160"/>
        <w:jc w:val="center"/>
        <w:rPr>
          <w:lang w:eastAsia="zh-CN"/>
        </w:rPr>
      </w:pPr>
      <w:r>
        <w:rPr>
          <w:sz w:val="18"/>
          <w:lang w:eastAsia="zh-CN"/>
        </w:rPr>
        <w:t>Figure 1.4-4 High-temperature operation test (extreme-condition aging) image</w:t>
      </w:r>
    </w:p>
    <w:p w:rsidR="00DD15AE" w:rsidRDefault="002D16FE">
      <w:pPr>
        <w:pStyle w:val="31"/>
      </w:pPr>
      <w:r>
        <w:t xml:space="preserve">1.4.8.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8D1C6D">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2025.5.18</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8D1C6D">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2025.5.18</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1.5. </w:t>
      </w:r>
      <w:r>
        <w:t>High- and Low-Temperature Shock Test</w:t>
      </w:r>
    </w:p>
    <w:p w:rsidR="00DD15AE" w:rsidRDefault="002D16FE">
      <w:pPr>
        <w:pStyle w:val="31"/>
      </w:pPr>
      <w:r>
        <w:t xml:space="preserve">1.5.1.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High- and Low-Temperature Shock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Steady-State Damp Heat Operation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2025.5.18</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2025.5.18</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1.5.2.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Place the product that has passed appearance and functional checks in the environmental test chamber for 24H of storage.</w:t>
      </w:r>
    </w:p>
    <w:p w:rsidR="00DD15AE" w:rsidRDefault="002D16FE">
      <w:pPr>
        <w:rPr>
          <w:lang w:eastAsia="zh-CN"/>
        </w:rPr>
      </w:pPr>
      <w:r>
        <w:rPr>
          <w:lang w:eastAsia="zh-CN"/>
        </w:rPr>
        <w:t>3) Operating temperature: set the low temperature to 55℃, 90%RH, with a running time of 24 hours.</w:t>
      </w:r>
    </w:p>
    <w:p w:rsidR="00DD15AE" w:rsidRDefault="002D16FE">
      <w:pPr>
        <w:rPr>
          <w:lang w:eastAsia="zh-CN"/>
        </w:rPr>
      </w:pPr>
      <w:r>
        <w:rPr>
          <w:lang w:eastAsia="zh-CN"/>
        </w:rPr>
        <w:t>4) After the high-temperature operation test, remove the test samples and leave them at room temperature for 2 hours before checking their appearance and functions.</w:t>
      </w:r>
    </w:p>
    <w:p w:rsidR="00DD15AE" w:rsidRDefault="002D16FE">
      <w:pPr>
        <w:pStyle w:val="31"/>
        <w:rPr>
          <w:lang w:eastAsia="zh-CN"/>
        </w:rPr>
      </w:pPr>
      <w:r>
        <w:rPr>
          <w:lang w:eastAsia="zh-CN"/>
        </w:rPr>
        <w:t xml:space="preserve">1.5.3. </w:t>
      </w:r>
      <w:r>
        <w:rPr>
          <w:lang w:eastAsia="zh-CN"/>
        </w:rPr>
        <w:t>Test Standard Requirements and Test Records</w:t>
      </w:r>
    </w:p>
    <w:p w:rsidR="00DD15AE" w:rsidRDefault="002D16FE">
      <w:pPr>
        <w:rPr>
          <w:lang w:eastAsia="zh-CN"/>
        </w:rPr>
      </w:pPr>
      <w:r>
        <w:rPr>
          <w:lang w:eastAsia="zh-CN"/>
        </w:rPr>
        <w:t>1) May 18 at 10:00–May 19 at 10:00: after the 24-hour low-temperature test, remove the test samples and leave them at room temperature for 2 hours, then check their appearance and functions.</w:t>
      </w:r>
    </w:p>
    <w:p w:rsidR="00DD15AE" w:rsidRDefault="002D16FE">
      <w:pPr>
        <w:rPr>
          <w:lang w:eastAsia="zh-CN"/>
        </w:rPr>
      </w:pPr>
      <w:r>
        <w:rPr>
          <w:lang w:eastAsia="zh-CN"/>
        </w:rPr>
        <w:t>2) Check the product's appearance: no deformation, color difference, surface scorching, or adhesive separation. Considered a pass.</w:t>
      </w:r>
    </w:p>
    <w:p w:rsidR="00DD15AE" w:rsidRDefault="002D16FE">
      <w:pPr>
        <w:rPr>
          <w:lang w:eastAsia="zh-CN"/>
        </w:rPr>
      </w:pPr>
      <w:r>
        <w:rPr>
          <w:lang w:eastAsia="zh-CN"/>
        </w:rPr>
        <w:t>3) Test the product's basic functions; no abnormalities. Considered a pass.</w:t>
      </w:r>
    </w:p>
    <w:p w:rsidR="00DD15AE" w:rsidRDefault="002D16FE">
      <w:pPr>
        <w:pStyle w:val="31"/>
        <w:rPr>
          <w:lang w:eastAsia="zh-CN"/>
        </w:rPr>
      </w:pPr>
      <w:r>
        <w:rPr>
          <w:lang w:eastAsia="zh-CN"/>
        </w:rPr>
        <w:t xml:space="preserve">1.5.4.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lastRenderedPageBreak/>
        <w:t xml:space="preserve">1.5.5. </w:t>
      </w:r>
      <w:r>
        <w:rPr>
          <w:lang w:eastAsia="zh-CN"/>
        </w:rPr>
        <w:t>Test Procedure</w:t>
      </w:r>
    </w:p>
    <w:p w:rsidR="00DD15AE" w:rsidRDefault="002D16FE">
      <w:pPr>
        <w:rPr>
          <w:lang w:eastAsia="zh-CN"/>
        </w:rPr>
      </w:pPr>
      <w:r>
        <w:rPr>
          <w:lang w:eastAsia="zh-CN"/>
        </w:rPr>
        <w:t xml:space="preserve">1) Place the product in the high- and low-temperature oven, connect the </w:t>
      </w:r>
      <w:proofErr w:type="gramStart"/>
      <w:r>
        <w:rPr>
          <w:lang w:eastAsia="zh-CN"/>
        </w:rPr>
        <w:t xml:space="preserve">charging cable, </w:t>
      </w:r>
      <w:proofErr w:type="gramEnd"/>
      <w:r>
        <w:rPr>
          <w:lang w:eastAsia="zh-CN"/>
        </w:rPr>
        <w:t>and power it on. Connect the phone to the product and play at 60% volume.</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high-temperature test: current temperature 54.99℃; humidity 85%</w:t>
      </w:r>
    </w:p>
    <w:p w:rsidR="00DD15AE" w:rsidRDefault="002D16FE">
      <w:pPr>
        <w:rPr>
          <w:lang w:eastAsia="zh-CN"/>
        </w:rPr>
      </w:pPr>
      <w:r>
        <w:rPr>
          <w:lang w:eastAsia="zh-CN"/>
        </w:rPr>
        <w:t>4) After removing the product, check and test that its functions are normal.</w:t>
      </w:r>
    </w:p>
    <w:p w:rsidR="00DD15AE" w:rsidRDefault="002D16FE">
      <w:pPr>
        <w:pStyle w:val="31"/>
        <w:rPr>
          <w:lang w:eastAsia="zh-CN"/>
        </w:rPr>
      </w:pPr>
      <w:r>
        <w:rPr>
          <w:lang w:eastAsia="zh-CN"/>
        </w:rPr>
        <w:t xml:space="preserve">1.5.6. </w:t>
      </w:r>
      <w:r>
        <w:rPr>
          <w:lang w:eastAsia="zh-CN"/>
        </w:rPr>
        <w:t>Test Results</w:t>
      </w:r>
    </w:p>
    <w:p w:rsidR="00DD15AE" w:rsidRDefault="002D16FE">
      <w:pPr>
        <w:rPr>
          <w:lang w:eastAsia="zh-CN"/>
        </w:rPr>
      </w:pPr>
      <w:r>
        <w:rPr>
          <w:lang w:eastAsia="zh-CN"/>
        </w:rPr>
        <w:t>After the 24-hour high- and low-temperature test, remove the product and check that its functions are normal, with no stripes, ripples, display corruption, black screen, or touch malfunction. Appearance: no deformation, color difference, surface scorching, or adhesive separation. Considered a pass.</w:t>
      </w:r>
    </w:p>
    <w:p w:rsidR="00DD15AE" w:rsidRDefault="002D16FE">
      <w:pPr>
        <w:pStyle w:val="31"/>
      </w:pPr>
      <w:r>
        <w:lastRenderedPageBreak/>
        <w:t xml:space="preserve">1.5.7. </w:t>
      </w:r>
      <w:r>
        <w:t>Images of the Test Procedure and Results</w:t>
      </w:r>
    </w:p>
    <w:p w:rsidR="00DD15AE" w:rsidRDefault="002D16FE">
      <w:pPr>
        <w:keepNext/>
        <w:jc w:val="center"/>
      </w:pPr>
      <w:r>
        <w:rPr>
          <w:noProof/>
          <w:lang w:eastAsia="zh-CN"/>
        </w:rPr>
        <w:drawing>
          <wp:inline distT="0" distB="0" distL="0" distR="0">
            <wp:extent cx="3950065" cy="5577840"/>
            <wp:effectExtent l="0" t="0" r="0" b="0"/>
            <wp:docPr id="17" name="Picture 17" descr="图 1.5-1 高低温冲击测试实验图片" title="图 1.5-1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2.png"/>
                    <pic:cNvPicPr/>
                  </pic:nvPicPr>
                  <pic:blipFill>
                    <a:blip r:embed="rId12"/>
                    <a:stretch>
                      <a:fillRect/>
                    </a:stretch>
                  </pic:blipFill>
                  <pic:spPr>
                    <a:xfrm>
                      <a:off x="0" y="0"/>
                      <a:ext cx="395006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1.5-1 High- and low-temperature shock test image</w:t>
      </w:r>
    </w:p>
    <w:p w:rsidR="00DD15AE" w:rsidRDefault="002D16FE">
      <w:pPr>
        <w:keepNext/>
        <w:jc w:val="center"/>
      </w:pPr>
      <w:r>
        <w:rPr>
          <w:noProof/>
          <w:lang w:eastAsia="zh-CN"/>
        </w:rPr>
        <w:lastRenderedPageBreak/>
        <w:drawing>
          <wp:inline distT="0" distB="0" distL="0" distR="0">
            <wp:extent cx="5760720" cy="2936976"/>
            <wp:effectExtent l="0" t="0" r="0" b="0"/>
            <wp:docPr id="18" name="Picture 18" descr="图 1.5-2 高低温冲击测试实验图片" title="图 1.5-2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5_image_03.png"/>
                    <pic:cNvPicPr/>
                  </pic:nvPicPr>
                  <pic:blipFill>
                    <a:blip r:embed="rId20"/>
                    <a:stretch>
                      <a:fillRect/>
                    </a:stretch>
                  </pic:blipFill>
                  <pic:spPr>
                    <a:xfrm>
                      <a:off x="0" y="0"/>
                      <a:ext cx="5760720" cy="2936976"/>
                    </a:xfrm>
                    <a:prstGeom prst="rect">
                      <a:avLst/>
                    </a:prstGeom>
                  </pic:spPr>
                </pic:pic>
              </a:graphicData>
            </a:graphic>
          </wp:inline>
        </w:drawing>
      </w:r>
    </w:p>
    <w:p w:rsidR="00DD15AE" w:rsidRDefault="002D16FE">
      <w:pPr>
        <w:spacing w:after="160"/>
        <w:jc w:val="center"/>
        <w:rPr>
          <w:lang w:eastAsia="zh-CN"/>
        </w:rPr>
      </w:pPr>
      <w:r>
        <w:rPr>
          <w:sz w:val="18"/>
          <w:lang w:eastAsia="zh-CN"/>
        </w:rPr>
        <w:t>Figure 1.5-2 High- and low-temperature shock test image</w:t>
      </w:r>
    </w:p>
    <w:p w:rsidR="00DD15AE" w:rsidRDefault="002D16FE">
      <w:pPr>
        <w:keepNext/>
        <w:jc w:val="center"/>
      </w:pPr>
      <w:r>
        <w:rPr>
          <w:noProof/>
          <w:lang w:eastAsia="zh-CN"/>
        </w:rPr>
        <w:lastRenderedPageBreak/>
        <w:drawing>
          <wp:inline distT="0" distB="0" distL="0" distR="0">
            <wp:extent cx="5760720" cy="5460935"/>
            <wp:effectExtent l="0" t="0" r="0" b="0"/>
            <wp:docPr id="19" name="Picture 19" descr="图 1.5-3 高低温冲击测试实验图片" title="图 1.5-3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2_image_04.png"/>
                    <pic:cNvPicPr/>
                  </pic:nvPicPr>
                  <pic:blipFill>
                    <a:blip r:embed="rId14"/>
                    <a:stretch>
                      <a:fillRect/>
                    </a:stretch>
                  </pic:blipFill>
                  <pic:spPr>
                    <a:xfrm>
                      <a:off x="0" y="0"/>
                      <a:ext cx="5760720" cy="5460935"/>
                    </a:xfrm>
                    <a:prstGeom prst="rect">
                      <a:avLst/>
                    </a:prstGeom>
                  </pic:spPr>
                </pic:pic>
              </a:graphicData>
            </a:graphic>
          </wp:inline>
        </w:drawing>
      </w:r>
    </w:p>
    <w:p w:rsidR="00DD15AE" w:rsidRDefault="002D16FE">
      <w:pPr>
        <w:spacing w:after="160"/>
        <w:jc w:val="center"/>
        <w:rPr>
          <w:lang w:eastAsia="zh-CN"/>
        </w:rPr>
      </w:pPr>
      <w:r>
        <w:rPr>
          <w:sz w:val="18"/>
          <w:lang w:eastAsia="zh-CN"/>
        </w:rPr>
        <w:t>Figure 1.5-3 High- and low-temperature shock test image</w:t>
      </w:r>
    </w:p>
    <w:p w:rsidR="00DD15AE" w:rsidRDefault="002D16FE">
      <w:pPr>
        <w:keepNext/>
        <w:jc w:val="center"/>
      </w:pPr>
      <w:r>
        <w:rPr>
          <w:noProof/>
          <w:lang w:eastAsia="zh-CN"/>
        </w:rPr>
        <w:lastRenderedPageBreak/>
        <w:drawing>
          <wp:inline distT="0" distB="0" distL="0" distR="0">
            <wp:extent cx="5760720" cy="4758448"/>
            <wp:effectExtent l="0" t="0" r="0" b="0"/>
            <wp:docPr id="20" name="Picture 20" descr="图 1.5-4 高低温冲击测试实验图片" title="图 1.5-4 高低温冲击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5_image_05.png"/>
                    <pic:cNvPicPr/>
                  </pic:nvPicPr>
                  <pic:blipFill>
                    <a:blip r:embed="rId21"/>
                    <a:stretch>
                      <a:fillRect/>
                    </a:stretch>
                  </pic:blipFill>
                  <pic:spPr>
                    <a:xfrm>
                      <a:off x="0" y="0"/>
                      <a:ext cx="5760720" cy="4758448"/>
                    </a:xfrm>
                    <a:prstGeom prst="rect">
                      <a:avLst/>
                    </a:prstGeom>
                  </pic:spPr>
                </pic:pic>
              </a:graphicData>
            </a:graphic>
          </wp:inline>
        </w:drawing>
      </w:r>
    </w:p>
    <w:p w:rsidR="00DD15AE" w:rsidRDefault="002D16FE">
      <w:pPr>
        <w:spacing w:after="160"/>
        <w:jc w:val="center"/>
        <w:rPr>
          <w:lang w:eastAsia="zh-CN"/>
        </w:rPr>
      </w:pPr>
      <w:r>
        <w:rPr>
          <w:sz w:val="18"/>
          <w:lang w:eastAsia="zh-CN"/>
        </w:rPr>
        <w:t>Figure 1.5-4 High- and low-temperature shock test image</w:t>
      </w:r>
    </w:p>
    <w:p w:rsidR="00DD15AE" w:rsidRDefault="002D16FE">
      <w:pPr>
        <w:pStyle w:val="31"/>
      </w:pPr>
      <w:r>
        <w:t xml:space="preserve">1.5.8.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8D1C6D">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8D1C6D">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1.6. </w:t>
      </w:r>
      <w:r>
        <w:t>Salt Spray Test</w:t>
      </w:r>
    </w:p>
    <w:p w:rsidR="00DD15AE" w:rsidRDefault="002D16FE">
      <w:pPr>
        <w:pStyle w:val="31"/>
      </w:pPr>
      <w:r>
        <w:t xml:space="preserve">1.6.1.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Salt Spray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Salt Spray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1.6.2. </w:t>
      </w:r>
      <w:r>
        <w:t>Test Conditions and Methods</w:t>
      </w:r>
    </w:p>
    <w:p w:rsidR="00DD15AE" w:rsidRDefault="002D16FE">
      <w:pPr>
        <w:rPr>
          <w:lang w:eastAsia="zh-CN"/>
        </w:rPr>
      </w:pPr>
      <w:r>
        <w:rPr>
          <w:lang w:eastAsia="zh-CN"/>
        </w:rPr>
        <w:t>1) Check that the product's appearance is OK before conducting the test.</w:t>
      </w:r>
    </w:p>
    <w:p w:rsidR="00DD15AE" w:rsidRDefault="002D16FE">
      <w:pPr>
        <w:rPr>
          <w:lang w:eastAsia="zh-CN"/>
        </w:rPr>
      </w:pPr>
      <w:r>
        <w:rPr>
          <w:lang w:eastAsia="zh-CN"/>
        </w:rPr>
        <w:t xml:space="preserve">2) Prepare the salt solution from chemically pure sodium chloride and distilled or deionized water. Use 5% sodium chloride salt and 95% distilled or deionized water, mix </w:t>
      </w:r>
      <w:r w:rsidR="00C60F62">
        <w:rPr>
          <w:lang w:eastAsia="zh-CN"/>
        </w:rPr>
        <w:t xml:space="preserve">thoroughly </w:t>
      </w:r>
      <w:r>
        <w:rPr>
          <w:lang w:eastAsia="zh-CN"/>
        </w:rPr>
        <w:t>to obtain a salt solution containing 5±1% sodium chloride, and pour it into the salt spray test chamber's solution tank.</w:t>
      </w:r>
    </w:p>
    <w:p w:rsidR="00DD15AE" w:rsidRDefault="002D16FE">
      <w:pPr>
        <w:rPr>
          <w:lang w:eastAsia="zh-CN"/>
        </w:rPr>
      </w:pPr>
      <w:r>
        <w:rPr>
          <w:lang w:eastAsia="zh-CN"/>
        </w:rPr>
        <w:t>3) Place the product that has passed the appearance inspection in the salt spray test chamber. Laboratory ambient temperature: 27℃; barrel temperature: 47℃; spray duration: 48H.</w:t>
      </w:r>
    </w:p>
    <w:p w:rsidR="00DD15AE" w:rsidRDefault="002D16FE">
      <w:pPr>
        <w:rPr>
          <w:lang w:eastAsia="zh-CN"/>
        </w:rPr>
      </w:pPr>
      <w:r>
        <w:rPr>
          <w:lang w:eastAsia="zh-CN"/>
        </w:rPr>
        <w:t>4) After testing, leave the product at room temperature for 2 hours, then check metal parts for rust, corrosion, oxidation, discoloration, or other abnormalities.</w:t>
      </w:r>
    </w:p>
    <w:p w:rsidR="00DD15AE" w:rsidRDefault="002D16FE">
      <w:pPr>
        <w:pStyle w:val="31"/>
        <w:rPr>
          <w:lang w:eastAsia="zh-CN"/>
        </w:rPr>
      </w:pPr>
      <w:r>
        <w:rPr>
          <w:lang w:eastAsia="zh-CN"/>
        </w:rPr>
        <w:t xml:space="preserve">1.6.3. </w:t>
      </w:r>
      <w:r>
        <w:rPr>
          <w:lang w:eastAsia="zh-CN"/>
        </w:rPr>
        <w:t>Test Standard Requirements and Test Records</w:t>
      </w:r>
    </w:p>
    <w:p w:rsidR="00DD15AE" w:rsidRDefault="002D16FE">
      <w:pPr>
        <w:rPr>
          <w:lang w:eastAsia="zh-CN"/>
        </w:rPr>
      </w:pPr>
      <w:r>
        <w:rPr>
          <w:lang w:eastAsia="zh-CN"/>
        </w:rPr>
        <w:t>1) After the 48H test, leave the product at room temperature for 2 hours. A pass requires no rust, corrosion, oxidation, or discoloration on metal parts and surface screws.</w:t>
      </w:r>
    </w:p>
    <w:p w:rsidR="00DD15AE" w:rsidRDefault="002D16FE">
      <w:pPr>
        <w:pStyle w:val="31"/>
        <w:rPr>
          <w:lang w:eastAsia="zh-CN"/>
        </w:rPr>
      </w:pPr>
      <w:r>
        <w:rPr>
          <w:lang w:eastAsia="zh-CN"/>
        </w:rPr>
        <w:t xml:space="preserve">1.6.4.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Industrial sodium chloride salt</w:t>
      </w:r>
    </w:p>
    <w:p w:rsidR="00DD15AE" w:rsidRDefault="002D16FE">
      <w:pPr>
        <w:rPr>
          <w:lang w:eastAsia="zh-CN"/>
        </w:rPr>
      </w:pPr>
      <w:r>
        <w:rPr>
          <w:lang w:eastAsia="zh-CN"/>
        </w:rPr>
        <w:t>3) Salt spray test chamber.</w:t>
      </w:r>
    </w:p>
    <w:p w:rsidR="00DD15AE" w:rsidRDefault="002D16FE">
      <w:pPr>
        <w:pStyle w:val="31"/>
        <w:rPr>
          <w:lang w:eastAsia="zh-CN"/>
        </w:rPr>
      </w:pPr>
      <w:r>
        <w:rPr>
          <w:lang w:eastAsia="zh-CN"/>
        </w:rPr>
        <w:lastRenderedPageBreak/>
        <w:t xml:space="preserve">1.6.5. </w:t>
      </w:r>
      <w:r>
        <w:rPr>
          <w:lang w:eastAsia="zh-CN"/>
        </w:rPr>
        <w:t>Test Procedure</w:t>
      </w:r>
    </w:p>
    <w:p w:rsidR="00DD15AE" w:rsidRDefault="002D16FE">
      <w:pPr>
        <w:rPr>
          <w:lang w:eastAsia="zh-CN"/>
        </w:rPr>
      </w:pPr>
      <w:r>
        <w:rPr>
          <w:lang w:eastAsia="zh-CN"/>
        </w:rPr>
        <w:t>1) Place the metal parts and product in the salt spray chamber.</w:t>
      </w:r>
    </w:p>
    <w:p w:rsidR="00DD15AE" w:rsidRDefault="002D16FE">
      <w:pPr>
        <w:rPr>
          <w:lang w:eastAsia="zh-CN"/>
        </w:rPr>
      </w:pPr>
      <w:r>
        <w:rPr>
          <w:lang w:eastAsia="zh-CN"/>
        </w:rPr>
        <w:t>2) Turn on the power switch, set the timer to 48H, and enable operation, spraying, and timing to begin the test.</w:t>
      </w:r>
    </w:p>
    <w:p w:rsidR="00DD15AE" w:rsidRDefault="002D16FE">
      <w:pPr>
        <w:rPr>
          <w:lang w:eastAsia="zh-CN"/>
        </w:rPr>
      </w:pPr>
      <w:r>
        <w:rPr>
          <w:lang w:eastAsia="zh-CN"/>
        </w:rPr>
        <w:t>3) Salt spray test in progress</w:t>
      </w:r>
    </w:p>
    <w:p w:rsidR="00DD15AE" w:rsidRDefault="002D16FE">
      <w:pPr>
        <w:pStyle w:val="31"/>
        <w:rPr>
          <w:lang w:eastAsia="zh-CN"/>
        </w:rPr>
      </w:pPr>
      <w:r>
        <w:rPr>
          <w:lang w:eastAsia="zh-CN"/>
        </w:rPr>
        <w:t xml:space="preserve">1.6.6. </w:t>
      </w:r>
      <w:r>
        <w:rPr>
          <w:lang w:eastAsia="zh-CN"/>
        </w:rPr>
        <w:t>Test Results</w:t>
      </w:r>
    </w:p>
    <w:p w:rsidR="00DD15AE" w:rsidRDefault="002D16FE">
      <w:pPr>
        <w:rPr>
          <w:lang w:eastAsia="zh-CN"/>
        </w:rPr>
      </w:pPr>
      <w:r>
        <w:rPr>
          <w:lang w:eastAsia="zh-CN"/>
        </w:rPr>
        <w:t>After the 48H test, remove the product's metal parts and inspect them after 2H. No rust, corrosion, oxidation, or other surface abnormalities; considered a pass.</w:t>
      </w:r>
    </w:p>
    <w:p w:rsidR="00DD15AE" w:rsidRDefault="002D16FE">
      <w:pPr>
        <w:pStyle w:val="31"/>
      </w:pPr>
      <w:r>
        <w:t xml:space="preserve">1.6.7. </w:t>
      </w:r>
      <w:r>
        <w:t>Images of the Test Procedure and Results</w:t>
      </w:r>
    </w:p>
    <w:p w:rsidR="00DD15AE" w:rsidRDefault="002D16FE">
      <w:pPr>
        <w:keepNext/>
        <w:jc w:val="center"/>
      </w:pPr>
      <w:r>
        <w:rPr>
          <w:noProof/>
          <w:lang w:eastAsia="zh-CN"/>
        </w:rPr>
        <w:drawing>
          <wp:inline distT="0" distB="0" distL="0" distR="0">
            <wp:extent cx="4622196" cy="5577840"/>
            <wp:effectExtent l="0" t="0" r="0" b="0"/>
            <wp:docPr id="21" name="Picture 21" descr="图 1.6-1 盐雾试验实验图片" title="图 1.6-1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2.png"/>
                    <pic:cNvPicPr/>
                  </pic:nvPicPr>
                  <pic:blipFill>
                    <a:blip r:embed="rId22"/>
                    <a:stretch>
                      <a:fillRect/>
                    </a:stretch>
                  </pic:blipFill>
                  <pic:spPr>
                    <a:xfrm>
                      <a:off x="0" y="0"/>
                      <a:ext cx="4622196" cy="5577840"/>
                    </a:xfrm>
                    <a:prstGeom prst="rect">
                      <a:avLst/>
                    </a:prstGeom>
                  </pic:spPr>
                </pic:pic>
              </a:graphicData>
            </a:graphic>
          </wp:inline>
        </w:drawing>
      </w:r>
    </w:p>
    <w:p w:rsidR="00DD15AE" w:rsidRDefault="002D16FE">
      <w:pPr>
        <w:spacing w:after="160"/>
        <w:jc w:val="center"/>
      </w:pPr>
      <w:r>
        <w:rPr>
          <w:sz w:val="18"/>
        </w:rPr>
        <w:t>Figure 1.6-1 Salt spray test image</w:t>
      </w:r>
    </w:p>
    <w:p w:rsidR="00DD15AE" w:rsidRDefault="002D16FE">
      <w:pPr>
        <w:keepNext/>
        <w:jc w:val="center"/>
      </w:pPr>
      <w:r>
        <w:rPr>
          <w:noProof/>
          <w:lang w:eastAsia="zh-CN"/>
        </w:rPr>
        <w:lastRenderedPageBreak/>
        <w:drawing>
          <wp:inline distT="0" distB="0" distL="0" distR="0">
            <wp:extent cx="5760720" cy="3592816"/>
            <wp:effectExtent l="0" t="0" r="0" b="0"/>
            <wp:docPr id="22" name="Picture 22" descr="图 1.6-2 盐雾试验实验图片" title="图 1.6-2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3.png"/>
                    <pic:cNvPicPr/>
                  </pic:nvPicPr>
                  <pic:blipFill>
                    <a:blip r:embed="rId23"/>
                    <a:stretch>
                      <a:fillRect/>
                    </a:stretch>
                  </pic:blipFill>
                  <pic:spPr>
                    <a:xfrm>
                      <a:off x="0" y="0"/>
                      <a:ext cx="5760720" cy="3592816"/>
                    </a:xfrm>
                    <a:prstGeom prst="rect">
                      <a:avLst/>
                    </a:prstGeom>
                  </pic:spPr>
                </pic:pic>
              </a:graphicData>
            </a:graphic>
          </wp:inline>
        </w:drawing>
      </w:r>
    </w:p>
    <w:p w:rsidR="00DD15AE" w:rsidRDefault="002D16FE">
      <w:pPr>
        <w:spacing w:after="160"/>
        <w:jc w:val="center"/>
      </w:pPr>
      <w:r>
        <w:rPr>
          <w:sz w:val="18"/>
        </w:rPr>
        <w:t>Figure 1.6-2 Salt spray test image</w:t>
      </w:r>
    </w:p>
    <w:p w:rsidR="00DD15AE" w:rsidRDefault="002D16FE">
      <w:pPr>
        <w:keepNext/>
        <w:jc w:val="center"/>
      </w:pPr>
      <w:r>
        <w:rPr>
          <w:noProof/>
          <w:lang w:eastAsia="zh-CN"/>
        </w:rPr>
        <w:lastRenderedPageBreak/>
        <w:drawing>
          <wp:inline distT="0" distB="0" distL="0" distR="0">
            <wp:extent cx="5760720" cy="4926517"/>
            <wp:effectExtent l="0" t="0" r="0" b="0"/>
            <wp:docPr id="23" name="Picture 23" descr="图 1.6-3 盐雾试验实验图片" title="图 1.6-3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4.png"/>
                    <pic:cNvPicPr/>
                  </pic:nvPicPr>
                  <pic:blipFill>
                    <a:blip r:embed="rId24"/>
                    <a:stretch>
                      <a:fillRect/>
                    </a:stretch>
                  </pic:blipFill>
                  <pic:spPr>
                    <a:xfrm>
                      <a:off x="0" y="0"/>
                      <a:ext cx="5760720" cy="4926517"/>
                    </a:xfrm>
                    <a:prstGeom prst="rect">
                      <a:avLst/>
                    </a:prstGeom>
                  </pic:spPr>
                </pic:pic>
              </a:graphicData>
            </a:graphic>
          </wp:inline>
        </w:drawing>
      </w:r>
    </w:p>
    <w:p w:rsidR="00DD15AE" w:rsidRDefault="002D16FE">
      <w:pPr>
        <w:spacing w:after="160"/>
        <w:jc w:val="center"/>
      </w:pPr>
      <w:r>
        <w:rPr>
          <w:sz w:val="18"/>
        </w:rPr>
        <w:t>Figure 1.6-3 Salt spray test image</w:t>
      </w:r>
    </w:p>
    <w:p w:rsidR="00DD15AE" w:rsidRDefault="002D16FE">
      <w:pPr>
        <w:keepNext/>
        <w:jc w:val="center"/>
      </w:pPr>
      <w:r>
        <w:rPr>
          <w:noProof/>
          <w:lang w:eastAsia="zh-CN"/>
        </w:rPr>
        <w:lastRenderedPageBreak/>
        <w:drawing>
          <wp:inline distT="0" distB="0" distL="0" distR="0">
            <wp:extent cx="5760720" cy="4674966"/>
            <wp:effectExtent l="0" t="0" r="0" b="0"/>
            <wp:docPr id="24" name="Picture 24" descr="图 1.6-4 盐雾试验实验图片" title="图 1.6-4 盐雾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6_image_05.png"/>
                    <pic:cNvPicPr/>
                  </pic:nvPicPr>
                  <pic:blipFill>
                    <a:blip r:embed="rId25"/>
                    <a:stretch>
                      <a:fillRect/>
                    </a:stretch>
                  </pic:blipFill>
                  <pic:spPr>
                    <a:xfrm>
                      <a:off x="0" y="0"/>
                      <a:ext cx="5760720" cy="4674966"/>
                    </a:xfrm>
                    <a:prstGeom prst="rect">
                      <a:avLst/>
                    </a:prstGeom>
                  </pic:spPr>
                </pic:pic>
              </a:graphicData>
            </a:graphic>
          </wp:inline>
        </w:drawing>
      </w:r>
    </w:p>
    <w:p w:rsidR="00DD15AE" w:rsidRDefault="002D16FE">
      <w:pPr>
        <w:spacing w:after="160"/>
        <w:jc w:val="center"/>
        <w:rPr>
          <w:lang w:eastAsia="zh-CN"/>
        </w:rPr>
      </w:pPr>
      <w:r>
        <w:rPr>
          <w:sz w:val="18"/>
          <w:lang w:eastAsia="zh-CN"/>
        </w:rPr>
        <w:t>Figure 1.6-4 Salt spray test image</w:t>
      </w:r>
    </w:p>
    <w:p w:rsidR="00DD15AE" w:rsidRDefault="002D16FE">
      <w:pPr>
        <w:pStyle w:val="31"/>
        <w:rPr>
          <w:lang w:eastAsia="zh-CN"/>
        </w:rPr>
      </w:pPr>
      <w:r>
        <w:rPr>
          <w:lang w:eastAsia="zh-CN"/>
        </w:rPr>
        <w:t xml:space="preserve">1.6.8.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FC3A9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FC3A9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1.7. UV</w:t>
      </w:r>
      <w:r>
        <w:t xml:space="preserve"> Irradiation</w:t>
      </w:r>
    </w:p>
    <w:p w:rsidR="00DD15AE" w:rsidRDefault="002D16FE">
      <w:pPr>
        <w:pStyle w:val="31"/>
      </w:pPr>
      <w:r>
        <w:t xml:space="preserve">1.7.1.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Environmental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UV Irradiation</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UV Irradiation</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1.7.2. </w:t>
      </w:r>
      <w:r>
        <w:t>Test Conditions and Methods</w:t>
      </w:r>
    </w:p>
    <w:p w:rsidR="00DD15AE" w:rsidRDefault="002D16FE">
      <w:pPr>
        <w:rPr>
          <w:lang w:eastAsia="zh-CN"/>
        </w:rPr>
      </w:pPr>
      <w:r>
        <w:rPr>
          <w:lang w:eastAsia="zh-CN"/>
        </w:rPr>
        <w:t>1) Check that the product's appearance is OK before testing.</w:t>
      </w:r>
    </w:p>
    <w:p w:rsidR="00DD15AE" w:rsidRDefault="002D16FE">
      <w:pPr>
        <w:rPr>
          <w:lang w:eastAsia="zh-CN"/>
        </w:rPr>
      </w:pPr>
      <w:r>
        <w:rPr>
          <w:lang w:eastAsia="zh-CN"/>
        </w:rPr>
        <w:t xml:space="preserve">2) Conduct 8 cycles of 8 hours of exposure at 0.63W/m2 followed by 4 hours of condensation without irradiation (96 hours in total). The UV chamber has no temperature adjustment; </w:t>
      </w:r>
      <w:proofErr w:type="gramStart"/>
      <w:r>
        <w:rPr>
          <w:lang w:eastAsia="zh-CN"/>
        </w:rPr>
        <w:t xml:space="preserve">measure the sample </w:t>
      </w:r>
      <w:proofErr w:type="gramEnd"/>
      <w:r>
        <w:rPr>
          <w:lang w:eastAsia="zh-CN"/>
        </w:rPr>
        <w:t>temperature after UV testing and preheat the constant-temperature chamber to sample temperature +10℃, with humidity &gt;90%RH, to simulate condensation. Measure color difference before and after testing; keep half of the sample exposed and half covered throughout the test.</w:t>
      </w:r>
    </w:p>
    <w:p w:rsidR="00DD15AE" w:rsidRDefault="002D16FE">
      <w:pPr>
        <w:pStyle w:val="31"/>
        <w:rPr>
          <w:lang w:eastAsia="zh-CN"/>
        </w:rPr>
      </w:pPr>
      <w:r>
        <w:rPr>
          <w:lang w:eastAsia="zh-CN"/>
        </w:rPr>
        <w:t xml:space="preserve">1.7.3. </w:t>
      </w:r>
      <w:r>
        <w:rPr>
          <w:lang w:eastAsia="zh-CN"/>
        </w:rPr>
        <w:t>Test Standard Requirements and Test Records</w:t>
      </w:r>
    </w:p>
    <w:p w:rsidR="00DD15AE" w:rsidRDefault="002D16FE">
      <w:pPr>
        <w:rPr>
          <w:lang w:eastAsia="zh-CN"/>
        </w:rPr>
      </w:pPr>
      <w:r>
        <w:rPr>
          <w:lang w:eastAsia="zh-CN"/>
        </w:rPr>
        <w:t>After testing, the sample must show no discoloration, deformation, cracking, oxidation, corrosion, or other appearance abnormalities. Color difference before and after testing must not exceed 1.</w:t>
      </w:r>
    </w:p>
    <w:p w:rsidR="00DD15AE" w:rsidRDefault="002D16FE">
      <w:pPr>
        <w:pStyle w:val="31"/>
        <w:rPr>
          <w:lang w:eastAsia="zh-CN"/>
        </w:rPr>
      </w:pPr>
      <w:r>
        <w:rPr>
          <w:lang w:eastAsia="zh-CN"/>
        </w:rPr>
        <w:t xml:space="preserve">1.7.4. </w:t>
      </w:r>
      <w:r>
        <w:rPr>
          <w:lang w:eastAsia="zh-CN"/>
        </w:rPr>
        <w:t>Equipment and Tools Used</w:t>
      </w:r>
    </w:p>
    <w:p w:rsidR="00DD15AE" w:rsidRDefault="002D16FE">
      <w:pPr>
        <w:rPr>
          <w:lang w:eastAsia="zh-CN"/>
        </w:rPr>
      </w:pPr>
      <w:r>
        <w:rPr>
          <w:lang w:eastAsia="zh-CN"/>
        </w:rPr>
        <w:t>1) Test samples 25pcs</w:t>
      </w:r>
    </w:p>
    <w:p w:rsidR="00DD15AE" w:rsidRDefault="002D16FE">
      <w:pPr>
        <w:pStyle w:val="31"/>
        <w:rPr>
          <w:lang w:eastAsia="zh-CN"/>
        </w:rPr>
      </w:pPr>
      <w:r>
        <w:rPr>
          <w:lang w:eastAsia="zh-CN"/>
        </w:rPr>
        <w:t xml:space="preserve">1.7.5. </w:t>
      </w:r>
      <w:r>
        <w:rPr>
          <w:lang w:eastAsia="zh-CN"/>
        </w:rPr>
        <w:t>Test Procedure</w:t>
      </w:r>
    </w:p>
    <w:p w:rsidR="00DD15AE" w:rsidRDefault="002D16FE">
      <w:pPr>
        <w:rPr>
          <w:lang w:eastAsia="zh-CN"/>
        </w:rPr>
      </w:pPr>
      <w:r>
        <w:rPr>
          <w:lang w:eastAsia="zh-CN"/>
        </w:rPr>
        <w:t>1) Place the product in the UV irradiation chamber.</w:t>
      </w:r>
    </w:p>
    <w:p w:rsidR="00DD15AE" w:rsidRDefault="002D16FE">
      <w:pPr>
        <w:rPr>
          <w:lang w:eastAsia="zh-CN"/>
        </w:rPr>
      </w:pPr>
      <w:r>
        <w:rPr>
          <w:lang w:eastAsia="zh-CN"/>
        </w:rPr>
        <w:t>2) Turn on the power switch, set the timer to 96H, and enable operation and timing to begin the test.</w:t>
      </w:r>
    </w:p>
    <w:p w:rsidR="00DD15AE" w:rsidRDefault="002D16FE">
      <w:pPr>
        <w:rPr>
          <w:lang w:eastAsia="zh-CN"/>
        </w:rPr>
      </w:pPr>
      <w:r>
        <w:rPr>
          <w:lang w:eastAsia="zh-CN"/>
        </w:rPr>
        <w:t>3) 96H test completed</w:t>
      </w:r>
    </w:p>
    <w:p w:rsidR="00DD15AE" w:rsidRDefault="002D16FE">
      <w:pPr>
        <w:rPr>
          <w:lang w:eastAsia="zh-CN"/>
        </w:rPr>
      </w:pPr>
      <w:r>
        <w:rPr>
          <w:lang w:eastAsia="zh-CN"/>
        </w:rPr>
        <w:lastRenderedPageBreak/>
        <w:t>4) After removing the product, inspect the product and metal parts after 2H. No rust, corrosion, oxidation, or other surface abnormalities.</w:t>
      </w:r>
    </w:p>
    <w:p w:rsidR="00DD15AE" w:rsidRDefault="002D16FE">
      <w:pPr>
        <w:pStyle w:val="31"/>
        <w:rPr>
          <w:lang w:eastAsia="zh-CN"/>
        </w:rPr>
      </w:pPr>
      <w:r>
        <w:rPr>
          <w:lang w:eastAsia="zh-CN"/>
        </w:rPr>
        <w:t xml:space="preserve">1.7.6. </w:t>
      </w:r>
      <w:r>
        <w:rPr>
          <w:lang w:eastAsia="zh-CN"/>
        </w:rPr>
        <w:t>Test Results</w:t>
      </w:r>
    </w:p>
    <w:p w:rsidR="00DD15AE" w:rsidRDefault="002D16FE">
      <w:pPr>
        <w:rPr>
          <w:lang w:eastAsia="zh-CN"/>
        </w:rPr>
      </w:pPr>
      <w:r>
        <w:rPr>
          <w:lang w:eastAsia="zh-CN"/>
        </w:rPr>
        <w:t>After testing, the samples showed no discoloration, deformation, cracking, oxidation, corrosion, or other appearance abnormalities. Color difference before and after testing did not exceed 1. Considered a pass.</w:t>
      </w:r>
    </w:p>
    <w:p w:rsidR="00DD15AE" w:rsidRDefault="002D16FE">
      <w:pPr>
        <w:pStyle w:val="31"/>
      </w:pPr>
      <w:r>
        <w:t xml:space="preserve">1.7.7. </w:t>
      </w:r>
      <w:r>
        <w:t>Images of the Test Procedure and Results</w:t>
      </w:r>
    </w:p>
    <w:p w:rsidR="00DD15AE" w:rsidRDefault="002D16FE">
      <w:pPr>
        <w:keepNext/>
        <w:jc w:val="center"/>
      </w:pPr>
      <w:r>
        <w:rPr>
          <w:noProof/>
          <w:lang w:eastAsia="zh-CN"/>
        </w:rPr>
        <w:drawing>
          <wp:inline distT="0" distB="0" distL="0" distR="0">
            <wp:extent cx="5760720" cy="4870211"/>
            <wp:effectExtent l="0" t="0" r="0" b="0"/>
            <wp:docPr id="25" name="Picture 25" descr="图 1.7-1 UV紫外光照射实验图片" title="图 1.7-1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7_image_02.png"/>
                    <pic:cNvPicPr/>
                  </pic:nvPicPr>
                  <pic:blipFill>
                    <a:blip r:embed="rId26"/>
                    <a:stretch>
                      <a:fillRect/>
                    </a:stretch>
                  </pic:blipFill>
                  <pic:spPr>
                    <a:xfrm>
                      <a:off x="0" y="0"/>
                      <a:ext cx="5760720" cy="4870211"/>
                    </a:xfrm>
                    <a:prstGeom prst="rect">
                      <a:avLst/>
                    </a:prstGeom>
                  </pic:spPr>
                </pic:pic>
              </a:graphicData>
            </a:graphic>
          </wp:inline>
        </w:drawing>
      </w:r>
    </w:p>
    <w:p w:rsidR="00DD15AE" w:rsidRDefault="002D16FE">
      <w:pPr>
        <w:spacing w:after="160"/>
        <w:jc w:val="center"/>
        <w:rPr>
          <w:lang w:eastAsia="zh-CN"/>
        </w:rPr>
      </w:pPr>
      <w:r>
        <w:rPr>
          <w:sz w:val="18"/>
          <w:lang w:eastAsia="zh-CN"/>
        </w:rPr>
        <w:t>Figure 1.7-1 UV irradiation test image</w:t>
      </w:r>
    </w:p>
    <w:p w:rsidR="00DD15AE" w:rsidRDefault="002D16FE">
      <w:pPr>
        <w:keepNext/>
        <w:jc w:val="center"/>
      </w:pPr>
      <w:r>
        <w:rPr>
          <w:noProof/>
          <w:lang w:eastAsia="zh-CN"/>
        </w:rPr>
        <w:lastRenderedPageBreak/>
        <w:drawing>
          <wp:inline distT="0" distB="0" distL="0" distR="0">
            <wp:extent cx="5760720" cy="4016336"/>
            <wp:effectExtent l="0" t="0" r="0" b="0"/>
            <wp:docPr id="26" name="Picture 26" descr="图 1.7-2 UV紫外光照射实验图片" title="图 1.7-2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7_image_03.png"/>
                    <pic:cNvPicPr/>
                  </pic:nvPicPr>
                  <pic:blipFill>
                    <a:blip r:embed="rId27"/>
                    <a:stretch>
                      <a:fillRect/>
                    </a:stretch>
                  </pic:blipFill>
                  <pic:spPr>
                    <a:xfrm>
                      <a:off x="0" y="0"/>
                      <a:ext cx="5760720" cy="4016336"/>
                    </a:xfrm>
                    <a:prstGeom prst="rect">
                      <a:avLst/>
                    </a:prstGeom>
                  </pic:spPr>
                </pic:pic>
              </a:graphicData>
            </a:graphic>
          </wp:inline>
        </w:drawing>
      </w:r>
    </w:p>
    <w:p w:rsidR="00DD15AE" w:rsidRDefault="002D16FE">
      <w:pPr>
        <w:spacing w:after="160"/>
        <w:jc w:val="center"/>
        <w:rPr>
          <w:lang w:eastAsia="zh-CN"/>
        </w:rPr>
      </w:pPr>
      <w:r>
        <w:rPr>
          <w:sz w:val="18"/>
          <w:lang w:eastAsia="zh-CN"/>
        </w:rPr>
        <w:t>Figure 1.7-2 UV irradiation test image</w:t>
      </w:r>
    </w:p>
    <w:p w:rsidR="00DD15AE" w:rsidRDefault="002D16FE">
      <w:pPr>
        <w:keepNext/>
        <w:jc w:val="center"/>
      </w:pPr>
      <w:r>
        <w:rPr>
          <w:noProof/>
          <w:lang w:eastAsia="zh-CN"/>
        </w:rPr>
        <w:lastRenderedPageBreak/>
        <w:drawing>
          <wp:inline distT="0" distB="0" distL="0" distR="0">
            <wp:extent cx="5760720" cy="4608576"/>
            <wp:effectExtent l="0" t="0" r="0" b="0"/>
            <wp:docPr id="27" name="Picture 27" descr="图 1.7-3 UV紫外光照射实验图片" title="图 1.7-3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7_image_04.png"/>
                    <pic:cNvPicPr/>
                  </pic:nvPicPr>
                  <pic:blipFill>
                    <a:blip r:embed="rId28"/>
                    <a:stretch>
                      <a:fillRect/>
                    </a:stretch>
                  </pic:blipFill>
                  <pic:spPr>
                    <a:xfrm>
                      <a:off x="0" y="0"/>
                      <a:ext cx="5760720" cy="4608576"/>
                    </a:xfrm>
                    <a:prstGeom prst="rect">
                      <a:avLst/>
                    </a:prstGeom>
                  </pic:spPr>
                </pic:pic>
              </a:graphicData>
            </a:graphic>
          </wp:inline>
        </w:drawing>
      </w:r>
    </w:p>
    <w:p w:rsidR="00DD15AE" w:rsidRDefault="002D16FE">
      <w:pPr>
        <w:spacing w:after="160"/>
        <w:jc w:val="center"/>
        <w:rPr>
          <w:lang w:eastAsia="zh-CN"/>
        </w:rPr>
      </w:pPr>
      <w:r>
        <w:rPr>
          <w:sz w:val="18"/>
          <w:lang w:eastAsia="zh-CN"/>
        </w:rPr>
        <w:t>Figure 1.7-3 UV irradiation test image</w:t>
      </w:r>
    </w:p>
    <w:p w:rsidR="00DD15AE" w:rsidRDefault="002D16FE">
      <w:pPr>
        <w:keepNext/>
        <w:jc w:val="center"/>
      </w:pPr>
      <w:r>
        <w:rPr>
          <w:noProof/>
          <w:lang w:eastAsia="zh-CN"/>
        </w:rPr>
        <w:lastRenderedPageBreak/>
        <w:drawing>
          <wp:inline distT="0" distB="0" distL="0" distR="0">
            <wp:extent cx="5760720" cy="4083668"/>
            <wp:effectExtent l="0" t="0" r="0" b="0"/>
            <wp:docPr id="28" name="Picture 28" descr="图 1.7-4 UV紫外光照射实验图片" title="图 1.7-4 UV紫外光照射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7_image_05.png"/>
                    <pic:cNvPicPr/>
                  </pic:nvPicPr>
                  <pic:blipFill>
                    <a:blip r:embed="rId29"/>
                    <a:stretch>
                      <a:fillRect/>
                    </a:stretch>
                  </pic:blipFill>
                  <pic:spPr>
                    <a:xfrm>
                      <a:off x="0" y="0"/>
                      <a:ext cx="5760720" cy="4083668"/>
                    </a:xfrm>
                    <a:prstGeom prst="rect">
                      <a:avLst/>
                    </a:prstGeom>
                  </pic:spPr>
                </pic:pic>
              </a:graphicData>
            </a:graphic>
          </wp:inline>
        </w:drawing>
      </w:r>
    </w:p>
    <w:p w:rsidR="00DD15AE" w:rsidRDefault="002D16FE">
      <w:pPr>
        <w:spacing w:after="160"/>
        <w:jc w:val="center"/>
        <w:rPr>
          <w:lang w:eastAsia="zh-CN"/>
        </w:rPr>
      </w:pPr>
      <w:r>
        <w:rPr>
          <w:sz w:val="18"/>
          <w:lang w:eastAsia="zh-CN"/>
        </w:rPr>
        <w:t>Figure 1.7-4 UV irradiation test image</w:t>
      </w:r>
    </w:p>
    <w:p w:rsidR="00DD15AE" w:rsidRDefault="002D16FE">
      <w:pPr>
        <w:pStyle w:val="31"/>
      </w:pPr>
      <w:r>
        <w:t xml:space="preserve">1.7.8.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FC3A9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FC3A9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1"/>
      </w:pPr>
      <w:r>
        <w:lastRenderedPageBreak/>
        <w:t xml:space="preserve">2. </w:t>
      </w:r>
      <w:r>
        <w:t>Mechanical Reliability</w:t>
      </w:r>
    </w:p>
    <w:p w:rsidR="00DD15AE" w:rsidRDefault="002D16FE">
      <w:pPr>
        <w:pStyle w:val="21"/>
      </w:pPr>
      <w:r>
        <w:t xml:space="preserve">2.1. </w:t>
      </w:r>
      <w:r>
        <w:t>Drop Test</w:t>
      </w:r>
    </w:p>
    <w:p w:rsidR="00DD15AE" w:rsidRDefault="002D16FE">
      <w:pPr>
        <w:pStyle w:val="31"/>
      </w:pPr>
      <w:r>
        <w:t xml:space="preserve">2.1.1.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Drop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Unpackaged Product Drop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2025.6.5</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2.1.2. </w:t>
      </w:r>
      <w:r>
        <w:t>Test Conditions and Methods</w:t>
      </w:r>
    </w:p>
    <w:p w:rsidR="00DD15AE" w:rsidRDefault="002D16FE">
      <w:pPr>
        <w:rPr>
          <w:lang w:eastAsia="zh-CN"/>
        </w:rPr>
      </w:pPr>
      <w:r>
        <w:rPr>
          <w:lang w:eastAsia="zh-CN"/>
        </w:rPr>
        <w:t>1) Check that the speaker's appearance and functions are OK before testing.</w:t>
      </w:r>
    </w:p>
    <w:p w:rsidR="00DD15AE" w:rsidRDefault="002D16FE">
      <w:pPr>
        <w:rPr>
          <w:lang w:eastAsia="zh-CN"/>
        </w:rPr>
      </w:pPr>
      <w:r>
        <w:rPr>
          <w:lang w:eastAsia="zh-CN"/>
        </w:rPr>
        <w:t>2) Drop from the standard test height: place the product at a height of 200CM in different orientations and drop it 6 times.</w:t>
      </w:r>
    </w:p>
    <w:p w:rsidR="00DD15AE" w:rsidRDefault="002D16FE">
      <w:pPr>
        <w:rPr>
          <w:lang w:eastAsia="zh-CN"/>
        </w:rPr>
      </w:pPr>
      <w:r>
        <w:rPr>
          <w:lang w:eastAsia="zh-CN"/>
        </w:rPr>
        <w:t>3) Check that the sample's basic functions, performance, and structure are normal, with no internal loosening or other abnormalities.</w:t>
      </w:r>
    </w:p>
    <w:p w:rsidR="00DD15AE" w:rsidRDefault="002D16FE">
      <w:pPr>
        <w:pStyle w:val="31"/>
        <w:rPr>
          <w:lang w:eastAsia="zh-CN"/>
        </w:rPr>
      </w:pPr>
      <w:r>
        <w:rPr>
          <w:lang w:eastAsia="zh-CN"/>
        </w:rPr>
        <w:t xml:space="preserve">2.1.3. </w:t>
      </w:r>
      <w:r>
        <w:rPr>
          <w:lang w:eastAsia="zh-CN"/>
        </w:rPr>
        <w:t>Test Standard Requirements and Test Records</w:t>
      </w:r>
    </w:p>
    <w:p w:rsidR="00DD15AE" w:rsidRDefault="002D16FE">
      <w:pPr>
        <w:rPr>
          <w:lang w:eastAsia="zh-CN"/>
        </w:rPr>
      </w:pPr>
      <w:r>
        <w:rPr>
          <w:lang w:eastAsia="zh-CN"/>
        </w:rPr>
        <w:t>1) Drop the product 6 times from a height of 200CM in different orientations. After the drops, a pass requires normal basic functions and structure, with no loosening or other abnormalities in the exterior or interior.</w:t>
      </w:r>
    </w:p>
    <w:p w:rsidR="00DD15AE" w:rsidRDefault="002D16FE">
      <w:pPr>
        <w:pStyle w:val="31"/>
        <w:rPr>
          <w:lang w:eastAsia="zh-CN"/>
        </w:rPr>
      </w:pPr>
      <w:r>
        <w:rPr>
          <w:lang w:eastAsia="zh-CN"/>
        </w:rPr>
        <w:t xml:space="preserve">2.1.4. </w:t>
      </w:r>
      <w:r>
        <w:rPr>
          <w:lang w:eastAsia="zh-CN"/>
        </w:rPr>
        <w:t>Equipment and Tools Used</w:t>
      </w:r>
    </w:p>
    <w:p w:rsidR="00FC3A98" w:rsidRDefault="002D16FE">
      <w:pPr>
        <w:rPr>
          <w:lang w:eastAsia="zh-CN"/>
        </w:rPr>
      </w:pPr>
      <w:r>
        <w:rPr>
          <w:lang w:eastAsia="zh-CN"/>
        </w:rPr>
        <w:t>1) Test samples 2pcs</w:t>
      </w:r>
    </w:p>
    <w:p w:rsidR="00DD15AE" w:rsidRDefault="00FC3A98">
      <w:pPr>
        <w:rPr>
          <w:lang w:eastAsia="zh-CN"/>
        </w:rPr>
      </w:pPr>
      <w:r>
        <w:rPr>
          <w:lang w:eastAsia="zh-CN"/>
        </w:rPr>
        <w:t xml:space="preserve">2) </w:t>
      </w:r>
      <w:r>
        <w:rPr>
          <w:rFonts w:hint="eastAsia"/>
          <w:lang w:eastAsia="zh-CN"/>
        </w:rPr>
        <w:t xml:space="preserve">Tape </w:t>
      </w:r>
      <w:r w:rsidR="002D16FE">
        <w:rPr>
          <w:lang w:eastAsia="zh-CN"/>
        </w:rPr>
        <w:t>measure 1pcs</w:t>
      </w:r>
    </w:p>
    <w:p w:rsidR="00DD15AE" w:rsidRDefault="002D16FE">
      <w:pPr>
        <w:pStyle w:val="31"/>
        <w:rPr>
          <w:lang w:eastAsia="zh-CN"/>
        </w:rPr>
      </w:pPr>
      <w:r>
        <w:rPr>
          <w:lang w:eastAsia="zh-CN"/>
        </w:rPr>
        <w:lastRenderedPageBreak/>
        <w:t xml:space="preserve">2.1.5. </w:t>
      </w:r>
      <w:r>
        <w:rPr>
          <w:lang w:eastAsia="zh-CN"/>
        </w:rPr>
        <w:t>Test Procedure</w:t>
      </w:r>
    </w:p>
    <w:p w:rsidR="00DD15AE" w:rsidRDefault="002D16FE">
      <w:pPr>
        <w:rPr>
          <w:lang w:eastAsia="zh-CN"/>
        </w:rPr>
      </w:pPr>
      <w:r>
        <w:rPr>
          <w:lang w:eastAsia="zh-CN"/>
        </w:rPr>
        <w:t>1) Drop the product from a height of 200cn in different orientations.</w:t>
      </w:r>
    </w:p>
    <w:p w:rsidR="00DD15AE" w:rsidRDefault="002D16FE">
      <w:pPr>
        <w:rPr>
          <w:lang w:eastAsia="zh-CN"/>
        </w:rPr>
      </w:pPr>
      <w:r>
        <w:rPr>
          <w:lang w:eastAsia="zh-CN"/>
        </w:rPr>
        <w:t>2) Allow the product to fall freely to the floor during the drop.</w:t>
      </w:r>
    </w:p>
    <w:p w:rsidR="00DD15AE" w:rsidRDefault="002D16FE">
      <w:pPr>
        <w:rPr>
          <w:lang w:eastAsia="zh-CN"/>
        </w:rPr>
      </w:pPr>
      <w:r>
        <w:rPr>
          <w:lang w:eastAsia="zh-CN"/>
        </w:rPr>
        <w:t>3) No internal loosening was found in this drop test; function and performance were normal.</w:t>
      </w:r>
    </w:p>
    <w:p w:rsidR="00DD15AE" w:rsidRDefault="002D16FE">
      <w:pPr>
        <w:pStyle w:val="31"/>
        <w:rPr>
          <w:lang w:eastAsia="zh-CN"/>
        </w:rPr>
      </w:pPr>
      <w:r>
        <w:rPr>
          <w:lang w:eastAsia="zh-CN"/>
        </w:rPr>
        <w:t xml:space="preserve">2.1.6. </w:t>
      </w:r>
      <w:r>
        <w:rPr>
          <w:lang w:eastAsia="zh-CN"/>
        </w:rPr>
        <w:t>Test Results</w:t>
      </w:r>
    </w:p>
    <w:p w:rsidR="00DD15AE" w:rsidRDefault="002D16FE">
      <w:pPr>
        <w:rPr>
          <w:lang w:eastAsia="zh-CN"/>
        </w:rPr>
      </w:pPr>
      <w:r>
        <w:rPr>
          <w:lang w:eastAsia="zh-CN"/>
        </w:rPr>
        <w:t>After the drop test, no internal loosening or functional defects were found, and the structure was normal. Considered a pass.</w:t>
      </w:r>
    </w:p>
    <w:p w:rsidR="00DD15AE" w:rsidRDefault="002D16FE">
      <w:pPr>
        <w:pStyle w:val="31"/>
      </w:pPr>
      <w:r>
        <w:t xml:space="preserve">2.1.7. </w:t>
      </w:r>
      <w:r>
        <w:t>Images of the Test Procedure and Results</w:t>
      </w:r>
    </w:p>
    <w:p w:rsidR="00DD15AE" w:rsidRDefault="002D16FE">
      <w:pPr>
        <w:keepNext/>
        <w:jc w:val="center"/>
      </w:pPr>
      <w:r>
        <w:rPr>
          <w:noProof/>
          <w:lang w:eastAsia="zh-CN"/>
        </w:rPr>
        <w:drawing>
          <wp:inline distT="0" distB="0" distL="0" distR="0">
            <wp:extent cx="5744966" cy="5577840"/>
            <wp:effectExtent l="0" t="0" r="0" b="0"/>
            <wp:docPr id="29" name="Picture 29" descr="图 2.1-1 跌落测试实验图片" title="图 2.1-1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7_image_03.png"/>
                    <pic:cNvPicPr/>
                  </pic:nvPicPr>
                  <pic:blipFill>
                    <a:blip r:embed="rId30"/>
                    <a:stretch>
                      <a:fillRect/>
                    </a:stretch>
                  </pic:blipFill>
                  <pic:spPr>
                    <a:xfrm>
                      <a:off x="0" y="0"/>
                      <a:ext cx="5744966" cy="5577840"/>
                    </a:xfrm>
                    <a:prstGeom prst="rect">
                      <a:avLst/>
                    </a:prstGeom>
                  </pic:spPr>
                </pic:pic>
              </a:graphicData>
            </a:graphic>
          </wp:inline>
        </w:drawing>
      </w:r>
    </w:p>
    <w:p w:rsidR="00DD15AE" w:rsidRDefault="002D16FE">
      <w:pPr>
        <w:spacing w:after="160"/>
        <w:jc w:val="center"/>
      </w:pPr>
      <w:r>
        <w:rPr>
          <w:sz w:val="18"/>
        </w:rPr>
        <w:t>Figure 2.1-1 Drop test image</w:t>
      </w:r>
    </w:p>
    <w:p w:rsidR="00DD15AE" w:rsidRDefault="002D16FE">
      <w:pPr>
        <w:keepNext/>
        <w:jc w:val="center"/>
      </w:pPr>
      <w:r>
        <w:rPr>
          <w:noProof/>
          <w:lang w:eastAsia="zh-CN"/>
        </w:rPr>
        <w:lastRenderedPageBreak/>
        <w:drawing>
          <wp:inline distT="0" distB="0" distL="0" distR="0">
            <wp:extent cx="5114595" cy="5577840"/>
            <wp:effectExtent l="0" t="0" r="0" b="0"/>
            <wp:docPr id="30" name="Picture 30" descr="图 2.1-2 跌落测试实验图片" title="图 2.1-2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7_image_04.png"/>
                    <pic:cNvPicPr/>
                  </pic:nvPicPr>
                  <pic:blipFill>
                    <a:blip r:embed="rId31"/>
                    <a:stretch>
                      <a:fillRect/>
                    </a:stretch>
                  </pic:blipFill>
                  <pic:spPr>
                    <a:xfrm>
                      <a:off x="0" y="0"/>
                      <a:ext cx="5114595" cy="5577840"/>
                    </a:xfrm>
                    <a:prstGeom prst="rect">
                      <a:avLst/>
                    </a:prstGeom>
                  </pic:spPr>
                </pic:pic>
              </a:graphicData>
            </a:graphic>
          </wp:inline>
        </w:drawing>
      </w:r>
    </w:p>
    <w:p w:rsidR="00DD15AE" w:rsidRDefault="002D16FE">
      <w:pPr>
        <w:spacing w:after="160"/>
        <w:jc w:val="center"/>
      </w:pPr>
      <w:r>
        <w:rPr>
          <w:sz w:val="18"/>
        </w:rPr>
        <w:t>Figure 2.1-2 Drop test image</w:t>
      </w:r>
    </w:p>
    <w:p w:rsidR="00DD15AE" w:rsidRDefault="002D16FE">
      <w:pPr>
        <w:keepNext/>
        <w:jc w:val="center"/>
      </w:pPr>
      <w:r>
        <w:rPr>
          <w:noProof/>
          <w:lang w:eastAsia="zh-CN"/>
        </w:rPr>
        <w:lastRenderedPageBreak/>
        <w:drawing>
          <wp:inline distT="0" distB="0" distL="0" distR="0">
            <wp:extent cx="5083601" cy="5577840"/>
            <wp:effectExtent l="0" t="0" r="0" b="0"/>
            <wp:docPr id="31" name="Picture 31" descr="图 2.1-3 跌落测试实验图片" title="图 2.1-3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7_image_05.png"/>
                    <pic:cNvPicPr/>
                  </pic:nvPicPr>
                  <pic:blipFill>
                    <a:blip r:embed="rId32"/>
                    <a:stretch>
                      <a:fillRect/>
                    </a:stretch>
                  </pic:blipFill>
                  <pic:spPr>
                    <a:xfrm>
                      <a:off x="0" y="0"/>
                      <a:ext cx="5083601" cy="5577840"/>
                    </a:xfrm>
                    <a:prstGeom prst="rect">
                      <a:avLst/>
                    </a:prstGeom>
                  </pic:spPr>
                </pic:pic>
              </a:graphicData>
            </a:graphic>
          </wp:inline>
        </w:drawing>
      </w:r>
    </w:p>
    <w:p w:rsidR="00DD15AE" w:rsidRDefault="002D16FE">
      <w:pPr>
        <w:spacing w:after="160"/>
        <w:jc w:val="center"/>
      </w:pPr>
      <w:r>
        <w:rPr>
          <w:sz w:val="18"/>
        </w:rPr>
        <w:t>Figure 2.1-3 Drop test image</w:t>
      </w:r>
    </w:p>
    <w:p w:rsidR="00DD15AE" w:rsidRDefault="002D16FE">
      <w:pPr>
        <w:keepNext/>
        <w:jc w:val="center"/>
      </w:pPr>
      <w:r>
        <w:rPr>
          <w:noProof/>
          <w:lang w:eastAsia="zh-CN"/>
        </w:rPr>
        <w:lastRenderedPageBreak/>
        <w:drawing>
          <wp:inline distT="0" distB="0" distL="0" distR="0">
            <wp:extent cx="5760720" cy="4551454"/>
            <wp:effectExtent l="0" t="0" r="0" b="0"/>
            <wp:docPr id="32" name="Picture 32" descr="图 2.1-4 跌落测试实验图片" title="图 2.1-4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7_image_06.png"/>
                    <pic:cNvPicPr/>
                  </pic:nvPicPr>
                  <pic:blipFill>
                    <a:blip r:embed="rId33"/>
                    <a:stretch>
                      <a:fillRect/>
                    </a:stretch>
                  </pic:blipFill>
                  <pic:spPr>
                    <a:xfrm>
                      <a:off x="0" y="0"/>
                      <a:ext cx="5760720" cy="4551454"/>
                    </a:xfrm>
                    <a:prstGeom prst="rect">
                      <a:avLst/>
                    </a:prstGeom>
                  </pic:spPr>
                </pic:pic>
              </a:graphicData>
            </a:graphic>
          </wp:inline>
        </w:drawing>
      </w:r>
    </w:p>
    <w:p w:rsidR="00DD15AE" w:rsidRDefault="002D16FE">
      <w:pPr>
        <w:spacing w:after="160"/>
        <w:jc w:val="center"/>
      </w:pPr>
      <w:r>
        <w:rPr>
          <w:sz w:val="18"/>
        </w:rPr>
        <w:t>Figure 2.1-4 Drop test image</w:t>
      </w:r>
    </w:p>
    <w:p w:rsidR="00DD15AE" w:rsidRDefault="002D16FE">
      <w:pPr>
        <w:keepNext/>
        <w:jc w:val="center"/>
      </w:pPr>
      <w:r>
        <w:rPr>
          <w:noProof/>
          <w:lang w:eastAsia="zh-CN"/>
        </w:rPr>
        <w:lastRenderedPageBreak/>
        <w:drawing>
          <wp:inline distT="0" distB="0" distL="0" distR="0">
            <wp:extent cx="5760720" cy="4589584"/>
            <wp:effectExtent l="0" t="0" r="0" b="0"/>
            <wp:docPr id="33" name="Picture 33" descr="图 2.1-5 跌落测试实验图片" title="图 2.1-5 跌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7_image_07.png"/>
                    <pic:cNvPicPr/>
                  </pic:nvPicPr>
                  <pic:blipFill>
                    <a:blip r:embed="rId34"/>
                    <a:stretch>
                      <a:fillRect/>
                    </a:stretch>
                  </pic:blipFill>
                  <pic:spPr>
                    <a:xfrm>
                      <a:off x="0" y="0"/>
                      <a:ext cx="5760720" cy="4589584"/>
                    </a:xfrm>
                    <a:prstGeom prst="rect">
                      <a:avLst/>
                    </a:prstGeom>
                  </pic:spPr>
                </pic:pic>
              </a:graphicData>
            </a:graphic>
          </wp:inline>
        </w:drawing>
      </w:r>
    </w:p>
    <w:p w:rsidR="00DD15AE" w:rsidRDefault="002D16FE">
      <w:pPr>
        <w:spacing w:after="160"/>
        <w:jc w:val="center"/>
        <w:rPr>
          <w:lang w:eastAsia="zh-CN"/>
        </w:rPr>
      </w:pPr>
      <w:r>
        <w:rPr>
          <w:sz w:val="18"/>
          <w:lang w:eastAsia="zh-CN"/>
        </w:rPr>
        <w:t>Figure 2.1-5 Drop test image</w:t>
      </w:r>
    </w:p>
    <w:p w:rsidR="00DD15AE" w:rsidRDefault="002D16FE">
      <w:pPr>
        <w:pStyle w:val="31"/>
        <w:rPr>
          <w:lang w:eastAsia="zh-CN"/>
        </w:rPr>
      </w:pPr>
      <w:r>
        <w:rPr>
          <w:lang w:eastAsia="zh-CN"/>
        </w:rPr>
        <w:t xml:space="preserve">2.1.8.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C82241">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2025.6.5</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C82241">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2025.6.5</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2.2. </w:t>
      </w:r>
      <w:r>
        <w:t>Button Feel</w:t>
      </w:r>
    </w:p>
    <w:p w:rsidR="00DD15AE" w:rsidRDefault="002D16FE">
      <w:pPr>
        <w:pStyle w:val="31"/>
      </w:pPr>
      <w:r>
        <w:t xml:space="preserve">2.2.1.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Button Feel</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Screen Ripple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2.2.2. </w:t>
      </w:r>
      <w:r>
        <w:t>Test Conditions and Methods</w:t>
      </w:r>
    </w:p>
    <w:p w:rsidR="00DD15AE" w:rsidRDefault="002D16FE">
      <w:pPr>
        <w:rPr>
          <w:lang w:eastAsia="zh-CN"/>
        </w:rPr>
      </w:pPr>
      <w:r>
        <w:rPr>
          <w:lang w:eastAsia="zh-CN"/>
        </w:rPr>
        <w:t>1) Check that the product's buttons function normally before testing.</w:t>
      </w:r>
    </w:p>
    <w:p w:rsidR="00DD15AE" w:rsidRDefault="002D16FE">
      <w:pPr>
        <w:rPr>
          <w:lang w:eastAsia="zh-CN"/>
        </w:rPr>
      </w:pPr>
      <w:r>
        <w:rPr>
          <w:lang w:eastAsia="zh-CN"/>
        </w:rPr>
        <w:t>2) Press the button vertically at 90° with the button test instrument until the button actuates.</w:t>
      </w:r>
    </w:p>
    <w:p w:rsidR="00DD15AE" w:rsidRDefault="002D16FE">
      <w:pPr>
        <w:rPr>
          <w:lang w:eastAsia="zh-CN"/>
        </w:rPr>
      </w:pPr>
      <w:r>
        <w:rPr>
          <w:lang w:eastAsia="zh-CN"/>
        </w:rPr>
        <w:t>3) Use a button force tester to press the DUT button fully without excessive pressure. Test three consecutive times, record the displayed data, and judge based on the average value.</w:t>
      </w:r>
    </w:p>
    <w:p w:rsidR="00DD15AE" w:rsidRDefault="002D16FE">
      <w:pPr>
        <w:pStyle w:val="31"/>
        <w:rPr>
          <w:lang w:eastAsia="zh-CN"/>
        </w:rPr>
      </w:pPr>
      <w:r>
        <w:rPr>
          <w:lang w:eastAsia="zh-CN"/>
        </w:rPr>
        <w:t xml:space="preserve">2.2.3. </w:t>
      </w:r>
      <w:r>
        <w:rPr>
          <w:lang w:eastAsia="zh-CN"/>
        </w:rPr>
        <w:t>Equipment and Tools Used</w:t>
      </w:r>
    </w:p>
    <w:p w:rsidR="00DD15AE" w:rsidRDefault="002D16FE">
      <w:r>
        <w:rPr>
          <w:lang w:eastAsia="zh-CN"/>
        </w:rPr>
        <w:t xml:space="preserve">1) Test samples 2pcs. Button </w:t>
      </w:r>
      <w:r>
        <w:t>force tester</w:t>
      </w:r>
    </w:p>
    <w:p w:rsidR="00DD15AE" w:rsidRDefault="002D16FE">
      <w:pPr>
        <w:pStyle w:val="31"/>
      </w:pPr>
      <w:r>
        <w:t xml:space="preserve">2.2.4. </w:t>
      </w:r>
      <w:r>
        <w:t>Test Results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86"/>
        <w:gridCol w:w="1226"/>
        <w:gridCol w:w="1839"/>
        <w:gridCol w:w="1839"/>
        <w:gridCol w:w="920"/>
        <w:gridCol w:w="1226"/>
        <w:gridCol w:w="1839"/>
      </w:tblGrid>
      <w:tr w:rsidR="00DD15AE">
        <w:trPr>
          <w:tblHeader/>
          <w:jc w:val="center"/>
        </w:trPr>
        <w:tc>
          <w:tcPr>
            <w:tcW w:w="686" w:type="dxa"/>
            <w:shd w:val="clear" w:color="auto" w:fill="1F4E78"/>
            <w:tcMar>
              <w:top w:w="90" w:type="dxa"/>
              <w:left w:w="110" w:type="dxa"/>
              <w:bottom w:w="90" w:type="dxa"/>
              <w:right w:w="110" w:type="dxa"/>
            </w:tcMar>
            <w:vAlign w:val="center"/>
          </w:tcPr>
          <w:p w:rsidR="00DD15AE" w:rsidRPr="00535782" w:rsidRDefault="00D0014D">
            <w:pPr>
              <w:spacing w:after="0" w:line="259" w:lineRule="auto"/>
              <w:rPr>
                <w:b/>
              </w:rPr>
            </w:pPr>
            <w:r w:rsidRPr="00535782">
              <w:rPr>
                <w:b/>
                <w:color w:val="FFFFFF" w:themeColor="background1"/>
                <w:sz w:val="16"/>
              </w:rPr>
              <w:t>Sample</w:t>
            </w:r>
          </w:p>
        </w:tc>
        <w:tc>
          <w:tcPr>
            <w:tcW w:w="122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Test run</w:t>
            </w:r>
          </w:p>
        </w:tc>
        <w:tc>
          <w:tcPr>
            <w:tcW w:w="1839"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Power button</w:t>
            </w:r>
          </w:p>
        </w:tc>
        <w:tc>
          <w:tcPr>
            <w:tcW w:w="1839"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 button</w:t>
            </w:r>
          </w:p>
        </w:tc>
        <w:tc>
          <w:tcPr>
            <w:tcW w:w="920"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Pause button</w:t>
            </w:r>
          </w:p>
        </w:tc>
        <w:tc>
          <w:tcPr>
            <w:tcW w:w="122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 button</w:t>
            </w:r>
          </w:p>
        </w:tc>
        <w:tc>
          <w:tcPr>
            <w:tcW w:w="1839"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6"/>
              </w:rPr>
              <w:t>Light button</w:t>
            </w:r>
          </w:p>
        </w:tc>
      </w:tr>
      <w:tr w:rsidR="00D0014D">
        <w:trPr>
          <w:jc w:val="center"/>
        </w:trPr>
        <w:tc>
          <w:tcPr>
            <w:tcW w:w="686" w:type="dxa"/>
            <w:vMerge w:val="restart"/>
            <w:tcMar>
              <w:top w:w="90" w:type="dxa"/>
              <w:left w:w="110" w:type="dxa"/>
              <w:bottom w:w="90" w:type="dxa"/>
              <w:right w:w="110" w:type="dxa"/>
            </w:tcMar>
            <w:vAlign w:val="center"/>
          </w:tcPr>
          <w:p w:rsidR="00D0014D" w:rsidRPr="00D0014D" w:rsidRDefault="00D0014D" w:rsidP="00D0014D">
            <w:pPr>
              <w:spacing w:after="0" w:line="259" w:lineRule="auto"/>
              <w:rPr>
                <w:sz w:val="16"/>
                <w:szCs w:val="16"/>
              </w:rPr>
            </w:pPr>
            <w:r w:rsidRPr="00D0014D">
              <w:rPr>
                <w:sz w:val="16"/>
                <w:szCs w:val="16"/>
              </w:rPr>
              <w:t>Sample 1#</w:t>
            </w:r>
          </w:p>
        </w:tc>
        <w:tc>
          <w:tcPr>
            <w:tcW w:w="1226" w:type="dxa"/>
            <w:tcMar>
              <w:top w:w="90" w:type="dxa"/>
              <w:left w:w="110" w:type="dxa"/>
              <w:bottom w:w="90" w:type="dxa"/>
              <w:right w:w="110" w:type="dxa"/>
            </w:tcMar>
            <w:vAlign w:val="center"/>
          </w:tcPr>
          <w:p w:rsidR="00D0014D" w:rsidRDefault="00D0014D">
            <w:pPr>
              <w:spacing w:after="0" w:line="259" w:lineRule="auto"/>
            </w:pPr>
            <w:r>
              <w:rPr>
                <w:sz w:val="16"/>
              </w:rPr>
              <w:t>First run</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600</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550</w:t>
            </w:r>
          </w:p>
        </w:tc>
        <w:tc>
          <w:tcPr>
            <w:tcW w:w="920" w:type="dxa"/>
            <w:tcMar>
              <w:top w:w="90" w:type="dxa"/>
              <w:left w:w="110" w:type="dxa"/>
              <w:bottom w:w="90" w:type="dxa"/>
              <w:right w:w="110" w:type="dxa"/>
            </w:tcMar>
            <w:vAlign w:val="center"/>
          </w:tcPr>
          <w:p w:rsidR="00D0014D" w:rsidRDefault="00D0014D">
            <w:pPr>
              <w:spacing w:after="0" w:line="259" w:lineRule="auto"/>
            </w:pPr>
            <w:r>
              <w:rPr>
                <w:sz w:val="16"/>
              </w:rPr>
              <w:t>820</w:t>
            </w:r>
          </w:p>
        </w:tc>
        <w:tc>
          <w:tcPr>
            <w:tcW w:w="1226" w:type="dxa"/>
            <w:tcMar>
              <w:top w:w="90" w:type="dxa"/>
              <w:left w:w="110" w:type="dxa"/>
              <w:bottom w:w="90" w:type="dxa"/>
              <w:right w:w="110" w:type="dxa"/>
            </w:tcMar>
            <w:vAlign w:val="center"/>
          </w:tcPr>
          <w:p w:rsidR="00D0014D" w:rsidRDefault="00D0014D">
            <w:pPr>
              <w:spacing w:after="0" w:line="259" w:lineRule="auto"/>
            </w:pPr>
            <w:r>
              <w:rPr>
                <w:sz w:val="16"/>
              </w:rPr>
              <w:t>790</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700</w:t>
            </w:r>
          </w:p>
        </w:tc>
      </w:tr>
      <w:tr w:rsidR="00D0014D">
        <w:trPr>
          <w:jc w:val="center"/>
        </w:trPr>
        <w:tc>
          <w:tcPr>
            <w:tcW w:w="686" w:type="dxa"/>
            <w:vMerge/>
            <w:shd w:val="clear" w:color="auto" w:fill="EAF2F8"/>
            <w:tcMar>
              <w:top w:w="90" w:type="dxa"/>
              <w:left w:w="110" w:type="dxa"/>
              <w:bottom w:w="90" w:type="dxa"/>
              <w:right w:w="110" w:type="dxa"/>
            </w:tcMar>
            <w:vAlign w:val="center"/>
          </w:tcPr>
          <w:p w:rsidR="00D0014D" w:rsidRDefault="00D0014D">
            <w:pPr>
              <w:spacing w:after="0" w:line="259" w:lineRule="auto"/>
            </w:pPr>
          </w:p>
        </w:tc>
        <w:tc>
          <w:tcPr>
            <w:tcW w:w="1226"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Second run</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600</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550</w:t>
            </w:r>
          </w:p>
        </w:tc>
        <w:tc>
          <w:tcPr>
            <w:tcW w:w="920"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850</w:t>
            </w:r>
          </w:p>
        </w:tc>
        <w:tc>
          <w:tcPr>
            <w:tcW w:w="1226"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790</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700</w:t>
            </w:r>
          </w:p>
        </w:tc>
      </w:tr>
      <w:tr w:rsidR="00D0014D">
        <w:trPr>
          <w:jc w:val="center"/>
        </w:trPr>
        <w:tc>
          <w:tcPr>
            <w:tcW w:w="686" w:type="dxa"/>
            <w:vMerge/>
            <w:tcMar>
              <w:top w:w="90" w:type="dxa"/>
              <w:left w:w="110" w:type="dxa"/>
              <w:bottom w:w="90" w:type="dxa"/>
              <w:right w:w="110" w:type="dxa"/>
            </w:tcMar>
            <w:vAlign w:val="center"/>
          </w:tcPr>
          <w:p w:rsidR="00D0014D" w:rsidRDefault="00D0014D">
            <w:pPr>
              <w:spacing w:after="0" w:line="259" w:lineRule="auto"/>
            </w:pPr>
          </w:p>
        </w:tc>
        <w:tc>
          <w:tcPr>
            <w:tcW w:w="1226" w:type="dxa"/>
            <w:tcMar>
              <w:top w:w="90" w:type="dxa"/>
              <w:left w:w="110" w:type="dxa"/>
              <w:bottom w:w="90" w:type="dxa"/>
              <w:right w:w="110" w:type="dxa"/>
            </w:tcMar>
            <w:vAlign w:val="center"/>
          </w:tcPr>
          <w:p w:rsidR="00D0014D" w:rsidRDefault="00D0014D">
            <w:pPr>
              <w:spacing w:after="0" w:line="259" w:lineRule="auto"/>
            </w:pPr>
            <w:r>
              <w:rPr>
                <w:sz w:val="16"/>
              </w:rPr>
              <w:t>Third run</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610</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600</w:t>
            </w:r>
          </w:p>
        </w:tc>
        <w:tc>
          <w:tcPr>
            <w:tcW w:w="920" w:type="dxa"/>
            <w:tcMar>
              <w:top w:w="90" w:type="dxa"/>
              <w:left w:w="110" w:type="dxa"/>
              <w:bottom w:w="90" w:type="dxa"/>
              <w:right w:w="110" w:type="dxa"/>
            </w:tcMar>
            <w:vAlign w:val="center"/>
          </w:tcPr>
          <w:p w:rsidR="00D0014D" w:rsidRDefault="00D0014D">
            <w:pPr>
              <w:spacing w:after="0" w:line="259" w:lineRule="auto"/>
            </w:pPr>
            <w:r>
              <w:rPr>
                <w:sz w:val="16"/>
              </w:rPr>
              <w:t>850</w:t>
            </w:r>
          </w:p>
        </w:tc>
        <w:tc>
          <w:tcPr>
            <w:tcW w:w="1226" w:type="dxa"/>
            <w:tcMar>
              <w:top w:w="90" w:type="dxa"/>
              <w:left w:w="110" w:type="dxa"/>
              <w:bottom w:w="90" w:type="dxa"/>
              <w:right w:w="110" w:type="dxa"/>
            </w:tcMar>
            <w:vAlign w:val="center"/>
          </w:tcPr>
          <w:p w:rsidR="00D0014D" w:rsidRDefault="00D0014D">
            <w:pPr>
              <w:spacing w:after="0" w:line="259" w:lineRule="auto"/>
            </w:pPr>
            <w:r>
              <w:rPr>
                <w:sz w:val="16"/>
              </w:rPr>
              <w:t>790</w:t>
            </w:r>
          </w:p>
        </w:tc>
        <w:tc>
          <w:tcPr>
            <w:tcW w:w="1839" w:type="dxa"/>
            <w:tcMar>
              <w:top w:w="90" w:type="dxa"/>
              <w:left w:w="110" w:type="dxa"/>
              <w:bottom w:w="90" w:type="dxa"/>
              <w:right w:w="110" w:type="dxa"/>
            </w:tcMar>
            <w:vAlign w:val="center"/>
          </w:tcPr>
          <w:p w:rsidR="00D0014D" w:rsidRDefault="00D0014D">
            <w:pPr>
              <w:spacing w:after="0" w:line="259" w:lineRule="auto"/>
            </w:pPr>
            <w:r>
              <w:rPr>
                <w:sz w:val="16"/>
              </w:rPr>
              <w:t>710</w:t>
            </w:r>
          </w:p>
        </w:tc>
      </w:tr>
      <w:tr w:rsidR="00D0014D">
        <w:trPr>
          <w:jc w:val="center"/>
        </w:trPr>
        <w:tc>
          <w:tcPr>
            <w:tcW w:w="686" w:type="dxa"/>
            <w:vMerge/>
            <w:shd w:val="clear" w:color="auto" w:fill="EAF2F8"/>
            <w:tcMar>
              <w:top w:w="90" w:type="dxa"/>
              <w:left w:w="110" w:type="dxa"/>
              <w:bottom w:w="90" w:type="dxa"/>
              <w:right w:w="110" w:type="dxa"/>
            </w:tcMar>
            <w:vAlign w:val="center"/>
          </w:tcPr>
          <w:p w:rsidR="00D0014D" w:rsidRDefault="00D0014D">
            <w:pPr>
              <w:spacing w:after="0" w:line="259" w:lineRule="auto"/>
            </w:pPr>
          </w:p>
        </w:tc>
        <w:tc>
          <w:tcPr>
            <w:tcW w:w="1226"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Average</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603.33</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566.67</w:t>
            </w:r>
          </w:p>
        </w:tc>
        <w:tc>
          <w:tcPr>
            <w:tcW w:w="920"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840</w:t>
            </w:r>
          </w:p>
        </w:tc>
        <w:tc>
          <w:tcPr>
            <w:tcW w:w="1226"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790</w:t>
            </w:r>
          </w:p>
        </w:tc>
        <w:tc>
          <w:tcPr>
            <w:tcW w:w="1839" w:type="dxa"/>
            <w:shd w:val="clear" w:color="auto" w:fill="EAF2F8"/>
            <w:tcMar>
              <w:top w:w="90" w:type="dxa"/>
              <w:left w:w="110" w:type="dxa"/>
              <w:bottom w:w="90" w:type="dxa"/>
              <w:right w:w="110" w:type="dxa"/>
            </w:tcMar>
            <w:vAlign w:val="center"/>
          </w:tcPr>
          <w:p w:rsidR="00D0014D" w:rsidRDefault="00D0014D">
            <w:pPr>
              <w:spacing w:after="0" w:line="259" w:lineRule="auto"/>
            </w:pPr>
            <w:r>
              <w:rPr>
                <w:sz w:val="16"/>
              </w:rPr>
              <w:t>703.33</w:t>
            </w:r>
          </w:p>
        </w:tc>
      </w:tr>
    </w:tbl>
    <w:p w:rsidR="00DD15AE" w:rsidRDefault="00DD15AE">
      <w:pPr>
        <w:spacing w:after="0"/>
      </w:pP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685"/>
        <w:gridCol w:w="889"/>
        <w:gridCol w:w="1778"/>
        <w:gridCol w:w="1778"/>
        <w:gridCol w:w="889"/>
        <w:gridCol w:w="1778"/>
        <w:gridCol w:w="1778"/>
      </w:tblGrid>
      <w:tr w:rsidR="00C47D9A">
        <w:trPr>
          <w:tblHeader/>
          <w:jc w:val="center"/>
        </w:trPr>
        <w:tc>
          <w:tcPr>
            <w:tcW w:w="685" w:type="dxa"/>
            <w:shd w:val="clear" w:color="auto" w:fill="1F4E78"/>
            <w:tcMar>
              <w:top w:w="90" w:type="dxa"/>
              <w:left w:w="110" w:type="dxa"/>
              <w:bottom w:w="90" w:type="dxa"/>
              <w:right w:w="110" w:type="dxa"/>
            </w:tcMar>
            <w:vAlign w:val="center"/>
          </w:tcPr>
          <w:p w:rsidR="00C47D9A" w:rsidRPr="00535782" w:rsidRDefault="00C47D9A" w:rsidP="00C47D9A">
            <w:pPr>
              <w:spacing w:after="0" w:line="259" w:lineRule="auto"/>
              <w:rPr>
                <w:b/>
              </w:rPr>
            </w:pPr>
            <w:r w:rsidRPr="00535782">
              <w:rPr>
                <w:b/>
                <w:color w:val="FFFFFF" w:themeColor="background1"/>
                <w:sz w:val="16"/>
              </w:rPr>
              <w:t>Sample</w:t>
            </w:r>
          </w:p>
        </w:tc>
        <w:tc>
          <w:tcPr>
            <w:tcW w:w="889"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Test run</w:t>
            </w:r>
          </w:p>
        </w:tc>
        <w:tc>
          <w:tcPr>
            <w:tcW w:w="1778"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Power button</w:t>
            </w:r>
          </w:p>
        </w:tc>
        <w:tc>
          <w:tcPr>
            <w:tcW w:w="1778"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 button</w:t>
            </w:r>
          </w:p>
        </w:tc>
        <w:tc>
          <w:tcPr>
            <w:tcW w:w="889"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Pause button</w:t>
            </w:r>
          </w:p>
        </w:tc>
        <w:tc>
          <w:tcPr>
            <w:tcW w:w="1778"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 button</w:t>
            </w:r>
          </w:p>
        </w:tc>
        <w:tc>
          <w:tcPr>
            <w:tcW w:w="1778" w:type="dxa"/>
            <w:shd w:val="clear" w:color="auto" w:fill="1F4E78"/>
            <w:tcMar>
              <w:top w:w="90" w:type="dxa"/>
              <w:left w:w="110" w:type="dxa"/>
              <w:bottom w:w="90" w:type="dxa"/>
              <w:right w:w="110" w:type="dxa"/>
            </w:tcMar>
            <w:vAlign w:val="center"/>
          </w:tcPr>
          <w:p w:rsidR="00C47D9A" w:rsidRDefault="00C47D9A" w:rsidP="00C47D9A">
            <w:pPr>
              <w:spacing w:after="0" w:line="259" w:lineRule="auto"/>
            </w:pPr>
            <w:r>
              <w:rPr>
                <w:b/>
                <w:color w:val="FFFFFF"/>
                <w:sz w:val="16"/>
              </w:rPr>
              <w:t>Light button</w:t>
            </w:r>
          </w:p>
        </w:tc>
      </w:tr>
      <w:tr w:rsidR="00534630">
        <w:trPr>
          <w:jc w:val="center"/>
        </w:trPr>
        <w:tc>
          <w:tcPr>
            <w:tcW w:w="685" w:type="dxa"/>
            <w:vMerge w:val="restart"/>
            <w:tcMar>
              <w:top w:w="90" w:type="dxa"/>
              <w:left w:w="110" w:type="dxa"/>
              <w:bottom w:w="90" w:type="dxa"/>
              <w:right w:w="110" w:type="dxa"/>
            </w:tcMar>
            <w:vAlign w:val="center"/>
          </w:tcPr>
          <w:p w:rsidR="00534630" w:rsidRDefault="00534630" w:rsidP="00534630">
            <w:pPr>
              <w:spacing w:after="0" w:line="259" w:lineRule="auto"/>
            </w:pPr>
            <w:r w:rsidRPr="00D0014D">
              <w:rPr>
                <w:sz w:val="16"/>
                <w:szCs w:val="16"/>
              </w:rPr>
              <w:t xml:space="preserve">Sample </w:t>
            </w:r>
            <w:r>
              <w:rPr>
                <w:sz w:val="16"/>
                <w:szCs w:val="16"/>
              </w:rPr>
              <w:t>2</w:t>
            </w:r>
            <w:r w:rsidRPr="00D0014D">
              <w:rPr>
                <w:sz w:val="16"/>
                <w:szCs w:val="16"/>
              </w:rPr>
              <w:t>#</w:t>
            </w:r>
          </w:p>
        </w:tc>
        <w:tc>
          <w:tcPr>
            <w:tcW w:w="889"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First run</w:t>
            </w:r>
          </w:p>
        </w:tc>
        <w:tc>
          <w:tcPr>
            <w:tcW w:w="1778"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700</w:t>
            </w:r>
          </w:p>
        </w:tc>
        <w:tc>
          <w:tcPr>
            <w:tcW w:w="1778"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650</w:t>
            </w:r>
          </w:p>
        </w:tc>
        <w:tc>
          <w:tcPr>
            <w:tcW w:w="889"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820</w:t>
            </w:r>
          </w:p>
        </w:tc>
        <w:tc>
          <w:tcPr>
            <w:tcW w:w="1778"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850</w:t>
            </w:r>
          </w:p>
        </w:tc>
        <w:tc>
          <w:tcPr>
            <w:tcW w:w="1778" w:type="dxa"/>
            <w:tcMar>
              <w:top w:w="90" w:type="dxa"/>
              <w:left w:w="110" w:type="dxa"/>
              <w:bottom w:w="90" w:type="dxa"/>
              <w:right w:w="110" w:type="dxa"/>
            </w:tcMar>
            <w:vAlign w:val="center"/>
          </w:tcPr>
          <w:p w:rsidR="00534630" w:rsidRPr="00534630" w:rsidRDefault="00534630" w:rsidP="00534630">
            <w:pPr>
              <w:spacing w:after="0" w:line="259" w:lineRule="auto"/>
              <w:rPr>
                <w:color w:val="auto"/>
              </w:rPr>
            </w:pPr>
            <w:r w:rsidRPr="00534630">
              <w:rPr>
                <w:color w:val="auto"/>
                <w:sz w:val="16"/>
              </w:rPr>
              <w:t>750</w:t>
            </w:r>
          </w:p>
        </w:tc>
      </w:tr>
      <w:tr w:rsidR="00534630">
        <w:trPr>
          <w:jc w:val="center"/>
        </w:trPr>
        <w:tc>
          <w:tcPr>
            <w:tcW w:w="685" w:type="dxa"/>
            <w:vMerge/>
            <w:shd w:val="clear" w:color="auto" w:fill="EAF2F8"/>
            <w:tcMar>
              <w:top w:w="90" w:type="dxa"/>
              <w:left w:w="110" w:type="dxa"/>
              <w:bottom w:w="90" w:type="dxa"/>
              <w:right w:w="110" w:type="dxa"/>
            </w:tcMar>
            <w:vAlign w:val="center"/>
          </w:tcPr>
          <w:p w:rsidR="00534630" w:rsidRDefault="00534630" w:rsidP="00534630">
            <w:pPr>
              <w:spacing w:after="0" w:line="259" w:lineRule="auto"/>
            </w:pPr>
          </w:p>
        </w:tc>
        <w:tc>
          <w:tcPr>
            <w:tcW w:w="889"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Second run</w:t>
            </w:r>
          </w:p>
        </w:tc>
        <w:tc>
          <w:tcPr>
            <w:tcW w:w="1778"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650</w:t>
            </w:r>
          </w:p>
        </w:tc>
        <w:tc>
          <w:tcPr>
            <w:tcW w:w="1778"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650</w:t>
            </w:r>
          </w:p>
        </w:tc>
        <w:tc>
          <w:tcPr>
            <w:tcW w:w="889"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790</w:t>
            </w:r>
          </w:p>
        </w:tc>
        <w:tc>
          <w:tcPr>
            <w:tcW w:w="1778"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800</w:t>
            </w:r>
          </w:p>
        </w:tc>
        <w:tc>
          <w:tcPr>
            <w:tcW w:w="1778" w:type="dxa"/>
            <w:shd w:val="clear" w:color="auto" w:fill="EAF2F8"/>
            <w:tcMar>
              <w:top w:w="90" w:type="dxa"/>
              <w:left w:w="110" w:type="dxa"/>
              <w:bottom w:w="90" w:type="dxa"/>
              <w:right w:w="110" w:type="dxa"/>
            </w:tcMar>
            <w:vAlign w:val="center"/>
          </w:tcPr>
          <w:p w:rsidR="00534630" w:rsidRDefault="00534630" w:rsidP="00534630">
            <w:pPr>
              <w:spacing w:after="0" w:line="259" w:lineRule="auto"/>
            </w:pPr>
            <w:r>
              <w:rPr>
                <w:sz w:val="16"/>
              </w:rPr>
              <w:t>700</w:t>
            </w:r>
          </w:p>
        </w:tc>
      </w:tr>
      <w:tr w:rsidR="00534630" w:rsidTr="00534630">
        <w:trPr>
          <w:jc w:val="center"/>
        </w:trPr>
        <w:tc>
          <w:tcPr>
            <w:tcW w:w="685" w:type="dxa"/>
            <w:vMerge/>
            <w:tcMar>
              <w:top w:w="90" w:type="dxa"/>
              <w:left w:w="110" w:type="dxa"/>
              <w:bottom w:w="90" w:type="dxa"/>
              <w:right w:w="110" w:type="dxa"/>
            </w:tcMar>
            <w:vAlign w:val="center"/>
          </w:tcPr>
          <w:p w:rsidR="00534630" w:rsidRDefault="00534630" w:rsidP="00534630">
            <w:pPr>
              <w:spacing w:after="0" w:line="259" w:lineRule="auto"/>
            </w:pPr>
          </w:p>
        </w:tc>
        <w:tc>
          <w:tcPr>
            <w:tcW w:w="889"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Third run</w:t>
            </w:r>
          </w:p>
        </w:tc>
        <w:tc>
          <w:tcPr>
            <w:tcW w:w="1778"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650</w:t>
            </w:r>
          </w:p>
        </w:tc>
        <w:tc>
          <w:tcPr>
            <w:tcW w:w="1778"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600</w:t>
            </w:r>
          </w:p>
        </w:tc>
        <w:tc>
          <w:tcPr>
            <w:tcW w:w="889"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850</w:t>
            </w:r>
          </w:p>
        </w:tc>
        <w:tc>
          <w:tcPr>
            <w:tcW w:w="1778"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800</w:t>
            </w:r>
          </w:p>
        </w:tc>
        <w:tc>
          <w:tcPr>
            <w:tcW w:w="1778" w:type="dxa"/>
            <w:tcBorders>
              <w:bottom w:val="single" w:sz="6" w:space="0" w:color="D9D9D9"/>
            </w:tcBorders>
            <w:tcMar>
              <w:top w:w="90" w:type="dxa"/>
              <w:left w:w="110" w:type="dxa"/>
              <w:bottom w:w="90" w:type="dxa"/>
              <w:right w:w="110" w:type="dxa"/>
            </w:tcMar>
            <w:vAlign w:val="center"/>
          </w:tcPr>
          <w:p w:rsidR="00534630" w:rsidRDefault="00534630" w:rsidP="00534630">
            <w:pPr>
              <w:spacing w:after="0" w:line="259" w:lineRule="auto"/>
            </w:pPr>
            <w:r>
              <w:rPr>
                <w:sz w:val="16"/>
              </w:rPr>
              <w:t>700</w:t>
            </w:r>
          </w:p>
        </w:tc>
      </w:tr>
      <w:tr w:rsidR="00534630" w:rsidTr="007A56E8">
        <w:trPr>
          <w:jc w:val="center"/>
        </w:trPr>
        <w:tc>
          <w:tcPr>
            <w:tcW w:w="685" w:type="dxa"/>
            <w:vMerge/>
            <w:tcMar>
              <w:top w:w="90" w:type="dxa"/>
              <w:left w:w="110" w:type="dxa"/>
              <w:bottom w:w="90" w:type="dxa"/>
              <w:right w:w="110" w:type="dxa"/>
            </w:tcMar>
            <w:vAlign w:val="center"/>
          </w:tcPr>
          <w:p w:rsidR="00534630" w:rsidRDefault="00534630" w:rsidP="00534630">
            <w:pPr>
              <w:spacing w:after="0" w:line="259" w:lineRule="auto"/>
            </w:pPr>
          </w:p>
        </w:tc>
        <w:tc>
          <w:tcPr>
            <w:tcW w:w="889" w:type="dxa"/>
            <w:tcBorders>
              <w:top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Average</w:t>
            </w:r>
          </w:p>
        </w:tc>
        <w:tc>
          <w:tcPr>
            <w:tcW w:w="177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666.67</w:t>
            </w:r>
          </w:p>
        </w:tc>
        <w:tc>
          <w:tcPr>
            <w:tcW w:w="177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633.33</w:t>
            </w:r>
          </w:p>
        </w:tc>
        <w:tc>
          <w:tcPr>
            <w:tcW w:w="889" w:type="dxa"/>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820</w:t>
            </w:r>
          </w:p>
        </w:tc>
        <w:tc>
          <w:tcPr>
            <w:tcW w:w="177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816.67</w:t>
            </w:r>
          </w:p>
        </w:tc>
        <w:tc>
          <w:tcPr>
            <w:tcW w:w="1778" w:type="dxa"/>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534630" w:rsidRPr="00534630" w:rsidRDefault="00534630" w:rsidP="00534630">
            <w:pPr>
              <w:spacing w:after="0" w:line="259" w:lineRule="auto"/>
              <w:rPr>
                <w:sz w:val="16"/>
              </w:rPr>
            </w:pPr>
            <w:r>
              <w:rPr>
                <w:sz w:val="16"/>
              </w:rPr>
              <w:t>716.67</w:t>
            </w:r>
          </w:p>
        </w:tc>
      </w:tr>
    </w:tbl>
    <w:p w:rsidR="00DD15AE" w:rsidRDefault="00DD15AE">
      <w:pPr>
        <w:spacing w:after="0"/>
      </w:pPr>
    </w:p>
    <w:p w:rsidR="00DD15AE" w:rsidRDefault="002D16FE">
      <w:pPr>
        <w:pStyle w:val="31"/>
      </w:pPr>
      <w:r>
        <w:t xml:space="preserve">2.2.5. </w:t>
      </w:r>
      <w:r>
        <w:t>Images of the Test Procedure and Results</w:t>
      </w:r>
    </w:p>
    <w:p w:rsidR="00DD15AE" w:rsidRDefault="002D16FE">
      <w:pPr>
        <w:keepNext/>
        <w:jc w:val="center"/>
      </w:pPr>
      <w:r>
        <w:rPr>
          <w:noProof/>
          <w:lang w:eastAsia="zh-CN"/>
        </w:rPr>
        <w:drawing>
          <wp:inline distT="0" distB="0" distL="0" distR="0">
            <wp:extent cx="4473087" cy="5577840"/>
            <wp:effectExtent l="0" t="0" r="0" b="0"/>
            <wp:docPr id="34" name="Picture 34" descr="图 2.2-1 按键手感实验图片" title="图 2.2-1 按键手感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2.png"/>
                    <pic:cNvPicPr/>
                  </pic:nvPicPr>
                  <pic:blipFill>
                    <a:blip r:embed="rId35"/>
                    <a:stretch>
                      <a:fillRect/>
                    </a:stretch>
                  </pic:blipFill>
                  <pic:spPr>
                    <a:xfrm>
                      <a:off x="0" y="0"/>
                      <a:ext cx="4473087" cy="5577840"/>
                    </a:xfrm>
                    <a:prstGeom prst="rect">
                      <a:avLst/>
                    </a:prstGeom>
                  </pic:spPr>
                </pic:pic>
              </a:graphicData>
            </a:graphic>
          </wp:inline>
        </w:drawing>
      </w:r>
    </w:p>
    <w:p w:rsidR="00DD15AE" w:rsidRDefault="002D16FE">
      <w:pPr>
        <w:spacing w:after="160"/>
        <w:jc w:val="center"/>
      </w:pPr>
      <w:r>
        <w:rPr>
          <w:sz w:val="18"/>
        </w:rPr>
        <w:t>Figure 2.2-1 Button feel test image</w:t>
      </w:r>
    </w:p>
    <w:p w:rsidR="00DD15AE" w:rsidRDefault="002D16FE">
      <w:pPr>
        <w:keepNext/>
        <w:jc w:val="center"/>
      </w:pPr>
      <w:r>
        <w:rPr>
          <w:noProof/>
          <w:lang w:eastAsia="zh-CN"/>
        </w:rPr>
        <w:lastRenderedPageBreak/>
        <w:drawing>
          <wp:inline distT="0" distB="0" distL="0" distR="0">
            <wp:extent cx="4299584" cy="5577840"/>
            <wp:effectExtent l="0" t="0" r="0" b="0"/>
            <wp:docPr id="35" name="Picture 35" descr="图 2.2-2 按键手感实验图片" title="图 2.2-2 按键手感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8_image_03.png"/>
                    <pic:cNvPicPr/>
                  </pic:nvPicPr>
                  <pic:blipFill>
                    <a:blip r:embed="rId36"/>
                    <a:stretch>
                      <a:fillRect/>
                    </a:stretch>
                  </pic:blipFill>
                  <pic:spPr>
                    <a:xfrm>
                      <a:off x="0" y="0"/>
                      <a:ext cx="4299584"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2.2-2 Button feel test image</w:t>
      </w:r>
    </w:p>
    <w:p w:rsidR="00DD15AE" w:rsidRDefault="002D16FE">
      <w:pPr>
        <w:pStyle w:val="31"/>
        <w:rPr>
          <w:lang w:eastAsia="zh-CN"/>
        </w:rPr>
      </w:pPr>
      <w:r>
        <w:rPr>
          <w:lang w:eastAsia="zh-CN"/>
        </w:rPr>
        <w:t xml:space="preserve">2.2.6.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7A56E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7A56E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2.3. </w:t>
      </w:r>
      <w:r>
        <w:t>Button Life</w:t>
      </w:r>
    </w:p>
    <w:p w:rsidR="00DD15AE" w:rsidRDefault="002D16FE">
      <w:pPr>
        <w:pStyle w:val="31"/>
      </w:pPr>
      <w:r>
        <w:t xml:space="preserve">2.3.1.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Button Life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Button Life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2.3.2. </w:t>
      </w:r>
      <w:r>
        <w:t>Test Conditions and Methods</w:t>
      </w:r>
    </w:p>
    <w:p w:rsidR="00DD15AE" w:rsidRDefault="002D16FE">
      <w:pPr>
        <w:rPr>
          <w:lang w:eastAsia="zh-CN"/>
        </w:rPr>
      </w:pPr>
      <w:r>
        <w:rPr>
          <w:lang w:eastAsia="zh-CN"/>
        </w:rPr>
        <w:t>1) Check that the speaker's button functions and appearance are OK before testing.</w:t>
      </w:r>
    </w:p>
    <w:p w:rsidR="00DD15AE" w:rsidRDefault="002D16FE">
      <w:pPr>
        <w:rPr>
          <w:lang w:eastAsia="zh-CN"/>
        </w:rPr>
      </w:pPr>
      <w:r>
        <w:rPr>
          <w:lang w:eastAsia="zh-CN"/>
        </w:rPr>
        <w:t>2) Keep the sample stationary and test at 40-60 times/minute with a 500g weight attached to the test handle; one press and release constitutes one cycle. Check basic functions every 10,000 cycles. Record structural or appearance damage and any functional abnormalities.</w:t>
      </w:r>
    </w:p>
    <w:p w:rsidR="00DD15AE" w:rsidRDefault="002D16FE">
      <w:pPr>
        <w:rPr>
          <w:lang w:eastAsia="zh-CN"/>
        </w:rPr>
      </w:pPr>
      <w:r>
        <w:rPr>
          <w:lang w:eastAsia="zh-CN"/>
        </w:rPr>
        <w:t>3) The required button life is 10,000 cycles.</w:t>
      </w:r>
    </w:p>
    <w:p w:rsidR="00DD15AE" w:rsidRDefault="002D16FE">
      <w:pPr>
        <w:pStyle w:val="31"/>
        <w:rPr>
          <w:lang w:eastAsia="zh-CN"/>
        </w:rPr>
      </w:pPr>
      <w:r>
        <w:rPr>
          <w:lang w:eastAsia="zh-CN"/>
        </w:rPr>
        <w:t xml:space="preserve">2.3.3. </w:t>
      </w:r>
      <w:r>
        <w:rPr>
          <w:lang w:eastAsia="zh-CN"/>
        </w:rPr>
        <w:t>Test Standard Requirements and Test Records</w:t>
      </w:r>
    </w:p>
    <w:p w:rsidR="00DD15AE" w:rsidRDefault="002D16FE">
      <w:pPr>
        <w:rPr>
          <w:lang w:eastAsia="zh-CN"/>
        </w:rPr>
      </w:pPr>
      <w:r>
        <w:rPr>
          <w:lang w:eastAsia="zh-CN"/>
        </w:rPr>
        <w:t xml:space="preserve">1) After 10,000 test cycles, the buttons must function normally with no poor contact or failure, no appearance deformation, </w:t>
      </w:r>
      <w:proofErr w:type="gramStart"/>
      <w:r>
        <w:rPr>
          <w:lang w:eastAsia="zh-CN"/>
        </w:rPr>
        <w:t xml:space="preserve">and no </w:t>
      </w:r>
      <w:proofErr w:type="gramEnd"/>
      <w:r>
        <w:rPr>
          <w:lang w:eastAsia="zh-CN"/>
        </w:rPr>
        <w:t>broken plastic. All functional tests must be passed.</w:t>
      </w:r>
    </w:p>
    <w:p w:rsidR="00DD15AE" w:rsidRDefault="002D16FE">
      <w:pPr>
        <w:rPr>
          <w:lang w:eastAsia="zh-CN"/>
        </w:rPr>
      </w:pPr>
      <w:r>
        <w:rPr>
          <w:lang w:eastAsia="zh-CN"/>
        </w:rPr>
        <w:t>2) Reduced button resilience is acceptable if tactile feedback remains and the function is normal.</w:t>
      </w:r>
    </w:p>
    <w:p w:rsidR="00DD15AE" w:rsidRDefault="002D16FE">
      <w:pPr>
        <w:rPr>
          <w:lang w:eastAsia="zh-CN"/>
        </w:rPr>
      </w:pPr>
      <w:r>
        <w:rPr>
          <w:lang w:eastAsia="zh-CN"/>
        </w:rPr>
        <w:t>3) This test used 4pcs. Each product has 5 buttons, with each button tested 10020 times.</w:t>
      </w:r>
    </w:p>
    <w:p w:rsidR="00DD15AE" w:rsidRDefault="002D16FE">
      <w:pPr>
        <w:pStyle w:val="31"/>
        <w:rPr>
          <w:lang w:eastAsia="zh-CN"/>
        </w:rPr>
      </w:pPr>
      <w:r>
        <w:rPr>
          <w:lang w:eastAsia="zh-CN"/>
        </w:rPr>
        <w:t xml:space="preserve">2.3.4. </w:t>
      </w:r>
      <w:r>
        <w:rPr>
          <w:lang w:eastAsia="zh-CN"/>
        </w:rPr>
        <w:t>Equipment and Tools Used</w:t>
      </w:r>
    </w:p>
    <w:p w:rsidR="00DD15AE" w:rsidRDefault="002D16FE">
      <w:pPr>
        <w:rPr>
          <w:lang w:eastAsia="zh-CN"/>
        </w:rPr>
      </w:pPr>
      <w:r>
        <w:rPr>
          <w:lang w:eastAsia="zh-CN"/>
        </w:rPr>
        <w:t>1) Test samples *4pcs</w:t>
      </w:r>
    </w:p>
    <w:p w:rsidR="00DD15AE" w:rsidRDefault="002D16FE">
      <w:pPr>
        <w:rPr>
          <w:lang w:eastAsia="zh-CN"/>
        </w:rPr>
      </w:pPr>
      <w:r>
        <w:rPr>
          <w:lang w:eastAsia="zh-CN"/>
        </w:rPr>
        <w:t>2) 500g weights 2pcs</w:t>
      </w:r>
    </w:p>
    <w:p w:rsidR="00DD15AE" w:rsidRDefault="002D16FE">
      <w:pPr>
        <w:pStyle w:val="31"/>
        <w:rPr>
          <w:lang w:eastAsia="zh-CN"/>
        </w:rPr>
      </w:pPr>
      <w:r>
        <w:rPr>
          <w:lang w:eastAsia="zh-CN"/>
        </w:rPr>
        <w:lastRenderedPageBreak/>
        <w:t xml:space="preserve">2.3.5. </w:t>
      </w:r>
      <w:r>
        <w:rPr>
          <w:lang w:eastAsia="zh-CN"/>
        </w:rPr>
        <w:t>Test Procedure</w:t>
      </w:r>
    </w:p>
    <w:p w:rsidR="00DD15AE" w:rsidRDefault="002D16FE">
      <w:pPr>
        <w:rPr>
          <w:lang w:eastAsia="zh-CN"/>
        </w:rPr>
      </w:pPr>
      <w:r>
        <w:rPr>
          <w:lang w:eastAsia="zh-CN"/>
        </w:rPr>
        <w:t>1) Place the product in the fixture and secure it in the center.</w:t>
      </w:r>
    </w:p>
    <w:p w:rsidR="00DD15AE" w:rsidRDefault="002D16FE">
      <w:pPr>
        <w:rPr>
          <w:lang w:eastAsia="zh-CN"/>
        </w:rPr>
      </w:pPr>
      <w:r>
        <w:rPr>
          <w:lang w:eastAsia="zh-CN"/>
        </w:rPr>
        <w:t>2) Display the speed setting, set the cycle count, and press Start to begin operation.</w:t>
      </w:r>
    </w:p>
    <w:p w:rsidR="00DD15AE" w:rsidRDefault="002D16FE">
      <w:pPr>
        <w:rPr>
          <w:lang w:eastAsia="zh-CN"/>
        </w:rPr>
      </w:pPr>
      <w:r>
        <w:rPr>
          <w:lang w:eastAsia="zh-CN"/>
        </w:rPr>
        <w:t>3) Button life test in progress</w:t>
      </w:r>
    </w:p>
    <w:p w:rsidR="00DD15AE" w:rsidRDefault="002D16FE">
      <w:pPr>
        <w:rPr>
          <w:lang w:eastAsia="zh-CN"/>
        </w:rPr>
      </w:pPr>
      <w:r>
        <w:rPr>
          <w:lang w:eastAsia="zh-CN"/>
        </w:rPr>
        <w:t>4) 10020 test cycles completed</w:t>
      </w:r>
    </w:p>
    <w:p w:rsidR="00DD15AE" w:rsidRDefault="002D16FE">
      <w:pPr>
        <w:pStyle w:val="31"/>
        <w:rPr>
          <w:lang w:eastAsia="zh-CN"/>
        </w:rPr>
      </w:pPr>
      <w:r>
        <w:rPr>
          <w:lang w:eastAsia="zh-CN"/>
        </w:rPr>
        <w:t xml:space="preserve">2.3.6. </w:t>
      </w:r>
      <w:r>
        <w:rPr>
          <w:lang w:eastAsia="zh-CN"/>
        </w:rPr>
        <w:t>Test Results</w:t>
      </w:r>
    </w:p>
    <w:p w:rsidR="00DD15AE" w:rsidRDefault="002D16FE">
      <w:pPr>
        <w:rPr>
          <w:lang w:eastAsia="zh-CN"/>
        </w:rPr>
      </w:pPr>
      <w:r>
        <w:rPr>
          <w:lang w:eastAsia="zh-CN"/>
        </w:rPr>
        <w:t>After 10,000 cycles in this test, the function of each button was checked and no abnormalities were found (pass).</w:t>
      </w:r>
    </w:p>
    <w:p w:rsidR="00DD15AE" w:rsidRDefault="002D16FE">
      <w:pPr>
        <w:pStyle w:val="31"/>
      </w:pPr>
      <w:r>
        <w:t xml:space="preserve">2.3.7. </w:t>
      </w:r>
      <w:r>
        <w:t>Images of the Test Procedure and Results</w:t>
      </w:r>
    </w:p>
    <w:p w:rsidR="00DD15AE" w:rsidRDefault="002D16FE">
      <w:pPr>
        <w:keepNext/>
        <w:jc w:val="center"/>
      </w:pPr>
      <w:r>
        <w:rPr>
          <w:noProof/>
          <w:lang w:eastAsia="zh-CN"/>
        </w:rPr>
        <w:drawing>
          <wp:inline distT="0" distB="0" distL="0" distR="0">
            <wp:extent cx="5760720" cy="4360603"/>
            <wp:effectExtent l="0" t="0" r="0" b="0"/>
            <wp:docPr id="36" name="Picture 36" descr="图 2.3-1 按键寿命实验图片" title="图 2.3-1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2.png"/>
                    <pic:cNvPicPr/>
                  </pic:nvPicPr>
                  <pic:blipFill>
                    <a:blip r:embed="rId37"/>
                    <a:stretch>
                      <a:fillRect/>
                    </a:stretch>
                  </pic:blipFill>
                  <pic:spPr>
                    <a:xfrm>
                      <a:off x="0" y="0"/>
                      <a:ext cx="5760720" cy="4360603"/>
                    </a:xfrm>
                    <a:prstGeom prst="rect">
                      <a:avLst/>
                    </a:prstGeom>
                  </pic:spPr>
                </pic:pic>
              </a:graphicData>
            </a:graphic>
          </wp:inline>
        </w:drawing>
      </w:r>
    </w:p>
    <w:p w:rsidR="00DD15AE" w:rsidRDefault="002D16FE">
      <w:pPr>
        <w:spacing w:after="160"/>
        <w:jc w:val="center"/>
      </w:pPr>
      <w:r>
        <w:rPr>
          <w:sz w:val="18"/>
        </w:rPr>
        <w:t>Figure 2.3-1 Button life test image</w:t>
      </w:r>
    </w:p>
    <w:p w:rsidR="00DD15AE" w:rsidRDefault="002D16FE">
      <w:pPr>
        <w:keepNext/>
        <w:jc w:val="center"/>
      </w:pPr>
      <w:r>
        <w:rPr>
          <w:noProof/>
          <w:lang w:eastAsia="zh-CN"/>
        </w:rPr>
        <w:lastRenderedPageBreak/>
        <w:drawing>
          <wp:inline distT="0" distB="0" distL="0" distR="0">
            <wp:extent cx="5760720" cy="4020014"/>
            <wp:effectExtent l="0" t="0" r="0" b="0"/>
            <wp:docPr id="37" name="Picture 37" descr="图 2.3-2 按键寿命实验图片" title="图 2.3-2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3.png"/>
                    <pic:cNvPicPr/>
                  </pic:nvPicPr>
                  <pic:blipFill>
                    <a:blip r:embed="rId38"/>
                    <a:stretch>
                      <a:fillRect/>
                    </a:stretch>
                  </pic:blipFill>
                  <pic:spPr>
                    <a:xfrm>
                      <a:off x="0" y="0"/>
                      <a:ext cx="5760720" cy="4020014"/>
                    </a:xfrm>
                    <a:prstGeom prst="rect">
                      <a:avLst/>
                    </a:prstGeom>
                  </pic:spPr>
                </pic:pic>
              </a:graphicData>
            </a:graphic>
          </wp:inline>
        </w:drawing>
      </w:r>
    </w:p>
    <w:p w:rsidR="00DD15AE" w:rsidRDefault="002D16FE">
      <w:pPr>
        <w:spacing w:after="160"/>
        <w:jc w:val="center"/>
      </w:pPr>
      <w:r>
        <w:rPr>
          <w:sz w:val="18"/>
        </w:rPr>
        <w:t>Figure 2.3-2 Button life test image</w:t>
      </w:r>
    </w:p>
    <w:p w:rsidR="00DD15AE" w:rsidRDefault="002D16FE">
      <w:pPr>
        <w:keepNext/>
        <w:jc w:val="center"/>
      </w:pPr>
      <w:r>
        <w:rPr>
          <w:noProof/>
          <w:lang w:eastAsia="zh-CN"/>
        </w:rPr>
        <w:lastRenderedPageBreak/>
        <w:drawing>
          <wp:inline distT="0" distB="0" distL="0" distR="0">
            <wp:extent cx="5760720" cy="5007551"/>
            <wp:effectExtent l="0" t="0" r="0" b="0"/>
            <wp:docPr id="38" name="Picture 38" descr="图 2.3-3 按键寿命实验图片" title="图 2.3-3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4.png"/>
                    <pic:cNvPicPr/>
                  </pic:nvPicPr>
                  <pic:blipFill>
                    <a:blip r:embed="rId39"/>
                    <a:stretch>
                      <a:fillRect/>
                    </a:stretch>
                  </pic:blipFill>
                  <pic:spPr>
                    <a:xfrm>
                      <a:off x="0" y="0"/>
                      <a:ext cx="5760720" cy="5007551"/>
                    </a:xfrm>
                    <a:prstGeom prst="rect">
                      <a:avLst/>
                    </a:prstGeom>
                  </pic:spPr>
                </pic:pic>
              </a:graphicData>
            </a:graphic>
          </wp:inline>
        </w:drawing>
      </w:r>
    </w:p>
    <w:p w:rsidR="00DD15AE" w:rsidRDefault="002D16FE">
      <w:pPr>
        <w:spacing w:after="160"/>
        <w:jc w:val="center"/>
      </w:pPr>
      <w:r>
        <w:rPr>
          <w:sz w:val="18"/>
        </w:rPr>
        <w:t>Figure 2.3-3 Button life test image</w:t>
      </w:r>
    </w:p>
    <w:p w:rsidR="00DD15AE" w:rsidRDefault="002D16FE">
      <w:pPr>
        <w:keepNext/>
        <w:jc w:val="center"/>
      </w:pPr>
      <w:r>
        <w:rPr>
          <w:noProof/>
          <w:lang w:eastAsia="zh-CN"/>
        </w:rPr>
        <w:lastRenderedPageBreak/>
        <w:drawing>
          <wp:inline distT="0" distB="0" distL="0" distR="0">
            <wp:extent cx="5279676" cy="5577840"/>
            <wp:effectExtent l="0" t="0" r="0" b="0"/>
            <wp:docPr id="39" name="Picture 39" descr="图 2.3-4 按键寿命实验图片" title="图 2.3-4 按键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9_image_05.png"/>
                    <pic:cNvPicPr/>
                  </pic:nvPicPr>
                  <pic:blipFill>
                    <a:blip r:embed="rId40"/>
                    <a:stretch>
                      <a:fillRect/>
                    </a:stretch>
                  </pic:blipFill>
                  <pic:spPr>
                    <a:xfrm>
                      <a:off x="0" y="0"/>
                      <a:ext cx="5279676"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2.3-4 Button life test image</w:t>
      </w:r>
    </w:p>
    <w:p w:rsidR="00DD15AE" w:rsidRDefault="002D16FE">
      <w:pPr>
        <w:pStyle w:val="31"/>
        <w:rPr>
          <w:lang w:eastAsia="zh-CN"/>
        </w:rPr>
      </w:pPr>
      <w:r>
        <w:rPr>
          <w:lang w:eastAsia="zh-CN"/>
        </w:rPr>
        <w:t xml:space="preserve">2.3.8.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7A56E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Wu Limin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7A56E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2.4. </w:t>
      </w:r>
      <w:r>
        <w:t>Port Insertion/Removal Force and Life Test</w:t>
      </w:r>
    </w:p>
    <w:p w:rsidR="00DD15AE" w:rsidRDefault="002D16FE">
      <w:pPr>
        <w:pStyle w:val="31"/>
      </w:pPr>
      <w:r>
        <w:t xml:space="preserve">2.4.1.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Port Insertion/Removal Force and Life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3.5/USB Insertion and Removal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2.4.2. </w:t>
      </w:r>
      <w:r>
        <w:t>Test Conditions and Methods</w:t>
      </w:r>
    </w:p>
    <w:p w:rsidR="00DD15AE" w:rsidRDefault="002D16FE">
      <w:pPr>
        <w:rPr>
          <w:lang w:eastAsia="zh-CN"/>
        </w:rPr>
      </w:pPr>
      <w:r>
        <w:rPr>
          <w:lang w:eastAsia="zh-CN"/>
        </w:rPr>
        <w:t>1) Check that the sample's USB and 3.5 functions and appearance pass inspection.</w:t>
      </w:r>
    </w:p>
    <w:p w:rsidR="00DD15AE" w:rsidRDefault="002D16FE">
      <w:pPr>
        <w:rPr>
          <w:lang w:eastAsia="zh-CN"/>
        </w:rPr>
      </w:pPr>
      <w:r>
        <w:rPr>
          <w:lang w:eastAsia="zh-CN"/>
        </w:rPr>
        <w:t xml:space="preserve">2) Secure the product </w:t>
      </w:r>
      <w:proofErr w:type="gramStart"/>
      <w:r>
        <w:rPr>
          <w:lang w:eastAsia="zh-CN"/>
        </w:rPr>
        <w:t xml:space="preserve">on the </w:t>
      </w:r>
      <w:proofErr w:type="gramEnd"/>
      <w:r>
        <w:rPr>
          <w:lang w:eastAsia="zh-CN"/>
        </w:rPr>
        <w:t>insertion/removal test machine and align the USB plug with the USB port.</w:t>
      </w:r>
    </w:p>
    <w:p w:rsidR="00DD15AE" w:rsidRDefault="002D16FE">
      <w:pPr>
        <w:rPr>
          <w:lang w:eastAsia="zh-CN"/>
        </w:rPr>
      </w:pPr>
      <w:r>
        <w:rPr>
          <w:lang w:eastAsia="zh-CN"/>
        </w:rPr>
        <w:t>3) Conduct the test at 35-45 times per minute.</w:t>
      </w:r>
    </w:p>
    <w:p w:rsidR="00DD15AE" w:rsidRDefault="002D16FE">
      <w:pPr>
        <w:rPr>
          <w:lang w:eastAsia="zh-CN"/>
        </w:rPr>
      </w:pPr>
      <w:r>
        <w:rPr>
          <w:lang w:eastAsia="zh-CN"/>
        </w:rPr>
        <w:t>4) Check functions and appearance every 2500 cycles during testing.</w:t>
      </w:r>
    </w:p>
    <w:p w:rsidR="00DD15AE" w:rsidRDefault="002D16FE">
      <w:pPr>
        <w:pStyle w:val="31"/>
        <w:rPr>
          <w:lang w:eastAsia="zh-CN"/>
        </w:rPr>
      </w:pPr>
      <w:r>
        <w:rPr>
          <w:lang w:eastAsia="zh-CN"/>
        </w:rPr>
        <w:t xml:space="preserve">2.4.3. </w:t>
      </w:r>
      <w:r>
        <w:rPr>
          <w:lang w:eastAsia="zh-CN"/>
        </w:rPr>
        <w:t>Test Standard Requirements and Test Records</w:t>
      </w:r>
    </w:p>
    <w:p w:rsidR="00DD15AE" w:rsidRDefault="002D16FE">
      <w:pPr>
        <w:rPr>
          <w:lang w:eastAsia="zh-CN"/>
        </w:rPr>
      </w:pPr>
      <w:r>
        <w:rPr>
          <w:lang w:eastAsia="zh-CN"/>
        </w:rPr>
        <w:t>1) A pass requires no functional or appearance abnormalities after 5000 cycles.</w:t>
      </w:r>
    </w:p>
    <w:p w:rsidR="00DD15AE" w:rsidRDefault="002D16FE">
      <w:pPr>
        <w:pStyle w:val="31"/>
        <w:rPr>
          <w:lang w:eastAsia="zh-CN"/>
        </w:rPr>
      </w:pPr>
      <w:r>
        <w:rPr>
          <w:lang w:eastAsia="zh-CN"/>
        </w:rPr>
        <w:t xml:space="preserve">2.4.4. </w:t>
      </w:r>
      <w:r>
        <w:rPr>
          <w:lang w:eastAsia="zh-CN"/>
        </w:rPr>
        <w:t>Equipment and Tools Used</w:t>
      </w:r>
    </w:p>
    <w:p w:rsidR="00DD15AE" w:rsidRDefault="002D16FE">
      <w:pPr>
        <w:rPr>
          <w:lang w:eastAsia="zh-CN"/>
        </w:rPr>
      </w:pPr>
      <w:r>
        <w:rPr>
          <w:lang w:eastAsia="zh-CN"/>
        </w:rPr>
        <w:t>1) Microcomputer-controlled insertion/removal force tester</w:t>
      </w:r>
    </w:p>
    <w:p w:rsidR="00DD15AE" w:rsidRDefault="002D16FE">
      <w:pPr>
        <w:rPr>
          <w:lang w:eastAsia="zh-CN"/>
        </w:rPr>
      </w:pPr>
      <w:r>
        <w:rPr>
          <w:lang w:eastAsia="zh-CN"/>
        </w:rPr>
        <w:t>2) Sample units 3pcs</w:t>
      </w:r>
    </w:p>
    <w:p w:rsidR="00DD15AE" w:rsidRDefault="002D16FE">
      <w:pPr>
        <w:rPr>
          <w:lang w:eastAsia="zh-CN"/>
        </w:rPr>
      </w:pPr>
      <w:r>
        <w:rPr>
          <w:lang w:eastAsia="zh-CN"/>
        </w:rPr>
        <w:t>3) USB data cable 1pcs</w:t>
      </w:r>
    </w:p>
    <w:p w:rsidR="00DD15AE" w:rsidRDefault="002D16FE">
      <w:pPr>
        <w:pStyle w:val="31"/>
        <w:rPr>
          <w:lang w:eastAsia="zh-CN"/>
        </w:rPr>
      </w:pPr>
      <w:r>
        <w:rPr>
          <w:lang w:eastAsia="zh-CN"/>
        </w:rPr>
        <w:lastRenderedPageBreak/>
        <w:t xml:space="preserve">2.4.5. </w:t>
      </w:r>
      <w:r>
        <w:rPr>
          <w:lang w:eastAsia="zh-CN"/>
        </w:rPr>
        <w:t>Test Procedure</w:t>
      </w:r>
    </w:p>
    <w:p w:rsidR="00DD15AE" w:rsidRDefault="002D16FE">
      <w:pPr>
        <w:rPr>
          <w:lang w:eastAsia="zh-CN"/>
        </w:rPr>
      </w:pPr>
      <w:r>
        <w:rPr>
          <w:lang w:eastAsia="zh-CN"/>
        </w:rPr>
        <w:t>1) Place the product in the fixture and secure it in the center.</w:t>
      </w:r>
    </w:p>
    <w:p w:rsidR="00DD15AE" w:rsidRDefault="002D16FE">
      <w:pPr>
        <w:rPr>
          <w:lang w:eastAsia="zh-CN"/>
        </w:rPr>
      </w:pPr>
      <w:r>
        <w:rPr>
          <w:lang w:eastAsia="zh-CN"/>
        </w:rPr>
        <w:t xml:space="preserve">2) Set the parameters and </w:t>
      </w:r>
      <w:proofErr w:type="gramStart"/>
      <w:r>
        <w:rPr>
          <w:lang w:eastAsia="zh-CN"/>
        </w:rPr>
        <w:t xml:space="preserve">press Start </w:t>
      </w:r>
      <w:proofErr w:type="gramEnd"/>
      <w:r>
        <w:rPr>
          <w:lang w:eastAsia="zh-CN"/>
        </w:rPr>
        <w:t>to begin operation.</w:t>
      </w:r>
    </w:p>
    <w:p w:rsidR="00DD15AE" w:rsidRDefault="002D16FE">
      <w:pPr>
        <w:rPr>
          <w:lang w:eastAsia="zh-CN"/>
        </w:rPr>
      </w:pPr>
      <w:r>
        <w:rPr>
          <w:lang w:eastAsia="zh-CN"/>
        </w:rPr>
        <w:t>3) Image of testing in progress</w:t>
      </w:r>
    </w:p>
    <w:p w:rsidR="00DD15AE" w:rsidRDefault="002D16FE">
      <w:pPr>
        <w:rPr>
          <w:lang w:eastAsia="zh-CN"/>
        </w:rPr>
      </w:pPr>
      <w:r>
        <w:rPr>
          <w:lang w:eastAsia="zh-CN"/>
        </w:rPr>
        <w:t>4) 5020 test cycles completed</w:t>
      </w:r>
    </w:p>
    <w:p w:rsidR="00DD15AE" w:rsidRDefault="002D16FE">
      <w:pPr>
        <w:pStyle w:val="31"/>
        <w:rPr>
          <w:lang w:eastAsia="zh-CN"/>
        </w:rPr>
      </w:pPr>
      <w:r>
        <w:rPr>
          <w:lang w:eastAsia="zh-CN"/>
        </w:rPr>
        <w:t xml:space="preserve">2.4.6. </w:t>
      </w:r>
      <w:r>
        <w:rPr>
          <w:lang w:eastAsia="zh-CN"/>
        </w:rPr>
        <w:t>Test Results</w:t>
      </w:r>
    </w:p>
    <w:p w:rsidR="00DD15AE" w:rsidRDefault="002D16FE">
      <w:pPr>
        <w:rPr>
          <w:lang w:eastAsia="zh-CN"/>
        </w:rPr>
      </w:pPr>
      <w:r>
        <w:rPr>
          <w:lang w:eastAsia="zh-CN"/>
        </w:rPr>
        <w:t>1) After 5000 test cycles, check the USB port. No functional or appearance abnormalities; considered a pass.</w:t>
      </w:r>
    </w:p>
    <w:p w:rsidR="00DD15AE" w:rsidRDefault="002D16FE">
      <w:pPr>
        <w:pStyle w:val="31"/>
      </w:pPr>
      <w:r>
        <w:t xml:space="preserve">2.4.7. </w:t>
      </w:r>
      <w:r>
        <w:t>Images of the Test Procedure and Results</w:t>
      </w:r>
    </w:p>
    <w:p w:rsidR="00DD15AE" w:rsidRDefault="002D16FE">
      <w:pPr>
        <w:keepNext/>
        <w:jc w:val="center"/>
      </w:pPr>
      <w:r>
        <w:rPr>
          <w:noProof/>
          <w:lang w:eastAsia="zh-CN"/>
        </w:rPr>
        <w:drawing>
          <wp:inline distT="0" distB="0" distL="0" distR="0">
            <wp:extent cx="5760720" cy="4297575"/>
            <wp:effectExtent l="0" t="0" r="0" b="0"/>
            <wp:docPr id="40" name="Picture 40" descr="图 2.4-1 接口插拔力及寿命试验实验图片" title="图 2.4-1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2.png"/>
                    <pic:cNvPicPr/>
                  </pic:nvPicPr>
                  <pic:blipFill>
                    <a:blip r:embed="rId41"/>
                    <a:stretch>
                      <a:fillRect/>
                    </a:stretch>
                  </pic:blipFill>
                  <pic:spPr>
                    <a:xfrm>
                      <a:off x="0" y="0"/>
                      <a:ext cx="5760720" cy="4297575"/>
                    </a:xfrm>
                    <a:prstGeom prst="rect">
                      <a:avLst/>
                    </a:prstGeom>
                  </pic:spPr>
                </pic:pic>
              </a:graphicData>
            </a:graphic>
          </wp:inline>
        </w:drawing>
      </w:r>
    </w:p>
    <w:p w:rsidR="00DD15AE" w:rsidRDefault="002D16FE">
      <w:pPr>
        <w:spacing w:after="160"/>
        <w:jc w:val="center"/>
        <w:rPr>
          <w:lang w:eastAsia="zh-CN"/>
        </w:rPr>
      </w:pPr>
      <w:r>
        <w:rPr>
          <w:sz w:val="18"/>
          <w:lang w:eastAsia="zh-CN"/>
        </w:rPr>
        <w:t>Figure 2.4-1 Port insertion/removal force and life test image</w:t>
      </w:r>
    </w:p>
    <w:p w:rsidR="00DD15AE" w:rsidRDefault="002D16FE">
      <w:pPr>
        <w:keepNext/>
        <w:jc w:val="center"/>
      </w:pPr>
      <w:r>
        <w:rPr>
          <w:noProof/>
          <w:lang w:eastAsia="zh-CN"/>
        </w:rPr>
        <w:lastRenderedPageBreak/>
        <w:drawing>
          <wp:inline distT="0" distB="0" distL="0" distR="0">
            <wp:extent cx="5760720" cy="4202660"/>
            <wp:effectExtent l="0" t="0" r="0" b="0"/>
            <wp:docPr id="41" name="Picture 41" descr="图 2.4-2 接口插拔力及寿命试验实验图片" title="图 2.4-2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3.png"/>
                    <pic:cNvPicPr/>
                  </pic:nvPicPr>
                  <pic:blipFill>
                    <a:blip r:embed="rId42"/>
                    <a:stretch>
                      <a:fillRect/>
                    </a:stretch>
                  </pic:blipFill>
                  <pic:spPr>
                    <a:xfrm>
                      <a:off x="0" y="0"/>
                      <a:ext cx="5760720" cy="4202660"/>
                    </a:xfrm>
                    <a:prstGeom prst="rect">
                      <a:avLst/>
                    </a:prstGeom>
                  </pic:spPr>
                </pic:pic>
              </a:graphicData>
            </a:graphic>
          </wp:inline>
        </w:drawing>
      </w:r>
    </w:p>
    <w:p w:rsidR="00DD15AE" w:rsidRDefault="002D16FE">
      <w:pPr>
        <w:spacing w:after="160"/>
        <w:jc w:val="center"/>
        <w:rPr>
          <w:lang w:eastAsia="zh-CN"/>
        </w:rPr>
      </w:pPr>
      <w:r>
        <w:rPr>
          <w:sz w:val="18"/>
          <w:lang w:eastAsia="zh-CN"/>
        </w:rPr>
        <w:t>Figure 2.4-2 Port insertion/removal force and life test image</w:t>
      </w:r>
    </w:p>
    <w:p w:rsidR="00DD15AE" w:rsidRDefault="002D16FE">
      <w:pPr>
        <w:keepNext/>
        <w:jc w:val="center"/>
      </w:pPr>
      <w:r>
        <w:rPr>
          <w:noProof/>
          <w:lang w:eastAsia="zh-CN"/>
        </w:rPr>
        <w:lastRenderedPageBreak/>
        <w:drawing>
          <wp:inline distT="0" distB="0" distL="0" distR="0">
            <wp:extent cx="5760720" cy="4575801"/>
            <wp:effectExtent l="0" t="0" r="0" b="0"/>
            <wp:docPr id="42" name="Picture 42" descr="图 2.4-3 接口插拔力及寿命试验实验图片" title="图 2.4-3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4.png"/>
                    <pic:cNvPicPr/>
                  </pic:nvPicPr>
                  <pic:blipFill>
                    <a:blip r:embed="rId43"/>
                    <a:stretch>
                      <a:fillRect/>
                    </a:stretch>
                  </pic:blipFill>
                  <pic:spPr>
                    <a:xfrm>
                      <a:off x="0" y="0"/>
                      <a:ext cx="5760720" cy="4575801"/>
                    </a:xfrm>
                    <a:prstGeom prst="rect">
                      <a:avLst/>
                    </a:prstGeom>
                  </pic:spPr>
                </pic:pic>
              </a:graphicData>
            </a:graphic>
          </wp:inline>
        </w:drawing>
      </w:r>
    </w:p>
    <w:p w:rsidR="00DD15AE" w:rsidRDefault="002D16FE">
      <w:pPr>
        <w:spacing w:after="160"/>
        <w:jc w:val="center"/>
        <w:rPr>
          <w:lang w:eastAsia="zh-CN"/>
        </w:rPr>
      </w:pPr>
      <w:r>
        <w:rPr>
          <w:sz w:val="18"/>
          <w:lang w:eastAsia="zh-CN"/>
        </w:rPr>
        <w:t>Figure 2.4-3 Port insertion/removal force and life test image</w:t>
      </w:r>
    </w:p>
    <w:p w:rsidR="00DD15AE" w:rsidRDefault="002D16FE">
      <w:pPr>
        <w:keepNext/>
        <w:jc w:val="center"/>
      </w:pPr>
      <w:r>
        <w:rPr>
          <w:noProof/>
          <w:lang w:eastAsia="zh-CN"/>
        </w:rPr>
        <w:lastRenderedPageBreak/>
        <w:drawing>
          <wp:inline distT="0" distB="0" distL="0" distR="0">
            <wp:extent cx="5760720" cy="5537436"/>
            <wp:effectExtent l="0" t="0" r="0" b="0"/>
            <wp:docPr id="43" name="Picture 43" descr="图 2.4-4 接口插拔力及寿命试验实验图片" title="图 2.4-4 接口插拔力及寿命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0_image_05.png"/>
                    <pic:cNvPicPr/>
                  </pic:nvPicPr>
                  <pic:blipFill>
                    <a:blip r:embed="rId44"/>
                    <a:stretch>
                      <a:fillRect/>
                    </a:stretch>
                  </pic:blipFill>
                  <pic:spPr>
                    <a:xfrm>
                      <a:off x="0" y="0"/>
                      <a:ext cx="5760720" cy="5537436"/>
                    </a:xfrm>
                    <a:prstGeom prst="rect">
                      <a:avLst/>
                    </a:prstGeom>
                  </pic:spPr>
                </pic:pic>
              </a:graphicData>
            </a:graphic>
          </wp:inline>
        </w:drawing>
      </w:r>
    </w:p>
    <w:p w:rsidR="00DD15AE" w:rsidRDefault="002D16FE">
      <w:pPr>
        <w:spacing w:after="160"/>
        <w:jc w:val="center"/>
        <w:rPr>
          <w:lang w:eastAsia="zh-CN"/>
        </w:rPr>
      </w:pPr>
      <w:r>
        <w:rPr>
          <w:sz w:val="18"/>
          <w:lang w:eastAsia="zh-CN"/>
        </w:rPr>
        <w:t>Figure 2.4-4 Port insertion/removal force and life test image</w:t>
      </w:r>
    </w:p>
    <w:p w:rsidR="00DD15AE" w:rsidRDefault="002D16FE">
      <w:pPr>
        <w:pStyle w:val="31"/>
      </w:pPr>
      <w:r>
        <w:t xml:space="preserve">2.4.8.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7A56E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7A56E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2.5. USB</w:t>
      </w:r>
      <w:r>
        <w:t xml:space="preserve"> Port Cover Tensile Test</w:t>
      </w:r>
    </w:p>
    <w:p w:rsidR="00DD15AE" w:rsidRDefault="002D16FE">
      <w:pPr>
        <w:pStyle w:val="31"/>
      </w:pPr>
      <w:r>
        <w:t xml:space="preserve">2.5.1.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USB Port Cover Tensile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USB-AUX Silicone Cover Tensile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2.5.2. </w:t>
      </w:r>
      <w:r>
        <w:t>Test Conditions and Methods</w:t>
      </w:r>
    </w:p>
    <w:p w:rsidR="00DD15AE" w:rsidRDefault="002D16FE">
      <w:pPr>
        <w:rPr>
          <w:lang w:eastAsia="zh-CN"/>
        </w:rPr>
      </w:pPr>
      <w:r>
        <w:rPr>
          <w:lang w:eastAsia="zh-CN"/>
        </w:rPr>
        <w:t>1) Check that the product's silicone cover passes functional and appearance inspection.</w:t>
      </w:r>
    </w:p>
    <w:p w:rsidR="00DD15AE" w:rsidRDefault="002D16FE">
      <w:pPr>
        <w:rPr>
          <w:lang w:eastAsia="zh-CN"/>
        </w:rPr>
      </w:pPr>
      <w:r>
        <w:rPr>
          <w:lang w:eastAsia="zh-CN"/>
        </w:rPr>
        <w:t xml:space="preserve">2) Open the silicone cover and apply a vertical 2.5KG tensile load with a push-pull tester, </w:t>
      </w:r>
      <w:proofErr w:type="gramStart"/>
      <w:r>
        <w:rPr>
          <w:lang w:eastAsia="zh-CN"/>
        </w:rPr>
        <w:t xml:space="preserve">holding </w:t>
      </w:r>
      <w:proofErr w:type="gramEnd"/>
      <w:r>
        <w:rPr>
          <w:lang w:eastAsia="zh-CN"/>
        </w:rPr>
        <w:t>steadily for 60 seconds.</w:t>
      </w:r>
    </w:p>
    <w:p w:rsidR="00DD15AE" w:rsidRDefault="002D16FE">
      <w:pPr>
        <w:pStyle w:val="31"/>
        <w:rPr>
          <w:lang w:eastAsia="zh-CN"/>
        </w:rPr>
      </w:pPr>
      <w:r>
        <w:rPr>
          <w:lang w:eastAsia="zh-CN"/>
        </w:rPr>
        <w:t xml:space="preserve">2.5.3. </w:t>
      </w:r>
      <w:r>
        <w:rPr>
          <w:lang w:eastAsia="zh-CN"/>
        </w:rPr>
        <w:t>Test Standard Requirements and Test Records</w:t>
      </w:r>
    </w:p>
    <w:p w:rsidR="00DD15AE" w:rsidRDefault="002D16FE">
      <w:pPr>
        <w:rPr>
          <w:lang w:eastAsia="zh-CN"/>
        </w:rPr>
      </w:pPr>
      <w:r>
        <w:rPr>
          <w:lang w:eastAsia="zh-CN"/>
        </w:rPr>
        <w:t xml:space="preserve">1) Apply a vertical 2.5KG tensile load with a push-pull tester and </w:t>
      </w:r>
      <w:proofErr w:type="gramStart"/>
      <w:r>
        <w:rPr>
          <w:lang w:eastAsia="zh-CN"/>
        </w:rPr>
        <w:t xml:space="preserve">hold steadily </w:t>
      </w:r>
      <w:proofErr w:type="gramEnd"/>
      <w:r>
        <w:rPr>
          <w:lang w:eastAsia="zh-CN"/>
        </w:rPr>
        <w:t>for 60 seconds. The silicone cover must show no separation, detachment, or damage to be considered OK.</w:t>
      </w:r>
    </w:p>
    <w:p w:rsidR="00DD15AE" w:rsidRDefault="002D16FE">
      <w:pPr>
        <w:pStyle w:val="31"/>
        <w:rPr>
          <w:lang w:eastAsia="zh-CN"/>
        </w:rPr>
      </w:pPr>
      <w:r>
        <w:rPr>
          <w:lang w:eastAsia="zh-CN"/>
        </w:rPr>
        <w:t xml:space="preserve">2.5.4.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Push-pull tester 1pcs.</w:t>
      </w:r>
    </w:p>
    <w:p w:rsidR="00DD15AE" w:rsidRDefault="002D16FE">
      <w:pPr>
        <w:pStyle w:val="31"/>
        <w:rPr>
          <w:lang w:eastAsia="zh-CN"/>
        </w:rPr>
      </w:pPr>
      <w:r>
        <w:rPr>
          <w:lang w:eastAsia="zh-CN"/>
        </w:rPr>
        <w:t xml:space="preserve">2.5.5. </w:t>
      </w:r>
      <w:r>
        <w:rPr>
          <w:lang w:eastAsia="zh-CN"/>
        </w:rPr>
        <w:t>Test Results</w:t>
      </w:r>
    </w:p>
    <w:p w:rsidR="00DD15AE" w:rsidRDefault="002D16FE">
      <w:pPr>
        <w:rPr>
          <w:lang w:eastAsia="zh-CN"/>
        </w:rPr>
      </w:pPr>
      <w:r>
        <w:rPr>
          <w:lang w:eastAsia="zh-CN"/>
        </w:rPr>
        <w:t xml:space="preserve">The product's USB silicone cover was tested with a vertical 2.5KG tensile load </w:t>
      </w:r>
      <w:proofErr w:type="gramStart"/>
      <w:r>
        <w:rPr>
          <w:lang w:eastAsia="zh-CN"/>
        </w:rPr>
        <w:t xml:space="preserve">held steadily </w:t>
      </w:r>
      <w:proofErr w:type="gramEnd"/>
      <w:r>
        <w:rPr>
          <w:lang w:eastAsia="zh-CN"/>
        </w:rPr>
        <w:t>for 60 seconds and considered a pass. The USB cover broke at approximately 3-4KG.</w:t>
      </w:r>
    </w:p>
    <w:p w:rsidR="00DD15AE" w:rsidRDefault="002D16FE">
      <w:pPr>
        <w:pStyle w:val="31"/>
        <w:rPr>
          <w:lang w:eastAsia="zh-CN"/>
        </w:rPr>
      </w:pPr>
      <w:r>
        <w:rPr>
          <w:lang w:eastAsia="zh-CN"/>
        </w:rPr>
        <w:lastRenderedPageBreak/>
        <w:t xml:space="preserve">2.5.6. </w:t>
      </w:r>
      <w:r>
        <w:rPr>
          <w:lang w:eastAsia="zh-CN"/>
        </w:rPr>
        <w:t>Images of the Test Procedure and Results</w:t>
      </w:r>
    </w:p>
    <w:p w:rsidR="00DD15AE" w:rsidRDefault="002D16FE">
      <w:pPr>
        <w:keepNext/>
        <w:jc w:val="center"/>
      </w:pPr>
      <w:r>
        <w:rPr>
          <w:noProof/>
          <w:lang w:eastAsia="zh-CN"/>
        </w:rPr>
        <w:drawing>
          <wp:inline distT="0" distB="0" distL="0" distR="0">
            <wp:extent cx="3332025" cy="5577840"/>
            <wp:effectExtent l="0" t="0" r="0" b="0"/>
            <wp:docPr id="44" name="Picture 44" descr="图 2.5-1 USB接口盖拉力测试实验图片" title="图 2.5-1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2.png"/>
                    <pic:cNvPicPr/>
                  </pic:nvPicPr>
                  <pic:blipFill>
                    <a:blip r:embed="rId45"/>
                    <a:stretch>
                      <a:fillRect/>
                    </a:stretch>
                  </pic:blipFill>
                  <pic:spPr>
                    <a:xfrm>
                      <a:off x="0" y="0"/>
                      <a:ext cx="333202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2.5-1 USB port cover tensile test image</w:t>
      </w:r>
    </w:p>
    <w:p w:rsidR="00DD15AE" w:rsidRDefault="002D16FE">
      <w:pPr>
        <w:keepNext/>
        <w:jc w:val="center"/>
      </w:pPr>
      <w:r>
        <w:rPr>
          <w:noProof/>
          <w:lang w:eastAsia="zh-CN"/>
        </w:rPr>
        <w:lastRenderedPageBreak/>
        <w:drawing>
          <wp:inline distT="0" distB="0" distL="0" distR="0">
            <wp:extent cx="3031720" cy="5577840"/>
            <wp:effectExtent l="0" t="0" r="0" b="0"/>
            <wp:docPr id="45" name="Picture 45" descr="图 2.5-2 USB接口盖拉力测试实验图片" title="图 2.5-2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3.png"/>
                    <pic:cNvPicPr/>
                  </pic:nvPicPr>
                  <pic:blipFill>
                    <a:blip r:embed="rId46"/>
                    <a:stretch>
                      <a:fillRect/>
                    </a:stretch>
                  </pic:blipFill>
                  <pic:spPr>
                    <a:xfrm>
                      <a:off x="0" y="0"/>
                      <a:ext cx="3031720"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2.5-2 USB port cover tensile test image</w:t>
      </w:r>
    </w:p>
    <w:p w:rsidR="00DD15AE" w:rsidRDefault="002D16FE">
      <w:pPr>
        <w:keepNext/>
        <w:jc w:val="center"/>
      </w:pPr>
      <w:r>
        <w:rPr>
          <w:noProof/>
          <w:lang w:eastAsia="zh-CN"/>
        </w:rPr>
        <w:lastRenderedPageBreak/>
        <w:drawing>
          <wp:inline distT="0" distB="0" distL="0" distR="0">
            <wp:extent cx="4242816" cy="5577840"/>
            <wp:effectExtent l="0" t="0" r="0" b="0"/>
            <wp:docPr id="46" name="Picture 46" descr="图 2.5-3 USB接口盖拉力测试实验图片" title="图 2.5-3 USB接口盖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1_image_04.png"/>
                    <pic:cNvPicPr/>
                  </pic:nvPicPr>
                  <pic:blipFill>
                    <a:blip r:embed="rId47"/>
                    <a:stretch>
                      <a:fillRect/>
                    </a:stretch>
                  </pic:blipFill>
                  <pic:spPr>
                    <a:xfrm>
                      <a:off x="0" y="0"/>
                      <a:ext cx="4242816"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2.5-3 USB port cover tensile test image</w:t>
      </w:r>
    </w:p>
    <w:p w:rsidR="00DD15AE" w:rsidRDefault="002D16FE">
      <w:pPr>
        <w:pStyle w:val="31"/>
      </w:pPr>
      <w:r>
        <w:t xml:space="preserve">2.5.7.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7A56E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7A56E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2.6. </w:t>
      </w:r>
      <w:r>
        <w:t>Handle Hanging-Load Test</w:t>
      </w:r>
    </w:p>
    <w:p w:rsidR="00DD15AE" w:rsidRDefault="002D16FE">
      <w:pPr>
        <w:pStyle w:val="31"/>
      </w:pPr>
      <w:r>
        <w:t xml:space="preserve">2.6.1.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Handle Hanging-Load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Hanging-Load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2025.5.16</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2.6.2. </w:t>
      </w:r>
      <w:r>
        <w:t>Test Conditions and Methods</w:t>
      </w:r>
    </w:p>
    <w:p w:rsidR="00DD15AE" w:rsidRDefault="002D16FE">
      <w:pPr>
        <w:rPr>
          <w:lang w:eastAsia="zh-CN"/>
        </w:rPr>
      </w:pPr>
      <w:r>
        <w:rPr>
          <w:lang w:eastAsia="zh-CN"/>
        </w:rPr>
        <w:t>1) Check that the product's appearance is OK before testing.</w:t>
      </w:r>
    </w:p>
    <w:p w:rsidR="00DD15AE" w:rsidRDefault="002D16FE">
      <w:pPr>
        <w:rPr>
          <w:lang w:eastAsia="zh-CN"/>
        </w:rPr>
      </w:pPr>
      <w:r>
        <w:rPr>
          <w:lang w:eastAsia="zh-CN"/>
        </w:rPr>
        <w:t xml:space="preserve">2) Product weight 206g; the hanging </w:t>
      </w:r>
      <w:proofErr w:type="gramStart"/>
      <w:r>
        <w:rPr>
          <w:lang w:eastAsia="zh-CN"/>
        </w:rPr>
        <w:t xml:space="preserve">load </w:t>
      </w:r>
      <w:proofErr w:type="gramEnd"/>
      <w:r>
        <w:rPr>
          <w:lang w:eastAsia="zh-CN"/>
        </w:rPr>
        <w:t>is 3 times the product weight, at 930G.</w:t>
      </w:r>
    </w:p>
    <w:p w:rsidR="00DD15AE" w:rsidRDefault="002D16FE">
      <w:pPr>
        <w:rPr>
          <w:lang w:eastAsia="zh-CN"/>
        </w:rPr>
      </w:pPr>
      <w:r>
        <w:rPr>
          <w:lang w:eastAsia="zh-CN"/>
        </w:rPr>
        <w:t>3) Ambient conditions: 26℃, 50%RH.</w:t>
      </w:r>
    </w:p>
    <w:p w:rsidR="00DD15AE" w:rsidRDefault="002D16FE">
      <w:pPr>
        <w:rPr>
          <w:lang w:eastAsia="zh-CN"/>
        </w:rPr>
      </w:pPr>
      <w:r>
        <w:rPr>
          <w:lang w:eastAsia="zh-CN"/>
        </w:rPr>
        <w:t>4) Duration time: 96hrs. Duration: 96 hours. Vertical hanging load for 96 hours.</w:t>
      </w:r>
    </w:p>
    <w:p w:rsidR="00DD15AE" w:rsidRDefault="002D16FE">
      <w:pPr>
        <w:pStyle w:val="31"/>
        <w:rPr>
          <w:lang w:eastAsia="zh-CN"/>
        </w:rPr>
      </w:pPr>
      <w:r>
        <w:rPr>
          <w:lang w:eastAsia="zh-CN"/>
        </w:rPr>
        <w:t xml:space="preserve">2.6.3. </w:t>
      </w:r>
      <w:r>
        <w:rPr>
          <w:lang w:eastAsia="zh-CN"/>
        </w:rPr>
        <w:t>Test Standard Requirements and Test Records</w:t>
      </w:r>
    </w:p>
    <w:p w:rsidR="00DD15AE" w:rsidRDefault="002D16FE">
      <w:pPr>
        <w:rPr>
          <w:lang w:eastAsia="zh-CN"/>
        </w:rPr>
      </w:pPr>
      <w:r>
        <w:rPr>
          <w:lang w:eastAsia="zh-CN"/>
        </w:rPr>
        <w:t xml:space="preserve">1) A weight </w:t>
      </w:r>
      <w:proofErr w:type="gramStart"/>
      <w:r>
        <w:rPr>
          <w:lang w:eastAsia="zh-CN"/>
        </w:rPr>
        <w:t xml:space="preserve">of </w:t>
      </w:r>
      <w:proofErr w:type="gramEnd"/>
      <w:r>
        <w:rPr>
          <w:lang w:eastAsia="zh-CN"/>
        </w:rPr>
        <w:t>approximately 618G is required for 96 hours; no detachment after the hanging-load test constitutes a pass.</w:t>
      </w:r>
    </w:p>
    <w:p w:rsidR="00DD15AE" w:rsidRDefault="002D16FE">
      <w:pPr>
        <w:pStyle w:val="31"/>
        <w:rPr>
          <w:lang w:eastAsia="zh-CN"/>
        </w:rPr>
      </w:pPr>
      <w:r>
        <w:rPr>
          <w:lang w:eastAsia="zh-CN"/>
        </w:rPr>
        <w:t xml:space="preserve">2.6.4. </w:t>
      </w:r>
      <w:r>
        <w:rPr>
          <w:lang w:eastAsia="zh-CN"/>
        </w:rPr>
        <w:t>Equipment and Tools Used</w:t>
      </w:r>
    </w:p>
    <w:p w:rsidR="00DD15AE" w:rsidRDefault="002D16FE">
      <w:pPr>
        <w:rPr>
          <w:lang w:eastAsia="zh-CN"/>
        </w:rPr>
      </w:pPr>
      <w:r>
        <w:rPr>
          <w:lang w:eastAsia="zh-CN"/>
        </w:rPr>
        <w:t>1) Test samples 2pcs</w:t>
      </w:r>
    </w:p>
    <w:p w:rsidR="00DD15AE" w:rsidRDefault="002D16FE">
      <w:pPr>
        <w:pStyle w:val="31"/>
        <w:rPr>
          <w:lang w:eastAsia="zh-CN"/>
        </w:rPr>
      </w:pPr>
      <w:r>
        <w:rPr>
          <w:lang w:eastAsia="zh-CN"/>
        </w:rPr>
        <w:t xml:space="preserve">2.6.5. </w:t>
      </w:r>
      <w:r>
        <w:rPr>
          <w:lang w:eastAsia="zh-CN"/>
        </w:rPr>
        <w:t>Test Procedure</w:t>
      </w:r>
    </w:p>
    <w:p w:rsidR="00DD15AE" w:rsidRDefault="002D16FE">
      <w:pPr>
        <w:rPr>
          <w:lang w:eastAsia="zh-CN"/>
        </w:rPr>
      </w:pPr>
      <w:r>
        <w:rPr>
          <w:lang w:eastAsia="zh-CN"/>
        </w:rPr>
        <w:t>1) Product weight 310g</w:t>
      </w:r>
    </w:p>
    <w:p w:rsidR="00DD15AE" w:rsidRDefault="002D16FE">
      <w:pPr>
        <w:rPr>
          <w:lang w:eastAsia="zh-CN"/>
        </w:rPr>
      </w:pPr>
      <w:r>
        <w:rPr>
          <w:lang w:eastAsia="zh-CN"/>
        </w:rPr>
        <w:t>2) 2KG weight suspended vertically for 96 hours</w:t>
      </w:r>
    </w:p>
    <w:p w:rsidR="00DD15AE" w:rsidRDefault="002D16FE">
      <w:pPr>
        <w:pStyle w:val="31"/>
        <w:rPr>
          <w:lang w:eastAsia="zh-CN"/>
        </w:rPr>
      </w:pPr>
      <w:r>
        <w:rPr>
          <w:lang w:eastAsia="zh-CN"/>
        </w:rPr>
        <w:lastRenderedPageBreak/>
        <w:t xml:space="preserve">2.6.6. </w:t>
      </w:r>
      <w:r>
        <w:rPr>
          <w:lang w:eastAsia="zh-CN"/>
        </w:rPr>
        <w:t>Test Results</w:t>
      </w:r>
    </w:p>
    <w:p w:rsidR="00DD15AE" w:rsidRDefault="002D16FE">
      <w:pPr>
        <w:rPr>
          <w:lang w:eastAsia="zh-CN"/>
        </w:rPr>
      </w:pPr>
      <w:r>
        <w:rPr>
          <w:lang w:eastAsia="zh-CN"/>
        </w:rPr>
        <w:t xml:space="preserve">This test used a 2KG weight suspended vertically for 96 hours, with </w:t>
      </w:r>
      <w:proofErr w:type="gramStart"/>
      <w:r>
        <w:rPr>
          <w:lang w:eastAsia="zh-CN"/>
        </w:rPr>
        <w:t xml:space="preserve">a hanging </w:t>
      </w:r>
      <w:proofErr w:type="gramEnd"/>
      <w:r>
        <w:rPr>
          <w:lang w:eastAsia="zh-CN"/>
        </w:rPr>
        <w:t>load 6.5 times the product weight. No handle detachment was found; considered a pass.</w:t>
      </w:r>
    </w:p>
    <w:p w:rsidR="00DD15AE" w:rsidRDefault="002D16FE">
      <w:pPr>
        <w:pStyle w:val="31"/>
      </w:pPr>
      <w:r>
        <w:t xml:space="preserve">2.6.7. </w:t>
      </w:r>
      <w:r>
        <w:t>Images of the Test Procedure and Results</w:t>
      </w:r>
    </w:p>
    <w:p w:rsidR="00DD15AE" w:rsidRDefault="002D16FE">
      <w:pPr>
        <w:keepNext/>
        <w:jc w:val="center"/>
      </w:pPr>
      <w:r>
        <w:rPr>
          <w:noProof/>
          <w:lang w:eastAsia="zh-CN"/>
        </w:rPr>
        <w:drawing>
          <wp:inline distT="0" distB="0" distL="0" distR="0">
            <wp:extent cx="5760720" cy="5252175"/>
            <wp:effectExtent l="0" t="0" r="0" b="0"/>
            <wp:docPr id="47" name="Picture 47" descr="图 2.6-1 提手吊重测试实验图片" title="图 2.6-1 提手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2.png"/>
                    <pic:cNvPicPr/>
                  </pic:nvPicPr>
                  <pic:blipFill>
                    <a:blip r:embed="rId48"/>
                    <a:stretch>
                      <a:fillRect/>
                    </a:stretch>
                  </pic:blipFill>
                  <pic:spPr>
                    <a:xfrm>
                      <a:off x="0" y="0"/>
                      <a:ext cx="5760720" cy="5252175"/>
                    </a:xfrm>
                    <a:prstGeom prst="rect">
                      <a:avLst/>
                    </a:prstGeom>
                  </pic:spPr>
                </pic:pic>
              </a:graphicData>
            </a:graphic>
          </wp:inline>
        </w:drawing>
      </w:r>
    </w:p>
    <w:p w:rsidR="00DD15AE" w:rsidRDefault="002D16FE">
      <w:pPr>
        <w:spacing w:after="160"/>
        <w:jc w:val="center"/>
        <w:rPr>
          <w:lang w:eastAsia="zh-CN"/>
        </w:rPr>
      </w:pPr>
      <w:r>
        <w:rPr>
          <w:sz w:val="18"/>
          <w:lang w:eastAsia="zh-CN"/>
        </w:rPr>
        <w:t>Figure 2.6-1 Handle hanging-load test image</w:t>
      </w:r>
    </w:p>
    <w:p w:rsidR="00DD15AE" w:rsidRDefault="002D16FE">
      <w:pPr>
        <w:keepNext/>
        <w:jc w:val="center"/>
      </w:pPr>
      <w:r>
        <w:rPr>
          <w:noProof/>
          <w:lang w:eastAsia="zh-CN"/>
        </w:rPr>
        <w:lastRenderedPageBreak/>
        <w:drawing>
          <wp:inline distT="0" distB="0" distL="0" distR="0">
            <wp:extent cx="5760720" cy="5147035"/>
            <wp:effectExtent l="0" t="0" r="0" b="0"/>
            <wp:docPr id="48" name="Picture 48" descr="图 2.6-2 提手吊重测试实验图片" title="图 2.6-2 提手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3.png"/>
                    <pic:cNvPicPr/>
                  </pic:nvPicPr>
                  <pic:blipFill>
                    <a:blip r:embed="rId49"/>
                    <a:stretch>
                      <a:fillRect/>
                    </a:stretch>
                  </pic:blipFill>
                  <pic:spPr>
                    <a:xfrm>
                      <a:off x="0" y="0"/>
                      <a:ext cx="5760720" cy="5147035"/>
                    </a:xfrm>
                    <a:prstGeom prst="rect">
                      <a:avLst/>
                    </a:prstGeom>
                  </pic:spPr>
                </pic:pic>
              </a:graphicData>
            </a:graphic>
          </wp:inline>
        </w:drawing>
      </w:r>
    </w:p>
    <w:p w:rsidR="00DD15AE" w:rsidRDefault="002D16FE">
      <w:pPr>
        <w:spacing w:after="160"/>
        <w:jc w:val="center"/>
        <w:rPr>
          <w:lang w:eastAsia="zh-CN"/>
        </w:rPr>
      </w:pPr>
      <w:r>
        <w:rPr>
          <w:sz w:val="18"/>
          <w:lang w:eastAsia="zh-CN"/>
        </w:rPr>
        <w:t>Figure 2.6-2 Handle hanging-load test image</w:t>
      </w:r>
    </w:p>
    <w:p w:rsidR="00DD15AE" w:rsidRDefault="002D16FE">
      <w:pPr>
        <w:pStyle w:val="31"/>
      </w:pPr>
      <w:r>
        <w:t xml:space="preserve">2.6.8.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7A56E8">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7A56E8">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2.7. </w:t>
      </w:r>
      <w:r>
        <w:t>Waterproof Test</w:t>
      </w:r>
    </w:p>
    <w:p w:rsidR="00DD15AE" w:rsidRDefault="002D16FE">
      <w:pPr>
        <w:pStyle w:val="31"/>
      </w:pPr>
      <w:r>
        <w:t xml:space="preserve">2.7.1.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Waterproof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Waterproof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2025.6.13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2.7.2. </w:t>
      </w:r>
      <w:r>
        <w:t>Test Conditions and Methods</w:t>
      </w:r>
    </w:p>
    <w:p w:rsidR="00DD15AE" w:rsidRDefault="002D16FE">
      <w:pPr>
        <w:rPr>
          <w:lang w:eastAsia="zh-CN"/>
        </w:rPr>
      </w:pPr>
      <w:r>
        <w:rPr>
          <w:lang w:eastAsia="zh-CN"/>
        </w:rPr>
        <w:t xml:space="preserve">1) The product structure has </w:t>
      </w:r>
      <w:proofErr w:type="gramStart"/>
      <w:r>
        <w:rPr>
          <w:lang w:eastAsia="zh-CN"/>
        </w:rPr>
        <w:t xml:space="preserve">a level-seven waterproof </w:t>
      </w:r>
      <w:proofErr w:type="gramEnd"/>
      <w:r>
        <w:rPr>
          <w:lang w:eastAsia="zh-CN"/>
        </w:rPr>
        <w:t>rating.</w:t>
      </w:r>
    </w:p>
    <w:p w:rsidR="00DD15AE" w:rsidRDefault="002D16FE">
      <w:pPr>
        <w:rPr>
          <w:lang w:eastAsia="zh-CN"/>
        </w:rPr>
      </w:pPr>
      <w:r>
        <w:rPr>
          <w:lang w:eastAsia="zh-CN"/>
        </w:rPr>
        <w:t>2) Before testing, check that the speaker's appearance, functions, and enclosure sealing are OK.</w:t>
      </w:r>
    </w:p>
    <w:p w:rsidR="00DD15AE" w:rsidRDefault="002D16FE">
      <w:pPr>
        <w:rPr>
          <w:lang w:eastAsia="zh-CN"/>
        </w:rPr>
      </w:pPr>
      <w:r>
        <w:rPr>
          <w:lang w:eastAsia="zh-CN"/>
        </w:rPr>
        <w:t>3) Place the product in the basket, close the lid, and put it in the water tank.</w:t>
      </w:r>
    </w:p>
    <w:p w:rsidR="00DD15AE" w:rsidRDefault="002D16FE">
      <w:pPr>
        <w:rPr>
          <w:lang w:eastAsia="zh-CN"/>
        </w:rPr>
      </w:pPr>
      <w:r>
        <w:rPr>
          <w:lang w:eastAsia="zh-CN"/>
        </w:rPr>
        <w:t>4) Immerse the product in the tank at a depth of 1.2 meters for 30 minutes, then remove it and open the enclosure to check for water ingress.</w:t>
      </w:r>
    </w:p>
    <w:p w:rsidR="00DD15AE" w:rsidRDefault="002D16FE">
      <w:pPr>
        <w:pStyle w:val="31"/>
        <w:rPr>
          <w:lang w:eastAsia="zh-CN"/>
        </w:rPr>
      </w:pPr>
      <w:r>
        <w:rPr>
          <w:lang w:eastAsia="zh-CN"/>
        </w:rPr>
        <w:t xml:space="preserve">2.7.3. </w:t>
      </w:r>
      <w:r>
        <w:rPr>
          <w:lang w:eastAsia="zh-CN"/>
        </w:rPr>
        <w:t>Test Standard Requirements and Test Records</w:t>
      </w:r>
    </w:p>
    <w:p w:rsidR="00DD15AE" w:rsidRDefault="002D16FE">
      <w:pPr>
        <w:rPr>
          <w:lang w:eastAsia="zh-CN"/>
        </w:rPr>
      </w:pPr>
      <w:r>
        <w:rPr>
          <w:lang w:eastAsia="zh-CN"/>
        </w:rPr>
        <w:t>1) After immersing the product at a depth of 1.2 meters for 30 minutes, remove it and open the enclosure. No water ingress was found; considered a pass.</w:t>
      </w:r>
    </w:p>
    <w:p w:rsidR="00DD15AE" w:rsidRDefault="002D16FE">
      <w:pPr>
        <w:pStyle w:val="31"/>
        <w:rPr>
          <w:lang w:eastAsia="zh-CN"/>
        </w:rPr>
      </w:pPr>
      <w:r>
        <w:rPr>
          <w:lang w:eastAsia="zh-CN"/>
        </w:rPr>
        <w:t xml:space="preserve">2.7.4. </w:t>
      </w:r>
      <w:r>
        <w:rPr>
          <w:lang w:eastAsia="zh-CN"/>
        </w:rPr>
        <w:t>Equipment and Tools Used</w:t>
      </w:r>
    </w:p>
    <w:p w:rsidR="00DD15AE" w:rsidRDefault="002D16FE">
      <w:pPr>
        <w:rPr>
          <w:lang w:eastAsia="zh-CN"/>
        </w:rPr>
      </w:pPr>
      <w:r>
        <w:rPr>
          <w:lang w:eastAsia="zh-CN"/>
        </w:rPr>
        <w:t>1) Test samples *3pcs.</w:t>
      </w:r>
    </w:p>
    <w:p w:rsidR="00DD15AE" w:rsidRDefault="002D16FE">
      <w:pPr>
        <w:pStyle w:val="31"/>
        <w:rPr>
          <w:lang w:eastAsia="zh-CN"/>
        </w:rPr>
      </w:pPr>
      <w:r>
        <w:rPr>
          <w:lang w:eastAsia="zh-CN"/>
        </w:rPr>
        <w:t xml:space="preserve">2.7.5. </w:t>
      </w:r>
      <w:r>
        <w:rPr>
          <w:lang w:eastAsia="zh-CN"/>
        </w:rPr>
        <w:t>Test Procedure</w:t>
      </w:r>
    </w:p>
    <w:p w:rsidR="00DD15AE" w:rsidRDefault="002D16FE">
      <w:pPr>
        <w:rPr>
          <w:lang w:eastAsia="zh-CN"/>
        </w:rPr>
      </w:pPr>
      <w:r>
        <w:rPr>
          <w:lang w:eastAsia="zh-CN"/>
        </w:rPr>
        <w:t>1) Place the product in the water tank.</w:t>
      </w:r>
    </w:p>
    <w:p w:rsidR="00DD15AE" w:rsidRDefault="002D16FE">
      <w:pPr>
        <w:rPr>
          <w:lang w:eastAsia="zh-CN"/>
        </w:rPr>
      </w:pPr>
      <w:r>
        <w:rPr>
          <w:lang w:eastAsia="zh-CN"/>
        </w:rPr>
        <w:t>2) The product is in the water tank at a depth of 1.2 meters.</w:t>
      </w:r>
    </w:p>
    <w:p w:rsidR="00DD15AE" w:rsidRDefault="002D16FE">
      <w:pPr>
        <w:pStyle w:val="31"/>
        <w:rPr>
          <w:lang w:eastAsia="zh-CN"/>
        </w:rPr>
      </w:pPr>
      <w:r>
        <w:rPr>
          <w:lang w:eastAsia="zh-CN"/>
        </w:rPr>
        <w:lastRenderedPageBreak/>
        <w:t xml:space="preserve">2.7.6. </w:t>
      </w:r>
      <w:r>
        <w:rPr>
          <w:lang w:eastAsia="zh-CN"/>
        </w:rPr>
        <w:t>Test Results</w:t>
      </w:r>
    </w:p>
    <w:p w:rsidR="00DD15AE" w:rsidRDefault="002D16FE">
      <w:pPr>
        <w:rPr>
          <w:lang w:eastAsia="zh-CN"/>
        </w:rPr>
      </w:pPr>
      <w:r>
        <w:rPr>
          <w:lang w:eastAsia="zh-CN"/>
        </w:rPr>
        <w:t>After the waterproof test, disassemble the enclosure. No water ingress was found inside; considered a pass.</w:t>
      </w:r>
    </w:p>
    <w:p w:rsidR="00DD15AE" w:rsidRDefault="002D16FE">
      <w:pPr>
        <w:pStyle w:val="31"/>
        <w:rPr>
          <w:lang w:eastAsia="zh-CN"/>
        </w:rPr>
      </w:pPr>
      <w:r>
        <w:rPr>
          <w:lang w:eastAsia="zh-CN"/>
        </w:rPr>
        <w:t xml:space="preserve">2.7.7. </w:t>
      </w:r>
      <w:r>
        <w:rPr>
          <w:lang w:eastAsia="zh-CN"/>
        </w:rPr>
        <w:t>Images of the Test Procedure and Results</w:t>
      </w:r>
    </w:p>
    <w:p w:rsidR="00DD15AE" w:rsidRDefault="002D16FE">
      <w:pPr>
        <w:keepNext/>
        <w:jc w:val="center"/>
      </w:pPr>
      <w:r>
        <w:rPr>
          <w:noProof/>
          <w:lang w:eastAsia="zh-CN"/>
        </w:rPr>
        <w:drawing>
          <wp:inline distT="0" distB="0" distL="0" distR="0">
            <wp:extent cx="5760720" cy="4320540"/>
            <wp:effectExtent l="0" t="0" r="0" b="0"/>
            <wp:docPr id="49" name="Picture 49" descr="图 2.7-1 防水测试实验图片" title="图 2.7-1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2.png"/>
                    <pic:cNvPicPr/>
                  </pic:nvPicPr>
                  <pic:blipFill>
                    <a:blip r:embed="rId50"/>
                    <a:stretch>
                      <a:fillRect/>
                    </a:stretch>
                  </pic:blipFill>
                  <pic:spPr>
                    <a:xfrm>
                      <a:off x="0" y="0"/>
                      <a:ext cx="5760720" cy="4320540"/>
                    </a:xfrm>
                    <a:prstGeom prst="rect">
                      <a:avLst/>
                    </a:prstGeom>
                  </pic:spPr>
                </pic:pic>
              </a:graphicData>
            </a:graphic>
          </wp:inline>
        </w:drawing>
      </w:r>
    </w:p>
    <w:p w:rsidR="00DD15AE" w:rsidRDefault="002D16FE">
      <w:pPr>
        <w:spacing w:after="160"/>
        <w:jc w:val="center"/>
      </w:pPr>
      <w:r>
        <w:rPr>
          <w:sz w:val="18"/>
        </w:rPr>
        <w:t>Figure 2.7-1 Waterproof test image</w:t>
      </w:r>
    </w:p>
    <w:p w:rsidR="00DD15AE" w:rsidRDefault="002D16FE">
      <w:pPr>
        <w:keepNext/>
        <w:jc w:val="center"/>
      </w:pPr>
      <w:r>
        <w:rPr>
          <w:noProof/>
          <w:lang w:eastAsia="zh-CN"/>
        </w:rPr>
        <w:lastRenderedPageBreak/>
        <w:drawing>
          <wp:inline distT="0" distB="0" distL="0" distR="0">
            <wp:extent cx="5588304" cy="5577840"/>
            <wp:effectExtent l="0" t="0" r="0" b="0"/>
            <wp:docPr id="50" name="Picture 50" descr="图 2.7-2 防水测试实验图片" title="图 2.7-2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3.png"/>
                    <pic:cNvPicPr/>
                  </pic:nvPicPr>
                  <pic:blipFill>
                    <a:blip r:embed="rId51"/>
                    <a:stretch>
                      <a:fillRect/>
                    </a:stretch>
                  </pic:blipFill>
                  <pic:spPr>
                    <a:xfrm>
                      <a:off x="0" y="0"/>
                      <a:ext cx="5588304" cy="5577840"/>
                    </a:xfrm>
                    <a:prstGeom prst="rect">
                      <a:avLst/>
                    </a:prstGeom>
                  </pic:spPr>
                </pic:pic>
              </a:graphicData>
            </a:graphic>
          </wp:inline>
        </w:drawing>
      </w:r>
    </w:p>
    <w:p w:rsidR="00DD15AE" w:rsidRDefault="002D16FE">
      <w:pPr>
        <w:spacing w:after="160"/>
        <w:jc w:val="center"/>
      </w:pPr>
      <w:r>
        <w:rPr>
          <w:sz w:val="18"/>
        </w:rPr>
        <w:t>Figure 2.7-2 Waterproof test image</w:t>
      </w:r>
    </w:p>
    <w:p w:rsidR="00DD15AE" w:rsidRDefault="002D16FE">
      <w:pPr>
        <w:keepNext/>
        <w:jc w:val="center"/>
      </w:pPr>
      <w:r>
        <w:rPr>
          <w:noProof/>
          <w:lang w:eastAsia="zh-CN"/>
        </w:rPr>
        <w:lastRenderedPageBreak/>
        <w:drawing>
          <wp:inline distT="0" distB="0" distL="0" distR="0">
            <wp:extent cx="5760720" cy="3721210"/>
            <wp:effectExtent l="0" t="0" r="0" b="0"/>
            <wp:docPr id="51" name="Picture 51" descr="图 2.7-3 防水测试实验图片" title="图 2.7-3 防水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3_image_04.png"/>
                    <pic:cNvPicPr/>
                  </pic:nvPicPr>
                  <pic:blipFill>
                    <a:blip r:embed="rId52"/>
                    <a:stretch>
                      <a:fillRect/>
                    </a:stretch>
                  </pic:blipFill>
                  <pic:spPr>
                    <a:xfrm>
                      <a:off x="0" y="0"/>
                      <a:ext cx="5760720" cy="3721210"/>
                    </a:xfrm>
                    <a:prstGeom prst="rect">
                      <a:avLst/>
                    </a:prstGeom>
                  </pic:spPr>
                </pic:pic>
              </a:graphicData>
            </a:graphic>
          </wp:inline>
        </w:drawing>
      </w:r>
    </w:p>
    <w:p w:rsidR="00DD15AE" w:rsidRDefault="002D16FE">
      <w:pPr>
        <w:spacing w:after="160"/>
        <w:jc w:val="center"/>
        <w:rPr>
          <w:lang w:eastAsia="zh-CN"/>
        </w:rPr>
      </w:pPr>
      <w:r>
        <w:rPr>
          <w:sz w:val="18"/>
          <w:lang w:eastAsia="zh-CN"/>
        </w:rPr>
        <w:t>Figure 2.7-3 Waterproof test image</w:t>
      </w:r>
    </w:p>
    <w:p w:rsidR="00DD15AE" w:rsidRDefault="002D16FE">
      <w:pPr>
        <w:pStyle w:val="31"/>
        <w:rPr>
          <w:lang w:eastAsia="zh-CN"/>
        </w:rPr>
      </w:pPr>
      <w:r>
        <w:rPr>
          <w:lang w:eastAsia="zh-CN"/>
        </w:rPr>
        <w:t xml:space="preserve">2.7.8.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653CD0">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2025.6.13</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653CD0">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2025.6.13</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2.8. </w:t>
      </w:r>
      <w:r>
        <w:t>Suction-Cup Tensile Test</w:t>
      </w:r>
    </w:p>
    <w:p w:rsidR="00DD15AE" w:rsidRDefault="002D16FE">
      <w:pPr>
        <w:pStyle w:val="31"/>
      </w:pPr>
      <w:r>
        <w:t xml:space="preserve">2.8.1.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Suction-Cup Tensile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Suction-Cup Tensile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 (suction cup)</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2025.8.16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2025.8.16</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2025.8.16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2.8.2. </w:t>
      </w:r>
      <w:r>
        <w:t>Test Conditions and Methods</w:t>
      </w:r>
    </w:p>
    <w:p w:rsidR="00DD15AE" w:rsidRDefault="002D16FE">
      <w:pPr>
        <w:rPr>
          <w:lang w:eastAsia="zh-CN"/>
        </w:rPr>
      </w:pPr>
      <w:r>
        <w:rPr>
          <w:lang w:eastAsia="zh-CN"/>
        </w:rPr>
        <w:t>1) Check that the product's silicone cover passes functional and appearance inspection.</w:t>
      </w:r>
    </w:p>
    <w:p w:rsidR="00DD15AE" w:rsidRDefault="002D16FE">
      <w:pPr>
        <w:rPr>
          <w:lang w:eastAsia="zh-CN"/>
        </w:rPr>
      </w:pPr>
      <w:r>
        <w:rPr>
          <w:lang w:eastAsia="zh-CN"/>
        </w:rPr>
        <w:t xml:space="preserve">2) Open the silicone cover and apply a vertical 2.5KG tensile load with a push-pull tester, </w:t>
      </w:r>
      <w:proofErr w:type="gramStart"/>
      <w:r>
        <w:rPr>
          <w:lang w:eastAsia="zh-CN"/>
        </w:rPr>
        <w:t xml:space="preserve">holding </w:t>
      </w:r>
      <w:proofErr w:type="gramEnd"/>
      <w:r>
        <w:rPr>
          <w:lang w:eastAsia="zh-CN"/>
        </w:rPr>
        <w:t>steadily for 60 seconds.</w:t>
      </w:r>
    </w:p>
    <w:p w:rsidR="00DD15AE" w:rsidRDefault="002D16FE">
      <w:pPr>
        <w:pStyle w:val="31"/>
        <w:rPr>
          <w:lang w:eastAsia="zh-CN"/>
        </w:rPr>
      </w:pPr>
      <w:r>
        <w:rPr>
          <w:lang w:eastAsia="zh-CN"/>
        </w:rPr>
        <w:t xml:space="preserve">2.8.3. </w:t>
      </w:r>
      <w:r>
        <w:rPr>
          <w:lang w:eastAsia="zh-CN"/>
        </w:rPr>
        <w:t>Test Standard Requirements and Test Records</w:t>
      </w:r>
    </w:p>
    <w:p w:rsidR="00DD15AE" w:rsidRDefault="002D16FE">
      <w:pPr>
        <w:rPr>
          <w:lang w:eastAsia="zh-CN"/>
        </w:rPr>
      </w:pPr>
      <w:r>
        <w:rPr>
          <w:lang w:eastAsia="zh-CN"/>
        </w:rPr>
        <w:t xml:space="preserve">1) Apply a vertical 2.5KG tensile load with a push-pull tester and </w:t>
      </w:r>
      <w:proofErr w:type="gramStart"/>
      <w:r>
        <w:rPr>
          <w:lang w:eastAsia="zh-CN"/>
        </w:rPr>
        <w:t xml:space="preserve">hold steadily </w:t>
      </w:r>
      <w:proofErr w:type="gramEnd"/>
      <w:r>
        <w:rPr>
          <w:lang w:eastAsia="zh-CN"/>
        </w:rPr>
        <w:t xml:space="preserve">for 60 seconds. </w:t>
      </w:r>
      <w:r w:rsidR="00653CD0">
        <w:rPr>
          <w:lang w:eastAsia="zh-CN"/>
        </w:rPr>
        <w:t xml:space="preserve">The </w:t>
      </w:r>
      <w:r>
        <w:rPr>
          <w:lang w:eastAsia="zh-CN"/>
        </w:rPr>
        <w:t>silicone cover must show no separation, detachment, or damage to be considered OK.</w:t>
      </w:r>
    </w:p>
    <w:p w:rsidR="00DD15AE" w:rsidRDefault="002D16FE">
      <w:pPr>
        <w:pStyle w:val="31"/>
        <w:rPr>
          <w:lang w:eastAsia="zh-CN"/>
        </w:rPr>
      </w:pPr>
      <w:r>
        <w:rPr>
          <w:lang w:eastAsia="zh-CN"/>
        </w:rPr>
        <w:t xml:space="preserve">2.8.4.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Push-pull tester 1pcs.</w:t>
      </w:r>
    </w:p>
    <w:p w:rsidR="00DD15AE" w:rsidRDefault="002D16FE">
      <w:pPr>
        <w:pStyle w:val="31"/>
        <w:rPr>
          <w:lang w:eastAsia="zh-CN"/>
        </w:rPr>
      </w:pPr>
      <w:r>
        <w:rPr>
          <w:lang w:eastAsia="zh-CN"/>
        </w:rPr>
        <w:t xml:space="preserve">2.8.5. </w:t>
      </w:r>
      <w:r>
        <w:rPr>
          <w:lang w:eastAsia="zh-CN"/>
        </w:rPr>
        <w:t>Test Procedure</w:t>
      </w:r>
    </w:p>
    <w:p w:rsidR="00DD15AE" w:rsidRDefault="002D16FE">
      <w:pPr>
        <w:rPr>
          <w:lang w:eastAsia="zh-CN"/>
        </w:rPr>
      </w:pPr>
      <w:r>
        <w:rPr>
          <w:lang w:eastAsia="zh-CN"/>
        </w:rPr>
        <w:t>1) USB tensile test image</w:t>
      </w:r>
    </w:p>
    <w:p w:rsidR="00DD15AE" w:rsidRDefault="002D16FE">
      <w:pPr>
        <w:rPr>
          <w:lang w:eastAsia="zh-CN"/>
        </w:rPr>
      </w:pPr>
      <w:r>
        <w:rPr>
          <w:lang w:eastAsia="zh-CN"/>
        </w:rPr>
        <w:t xml:space="preserve">2) Test force ≥9kg, applied vertically and held </w:t>
      </w:r>
      <w:proofErr w:type="gramStart"/>
      <w:r>
        <w:rPr>
          <w:lang w:eastAsia="zh-CN"/>
        </w:rPr>
        <w:t xml:space="preserve">steadily for </w:t>
      </w:r>
      <w:proofErr w:type="gramEnd"/>
      <w:r>
        <w:rPr>
          <w:lang w:eastAsia="zh-CN"/>
        </w:rPr>
        <w:t xml:space="preserve">60 seconds; the part was </w:t>
      </w:r>
      <w:proofErr w:type="gramStart"/>
      <w:r>
        <w:rPr>
          <w:lang w:eastAsia="zh-CN"/>
        </w:rPr>
        <w:t xml:space="preserve">not </w:t>
      </w:r>
      <w:proofErr w:type="gramEnd"/>
      <w:r>
        <w:rPr>
          <w:lang w:eastAsia="zh-CN"/>
        </w:rPr>
        <w:t>pulled out.</w:t>
      </w:r>
    </w:p>
    <w:p w:rsidR="00DD15AE" w:rsidRDefault="002D16FE">
      <w:pPr>
        <w:pStyle w:val="31"/>
        <w:rPr>
          <w:lang w:eastAsia="zh-CN"/>
        </w:rPr>
      </w:pPr>
      <w:r>
        <w:rPr>
          <w:lang w:eastAsia="zh-CN"/>
        </w:rPr>
        <w:lastRenderedPageBreak/>
        <w:t xml:space="preserve">2.8.6. </w:t>
      </w:r>
      <w:r>
        <w:rPr>
          <w:lang w:eastAsia="zh-CN"/>
        </w:rPr>
        <w:t>Test Results</w:t>
      </w:r>
    </w:p>
    <w:p w:rsidR="00DD15AE" w:rsidRDefault="002D16FE">
      <w:pPr>
        <w:rPr>
          <w:lang w:eastAsia="zh-CN"/>
        </w:rPr>
      </w:pPr>
      <w:r>
        <w:rPr>
          <w:lang w:eastAsia="zh-CN"/>
        </w:rPr>
        <w:t xml:space="preserve">The product's USB silicone cover was tested with a vertical 2.5KG tensile load held </w:t>
      </w:r>
      <w:proofErr w:type="gramStart"/>
      <w:r>
        <w:rPr>
          <w:lang w:eastAsia="zh-CN"/>
        </w:rPr>
        <w:t xml:space="preserve">steadily for </w:t>
      </w:r>
      <w:proofErr w:type="gramEnd"/>
      <w:r>
        <w:rPr>
          <w:lang w:eastAsia="zh-CN"/>
        </w:rPr>
        <w:t xml:space="preserve">60 seconds and considered a pass. It was not pulled out at </w:t>
      </w:r>
      <w:proofErr w:type="gramStart"/>
      <w:r>
        <w:rPr>
          <w:lang w:eastAsia="zh-CN"/>
        </w:rPr>
        <w:t/>
      </w:r>
      <w:proofErr w:type="gramEnd"/>
      <w:r>
        <w:rPr>
          <w:lang w:eastAsia="zh-CN"/>
        </w:rPr>
        <w:t>approximately 9KG.</w:t>
      </w:r>
    </w:p>
    <w:p w:rsidR="00DD15AE" w:rsidRDefault="002D16FE">
      <w:pPr>
        <w:pStyle w:val="31"/>
        <w:rPr>
          <w:lang w:eastAsia="zh-CN"/>
        </w:rPr>
      </w:pPr>
      <w:r>
        <w:rPr>
          <w:lang w:eastAsia="zh-CN"/>
        </w:rPr>
        <w:t xml:space="preserve">2.8.7. </w:t>
      </w:r>
      <w:r>
        <w:rPr>
          <w:lang w:eastAsia="zh-CN"/>
        </w:rPr>
        <w:t>Images of the Test Procedure and Results</w:t>
      </w:r>
    </w:p>
    <w:p w:rsidR="00DD15AE" w:rsidRDefault="002D16FE">
      <w:pPr>
        <w:keepNext/>
        <w:jc w:val="center"/>
      </w:pPr>
      <w:r>
        <w:rPr>
          <w:noProof/>
          <w:lang w:eastAsia="zh-CN"/>
        </w:rPr>
        <w:drawing>
          <wp:inline distT="0" distB="0" distL="0" distR="0">
            <wp:extent cx="4563687" cy="5577840"/>
            <wp:effectExtent l="0" t="0" r="0" b="0"/>
            <wp:docPr id="52" name="Picture 52" descr="图 2.8-1 吸盘拉力测试实验图片" title="图 2.8-1 吸盘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7_image_02.png"/>
                    <pic:cNvPicPr/>
                  </pic:nvPicPr>
                  <pic:blipFill>
                    <a:blip r:embed="rId53"/>
                    <a:stretch>
                      <a:fillRect/>
                    </a:stretch>
                  </pic:blipFill>
                  <pic:spPr>
                    <a:xfrm>
                      <a:off x="0" y="0"/>
                      <a:ext cx="4563687"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2.8-1 Suction-cup tensile test image</w:t>
      </w:r>
    </w:p>
    <w:p w:rsidR="00DD15AE" w:rsidRDefault="002D16FE">
      <w:pPr>
        <w:keepNext/>
        <w:jc w:val="center"/>
      </w:pPr>
      <w:r>
        <w:rPr>
          <w:noProof/>
          <w:lang w:eastAsia="zh-CN"/>
        </w:rPr>
        <w:lastRenderedPageBreak/>
        <w:drawing>
          <wp:inline distT="0" distB="0" distL="0" distR="0">
            <wp:extent cx="4968726" cy="5577840"/>
            <wp:effectExtent l="0" t="0" r="0" b="0"/>
            <wp:docPr id="53" name="Picture 53" descr="图 2.8-2 吸盘拉力测试实验图片" title="图 2.8-2 吸盘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7_image_03.png"/>
                    <pic:cNvPicPr/>
                  </pic:nvPicPr>
                  <pic:blipFill>
                    <a:blip r:embed="rId54"/>
                    <a:stretch>
                      <a:fillRect/>
                    </a:stretch>
                  </pic:blipFill>
                  <pic:spPr>
                    <a:xfrm>
                      <a:off x="0" y="0"/>
                      <a:ext cx="4968726"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2.8-2 Suction-cup tensile test image</w:t>
      </w:r>
    </w:p>
    <w:p w:rsidR="00DD15AE" w:rsidRDefault="002D16FE">
      <w:pPr>
        <w:keepNext/>
        <w:jc w:val="center"/>
      </w:pPr>
      <w:r>
        <w:rPr>
          <w:noProof/>
          <w:lang w:eastAsia="zh-CN"/>
        </w:rPr>
        <w:lastRenderedPageBreak/>
        <w:drawing>
          <wp:inline distT="0" distB="0" distL="0" distR="0">
            <wp:extent cx="4837548" cy="5577840"/>
            <wp:effectExtent l="0" t="0" r="0" b="0"/>
            <wp:docPr id="54" name="Picture 54" descr="图 2.8-3 吸盘拉力测试实验图片" title="图 2.8-3 吸盘拉力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7_image_04.png"/>
                    <pic:cNvPicPr/>
                  </pic:nvPicPr>
                  <pic:blipFill>
                    <a:blip r:embed="rId55"/>
                    <a:stretch>
                      <a:fillRect/>
                    </a:stretch>
                  </pic:blipFill>
                  <pic:spPr>
                    <a:xfrm>
                      <a:off x="0" y="0"/>
                      <a:ext cx="4837548"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2.8-3 Suction-cup tensile test image</w:t>
      </w:r>
    </w:p>
    <w:p w:rsidR="00DD15AE" w:rsidRDefault="002D16FE">
      <w:pPr>
        <w:pStyle w:val="31"/>
      </w:pPr>
      <w:r>
        <w:t xml:space="preserve">2.8.8.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653CD0">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2025.8.16</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653CD0">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2025.8.16</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2.9. </w:t>
      </w:r>
      <w:r>
        <w:t>Suction-Cup Hanging-Load Test</w:t>
      </w:r>
    </w:p>
    <w:p w:rsidR="00DD15AE" w:rsidRDefault="002D16FE">
      <w:pPr>
        <w:pStyle w:val="31"/>
      </w:pPr>
      <w:r>
        <w:t xml:space="preserve">2.9.1.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Mechanical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Suction-Cup Hanging-Load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Suction-Cup Hanging-Load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2025.8.12</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2025.8.12</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2025.8.16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2.9.2. </w:t>
      </w:r>
      <w:r>
        <w:t>Test Conditions and Methods</w:t>
      </w:r>
    </w:p>
    <w:p w:rsidR="00DD15AE" w:rsidRDefault="002D16FE">
      <w:pPr>
        <w:rPr>
          <w:lang w:eastAsia="zh-CN"/>
        </w:rPr>
      </w:pPr>
      <w:r>
        <w:rPr>
          <w:lang w:eastAsia="zh-CN"/>
        </w:rPr>
        <w:t>1) Check that the product's appearance is OK before testing.</w:t>
      </w:r>
    </w:p>
    <w:p w:rsidR="00DD15AE" w:rsidRDefault="002D16FE">
      <w:pPr>
        <w:rPr>
          <w:lang w:eastAsia="zh-CN"/>
        </w:rPr>
      </w:pPr>
      <w:r>
        <w:rPr>
          <w:lang w:eastAsia="zh-CN"/>
        </w:rPr>
        <w:t xml:space="preserve">2) Product weight 206g; the </w:t>
      </w:r>
      <w:r w:rsidR="00FB09B1">
        <w:rPr>
          <w:lang w:eastAsia="zh-CN"/>
        </w:rPr>
        <w:t/>
      </w:r>
      <w:r>
        <w:rPr>
          <w:lang w:eastAsia="zh-CN"/>
        </w:rPr>
        <w:t xml:space="preserve">hanging </w:t>
      </w:r>
      <w:proofErr w:type="gramStart"/>
      <w:r>
        <w:rPr>
          <w:lang w:eastAsia="zh-CN"/>
        </w:rPr>
        <w:t xml:space="preserve">load </w:t>
      </w:r>
      <w:proofErr w:type="gramEnd"/>
      <w:r>
        <w:rPr>
          <w:lang w:eastAsia="zh-CN"/>
        </w:rPr>
        <w:t>is 3 times the product weight, at 930G.</w:t>
      </w:r>
    </w:p>
    <w:p w:rsidR="00DD15AE" w:rsidRDefault="002D16FE">
      <w:pPr>
        <w:rPr>
          <w:lang w:eastAsia="zh-CN"/>
        </w:rPr>
      </w:pPr>
      <w:r>
        <w:rPr>
          <w:lang w:eastAsia="zh-CN"/>
        </w:rPr>
        <w:t>3) Ambient conditions: 26℃, 50%RH.</w:t>
      </w:r>
    </w:p>
    <w:p w:rsidR="00DD15AE" w:rsidRDefault="002D16FE">
      <w:pPr>
        <w:rPr>
          <w:lang w:eastAsia="zh-CN"/>
        </w:rPr>
      </w:pPr>
      <w:r>
        <w:rPr>
          <w:lang w:eastAsia="zh-CN"/>
        </w:rPr>
        <w:t xml:space="preserve">4)Duration: 96 </w:t>
      </w:r>
      <w:r w:rsidR="00530F48">
        <w:rPr>
          <w:lang w:eastAsia="zh-CN"/>
        </w:rPr>
        <w:t xml:space="preserve">hours. </w:t>
      </w:r>
      <w:r>
        <w:rPr>
          <w:lang w:eastAsia="zh-CN"/>
        </w:rPr>
        <w:t>Vertical hanging load for 96 hours.</w:t>
      </w:r>
    </w:p>
    <w:p w:rsidR="00DD15AE" w:rsidRDefault="002D16FE">
      <w:pPr>
        <w:pStyle w:val="31"/>
        <w:rPr>
          <w:lang w:eastAsia="zh-CN"/>
        </w:rPr>
      </w:pPr>
      <w:r>
        <w:rPr>
          <w:lang w:eastAsia="zh-CN"/>
        </w:rPr>
        <w:t xml:space="preserve">2.9.3. </w:t>
      </w:r>
      <w:r>
        <w:rPr>
          <w:lang w:eastAsia="zh-CN"/>
        </w:rPr>
        <w:t>Test Standard Requirements and Test Records</w:t>
      </w:r>
    </w:p>
    <w:p w:rsidR="00DD15AE" w:rsidRDefault="002D16FE">
      <w:pPr>
        <w:rPr>
          <w:lang w:eastAsia="zh-CN"/>
        </w:rPr>
      </w:pPr>
      <w:r>
        <w:rPr>
          <w:lang w:eastAsia="zh-CN"/>
        </w:rPr>
        <w:t xml:space="preserve">1) A weight </w:t>
      </w:r>
      <w:proofErr w:type="gramStart"/>
      <w:r>
        <w:rPr>
          <w:lang w:eastAsia="zh-CN"/>
        </w:rPr>
        <w:t xml:space="preserve">of </w:t>
      </w:r>
      <w:proofErr w:type="gramEnd"/>
      <w:r>
        <w:rPr>
          <w:lang w:eastAsia="zh-CN"/>
        </w:rPr>
        <w:t xml:space="preserve">approximately 618G is required for 96 hours; no </w:t>
      </w:r>
      <w:r w:rsidR="00653CD0">
        <w:rPr>
          <w:lang w:eastAsia="zh-CN"/>
        </w:rPr>
        <w:t/>
      </w:r>
      <w:r>
        <w:rPr>
          <w:lang w:eastAsia="zh-CN"/>
        </w:rPr>
        <w:t>detachment after the hanging-load test constitutes a pass.</w:t>
      </w:r>
    </w:p>
    <w:p w:rsidR="00DD15AE" w:rsidRDefault="002D16FE">
      <w:pPr>
        <w:pStyle w:val="31"/>
        <w:rPr>
          <w:lang w:eastAsia="zh-CN"/>
        </w:rPr>
      </w:pPr>
      <w:r>
        <w:rPr>
          <w:lang w:eastAsia="zh-CN"/>
        </w:rPr>
        <w:t xml:space="preserve">2.9.4. </w:t>
      </w:r>
      <w:r>
        <w:rPr>
          <w:lang w:eastAsia="zh-CN"/>
        </w:rPr>
        <w:t>Equipment and Tools Used</w:t>
      </w:r>
    </w:p>
    <w:p w:rsidR="00DD15AE" w:rsidRDefault="002D16FE">
      <w:pPr>
        <w:rPr>
          <w:lang w:eastAsia="zh-CN"/>
        </w:rPr>
      </w:pPr>
      <w:r>
        <w:rPr>
          <w:lang w:eastAsia="zh-CN"/>
        </w:rPr>
        <w:t>1) Test samples 2pcs</w:t>
      </w:r>
    </w:p>
    <w:p w:rsidR="00DD15AE" w:rsidRDefault="002D16FE">
      <w:pPr>
        <w:pStyle w:val="31"/>
        <w:rPr>
          <w:lang w:eastAsia="zh-CN"/>
        </w:rPr>
      </w:pPr>
      <w:r>
        <w:rPr>
          <w:lang w:eastAsia="zh-CN"/>
        </w:rPr>
        <w:t xml:space="preserve">2.9.5. </w:t>
      </w:r>
      <w:r>
        <w:rPr>
          <w:lang w:eastAsia="zh-CN"/>
        </w:rPr>
        <w:t>Test Procedure</w:t>
      </w:r>
    </w:p>
    <w:p w:rsidR="00DD15AE" w:rsidRDefault="002C5ED7">
      <w:pPr>
        <w:rPr>
          <w:lang w:eastAsia="zh-CN"/>
        </w:rPr>
      </w:pPr>
      <w:r>
        <w:rPr>
          <w:rFonts w:hint="eastAsia"/>
          <w:lang w:eastAsia="zh-CN"/>
        </w:rPr>
        <w:t xml:space="preserve">1)Test completed without nano-adhesive film: sample weight </w:t>
      </w:r>
      <w:r>
        <w:rPr>
          <w:lang w:eastAsia="zh-CN"/>
        </w:rPr>
        <w:t xml:space="preserve">310g, with a 1KG </w:t>
      </w:r>
      <w:r>
        <w:rPr>
          <w:rFonts w:hint="eastAsia"/>
          <w:lang w:eastAsia="zh-CN"/>
        </w:rPr>
        <w:t xml:space="preserve">weight suspended vertically for </w:t>
      </w:r>
      <w:r>
        <w:rPr>
          <w:lang w:eastAsia="zh-CN"/>
        </w:rPr>
        <w:t>48 hours;</w:t>
      </w:r>
    </w:p>
    <w:p w:rsidR="002C5ED7" w:rsidRDefault="002C5ED7">
      <w:pPr>
        <w:rPr>
          <w:lang w:eastAsia="zh-CN"/>
        </w:rPr>
      </w:pPr>
      <w:r>
        <w:rPr>
          <w:rFonts w:hint="eastAsia"/>
          <w:lang w:eastAsia="zh-CN"/>
        </w:rPr>
        <w:t xml:space="preserve">2)Test completed with nano-adhesive film: sample weight </w:t>
      </w:r>
      <w:r>
        <w:rPr>
          <w:lang w:eastAsia="zh-CN"/>
        </w:rPr>
        <w:t xml:space="preserve">310g, with a 1KG </w:t>
      </w:r>
      <w:r>
        <w:rPr>
          <w:rFonts w:hint="eastAsia"/>
          <w:lang w:eastAsia="zh-CN"/>
        </w:rPr>
        <w:t xml:space="preserve">weight suspended vertically for </w:t>
      </w:r>
      <w:r>
        <w:rPr>
          <w:lang w:eastAsia="zh-CN"/>
        </w:rPr>
        <w:t>48 hours;</w:t>
      </w:r>
    </w:p>
    <w:p w:rsidR="00DD15AE" w:rsidRDefault="002D16FE">
      <w:pPr>
        <w:pStyle w:val="31"/>
        <w:rPr>
          <w:lang w:eastAsia="zh-CN"/>
        </w:rPr>
      </w:pPr>
      <w:r>
        <w:rPr>
          <w:lang w:eastAsia="zh-CN"/>
        </w:rPr>
        <w:lastRenderedPageBreak/>
        <w:t xml:space="preserve">2.9.6. </w:t>
      </w:r>
      <w:r>
        <w:rPr>
          <w:lang w:eastAsia="zh-CN"/>
        </w:rPr>
        <w:t>Test Results</w:t>
      </w:r>
    </w:p>
    <w:p w:rsidR="00DD15AE" w:rsidRDefault="002D16FE">
      <w:pPr>
        <w:rPr>
          <w:lang w:eastAsia="zh-CN"/>
        </w:rPr>
      </w:pPr>
      <w:r>
        <w:rPr>
          <w:lang w:eastAsia="zh-CN"/>
        </w:rPr>
        <w:t xml:space="preserve">This test used a 2KG weight suspended vertically for 96 hours, with a </w:t>
      </w:r>
      <w:proofErr w:type="gramStart"/>
      <w:r>
        <w:rPr>
          <w:lang w:eastAsia="zh-CN"/>
        </w:rPr>
        <w:t xml:space="preserve">hanging load </w:t>
      </w:r>
      <w:proofErr w:type="gramEnd"/>
      <w:r>
        <w:rPr>
          <w:lang w:eastAsia="zh-CN"/>
        </w:rPr>
        <w:t xml:space="preserve">4.8 times the product weight. </w:t>
      </w:r>
      <w:r w:rsidR="00B377AE">
        <w:rPr>
          <w:lang w:eastAsia="zh-CN"/>
        </w:rPr>
        <w:t/>
      </w:r>
      <w:r>
        <w:rPr>
          <w:lang w:eastAsia="zh-CN"/>
        </w:rPr>
        <w:t>No suction-cup detachment was found; considered a pass.</w:t>
      </w:r>
    </w:p>
    <w:p w:rsidR="00DD15AE" w:rsidRDefault="002D16FE">
      <w:pPr>
        <w:pStyle w:val="31"/>
      </w:pPr>
      <w:r>
        <w:t xml:space="preserve">2.9.7. </w:t>
      </w:r>
      <w:r>
        <w:t>Images of the Test Procedure and Results</w:t>
      </w:r>
    </w:p>
    <w:p w:rsidR="00DD15AE" w:rsidRDefault="002D16FE">
      <w:pPr>
        <w:keepNext/>
        <w:jc w:val="center"/>
      </w:pPr>
      <w:r>
        <w:rPr>
          <w:noProof/>
          <w:lang w:eastAsia="zh-CN"/>
        </w:rPr>
        <w:drawing>
          <wp:inline distT="0" distB="0" distL="0" distR="0">
            <wp:extent cx="5760720" cy="5147035"/>
            <wp:effectExtent l="0" t="0" r="0" b="0"/>
            <wp:docPr id="55" name="Picture 55" descr="图 2.9-1 吸盘吊重测试实验图片" title="图 2.9-1 吸盘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2_image_03.png"/>
                    <pic:cNvPicPr/>
                  </pic:nvPicPr>
                  <pic:blipFill>
                    <a:blip r:embed="rId49"/>
                    <a:stretch>
                      <a:fillRect/>
                    </a:stretch>
                  </pic:blipFill>
                  <pic:spPr>
                    <a:xfrm>
                      <a:off x="0" y="0"/>
                      <a:ext cx="5760720" cy="5147035"/>
                    </a:xfrm>
                    <a:prstGeom prst="rect">
                      <a:avLst/>
                    </a:prstGeom>
                  </pic:spPr>
                </pic:pic>
              </a:graphicData>
            </a:graphic>
          </wp:inline>
        </w:drawing>
      </w:r>
    </w:p>
    <w:p w:rsidR="00DD15AE" w:rsidRDefault="002D16FE">
      <w:pPr>
        <w:spacing w:after="160"/>
        <w:jc w:val="center"/>
        <w:rPr>
          <w:lang w:eastAsia="zh-CN"/>
        </w:rPr>
      </w:pPr>
      <w:r>
        <w:rPr>
          <w:sz w:val="18"/>
          <w:lang w:eastAsia="zh-CN"/>
        </w:rPr>
        <w:t>Figure 2.9-1 Suction-cup hanging-load test image</w:t>
      </w:r>
    </w:p>
    <w:p w:rsidR="00DD15AE" w:rsidRDefault="002D16FE">
      <w:pPr>
        <w:keepNext/>
        <w:jc w:val="center"/>
      </w:pPr>
      <w:r>
        <w:rPr>
          <w:noProof/>
          <w:lang w:eastAsia="zh-CN"/>
        </w:rPr>
        <w:lastRenderedPageBreak/>
        <w:drawing>
          <wp:inline distT="0" distB="0" distL="0" distR="0">
            <wp:extent cx="5760720" cy="4938763"/>
            <wp:effectExtent l="0" t="0" r="0" b="0"/>
            <wp:docPr id="56" name="Picture 56" descr="图 2.9-2 吸盘吊重测试实验图片" title="图 2.9-2 吸盘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8_image_03.png"/>
                    <pic:cNvPicPr/>
                  </pic:nvPicPr>
                  <pic:blipFill>
                    <a:blip r:embed="rId56"/>
                    <a:stretch>
                      <a:fillRect/>
                    </a:stretch>
                  </pic:blipFill>
                  <pic:spPr>
                    <a:xfrm>
                      <a:off x="0" y="0"/>
                      <a:ext cx="5760720" cy="4938763"/>
                    </a:xfrm>
                    <a:prstGeom prst="rect">
                      <a:avLst/>
                    </a:prstGeom>
                  </pic:spPr>
                </pic:pic>
              </a:graphicData>
            </a:graphic>
          </wp:inline>
        </w:drawing>
      </w:r>
    </w:p>
    <w:p w:rsidR="00DD15AE" w:rsidRDefault="002D16FE">
      <w:pPr>
        <w:spacing w:after="160"/>
        <w:jc w:val="center"/>
        <w:rPr>
          <w:lang w:eastAsia="zh-CN"/>
        </w:rPr>
      </w:pPr>
      <w:r>
        <w:rPr>
          <w:sz w:val="18"/>
          <w:lang w:eastAsia="zh-CN"/>
        </w:rPr>
        <w:t>Figure 2.9-2 Suction-cup hanging-load test image</w:t>
      </w:r>
    </w:p>
    <w:p w:rsidR="00DD15AE" w:rsidRDefault="002D16FE">
      <w:pPr>
        <w:keepNext/>
        <w:jc w:val="center"/>
      </w:pPr>
      <w:r>
        <w:rPr>
          <w:noProof/>
          <w:lang w:eastAsia="zh-CN"/>
        </w:rPr>
        <w:lastRenderedPageBreak/>
        <w:drawing>
          <wp:inline distT="0" distB="0" distL="0" distR="0">
            <wp:extent cx="5760720" cy="5530291"/>
            <wp:effectExtent l="0" t="0" r="0" b="0"/>
            <wp:docPr id="57" name="Picture 57" descr="图 2.9-3 吸盘吊重测试实验图片" title="图 2.9-3 吸盘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8_image_04.png"/>
                    <pic:cNvPicPr/>
                  </pic:nvPicPr>
                  <pic:blipFill>
                    <a:blip r:embed="rId57"/>
                    <a:stretch>
                      <a:fillRect/>
                    </a:stretch>
                  </pic:blipFill>
                  <pic:spPr>
                    <a:xfrm>
                      <a:off x="0" y="0"/>
                      <a:ext cx="5760720" cy="5530291"/>
                    </a:xfrm>
                    <a:prstGeom prst="rect">
                      <a:avLst/>
                    </a:prstGeom>
                  </pic:spPr>
                </pic:pic>
              </a:graphicData>
            </a:graphic>
          </wp:inline>
        </w:drawing>
      </w:r>
    </w:p>
    <w:p w:rsidR="00DD15AE" w:rsidRDefault="002D16FE">
      <w:pPr>
        <w:spacing w:after="160"/>
        <w:jc w:val="center"/>
        <w:rPr>
          <w:lang w:eastAsia="zh-CN"/>
        </w:rPr>
      </w:pPr>
      <w:r>
        <w:rPr>
          <w:sz w:val="18"/>
          <w:lang w:eastAsia="zh-CN"/>
        </w:rPr>
        <w:t>Figure 2.9-3 Suction-cup hanging-load test image</w:t>
      </w:r>
    </w:p>
    <w:p w:rsidR="00DD15AE" w:rsidRDefault="002D16FE">
      <w:pPr>
        <w:keepNext/>
        <w:jc w:val="center"/>
      </w:pPr>
      <w:r>
        <w:rPr>
          <w:noProof/>
          <w:lang w:eastAsia="zh-CN"/>
        </w:rPr>
        <w:lastRenderedPageBreak/>
        <w:drawing>
          <wp:inline distT="0" distB="0" distL="0" distR="0">
            <wp:extent cx="5328305" cy="5577840"/>
            <wp:effectExtent l="0" t="0" r="0" b="0"/>
            <wp:docPr id="58" name="Picture 58" descr="图 2.9-4 吸盘吊重测试实验图片" title="图 2.9-4 吸盘吊重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8_image_05.png"/>
                    <pic:cNvPicPr/>
                  </pic:nvPicPr>
                  <pic:blipFill>
                    <a:blip r:embed="rId58"/>
                    <a:stretch>
                      <a:fillRect/>
                    </a:stretch>
                  </pic:blipFill>
                  <pic:spPr>
                    <a:xfrm>
                      <a:off x="0" y="0"/>
                      <a:ext cx="5328305"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2.9-4 Suction-cup hanging-load test image</w:t>
      </w:r>
    </w:p>
    <w:p w:rsidR="00DD15AE" w:rsidRDefault="002D16FE">
      <w:pPr>
        <w:pStyle w:val="31"/>
      </w:pPr>
      <w:r>
        <w:t xml:space="preserve">2.9.8.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044CEF">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2025.8.16</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044CEF">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2025.8.16</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1"/>
      </w:pPr>
      <w:r>
        <w:lastRenderedPageBreak/>
        <w:t>3. EMC</w:t>
      </w:r>
    </w:p>
    <w:p w:rsidR="00DD15AE" w:rsidRDefault="002D16FE">
      <w:pPr>
        <w:pStyle w:val="21"/>
        <w:rPr>
          <w:lang w:eastAsia="zh-CN"/>
        </w:rPr>
      </w:pPr>
      <w:r>
        <w:rPr>
          <w:lang w:eastAsia="zh-CN"/>
        </w:rPr>
        <w:t>3.1. ESD</w:t>
      </w:r>
      <w:r>
        <w:rPr>
          <w:lang w:eastAsia="zh-CN"/>
        </w:rPr>
        <w:t xml:space="preserve"> (Electrostatic Discharge Immunity)</w:t>
      </w:r>
    </w:p>
    <w:p w:rsidR="00DD15AE" w:rsidRDefault="002D16FE">
      <w:pPr>
        <w:pStyle w:val="31"/>
      </w:pPr>
      <w:r>
        <w:t xml:space="preserve">3.1.1.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EMC</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ESD (Electrostatic Discharge Immunity)</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ESD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3.1.2. </w:t>
      </w:r>
      <w:r>
        <w:t>Test Conditions and Methods</w:t>
      </w:r>
    </w:p>
    <w:p w:rsidR="00DD15AE" w:rsidRDefault="002D16FE">
      <w:pPr>
        <w:rPr>
          <w:lang w:eastAsia="zh-CN"/>
        </w:rPr>
      </w:pPr>
      <w:r>
        <w:rPr>
          <w:lang w:eastAsia="zh-CN"/>
        </w:rPr>
        <w:t xml:space="preserve">1) Connect the product to a </w:t>
      </w:r>
      <w:proofErr w:type="gramStart"/>
      <w:r>
        <w:rPr>
          <w:lang w:eastAsia="zh-CN"/>
        </w:rPr>
        <w:t xml:space="preserve">phone via Bluetooth and </w:t>
      </w:r>
      <w:proofErr w:type="gramEnd"/>
      <w:r>
        <w:rPr>
          <w:lang w:eastAsia="zh-CN"/>
        </w:rPr>
        <w:t>play music; adjust the equipment and begin testing.</w:t>
      </w:r>
    </w:p>
    <w:p w:rsidR="00DD15AE" w:rsidRDefault="002D16FE">
      <w:pPr>
        <w:rPr>
          <w:lang w:eastAsia="zh-CN"/>
        </w:rPr>
      </w:pPr>
      <w:r>
        <w:rPr>
          <w:lang w:eastAsia="zh-CN"/>
        </w:rPr>
        <w:t>2) Contact ESD: ±4KV (exposed metal parts); apply 10 discharges to the USB contact on each product.</w:t>
      </w:r>
    </w:p>
    <w:p w:rsidR="00DD15AE" w:rsidRDefault="002D16FE">
      <w:pPr>
        <w:rPr>
          <w:lang w:eastAsia="zh-CN"/>
        </w:rPr>
      </w:pPr>
      <w:r>
        <w:rPr>
          <w:lang w:eastAsia="zh-CN"/>
        </w:rPr>
        <w:t>3) Air ESD: ±8KV (buttons, gaps, etc.); apply 10 discharges to different points on each product's plastic surface.</w:t>
      </w:r>
    </w:p>
    <w:p w:rsidR="00DD15AE" w:rsidRDefault="002D16FE">
      <w:pPr>
        <w:rPr>
          <w:lang w:eastAsia="zh-CN"/>
        </w:rPr>
      </w:pPr>
      <w:r>
        <w:rPr>
          <w:lang w:eastAsia="zh-CN"/>
        </w:rPr>
        <w:t>4) Keep the product operating throughout testing.</w:t>
      </w:r>
    </w:p>
    <w:p w:rsidR="00DD15AE" w:rsidRDefault="002D16FE">
      <w:pPr>
        <w:pStyle w:val="31"/>
        <w:rPr>
          <w:lang w:eastAsia="zh-CN"/>
        </w:rPr>
      </w:pPr>
      <w:r>
        <w:rPr>
          <w:lang w:eastAsia="zh-CN"/>
        </w:rPr>
        <w:t xml:space="preserve">3.1.3. </w:t>
      </w:r>
      <w:r>
        <w:rPr>
          <w:lang w:eastAsia="zh-CN"/>
        </w:rPr>
        <w:t>Test Standard Requirements and Test Records</w:t>
      </w:r>
    </w:p>
    <w:p w:rsidR="00DD15AE" w:rsidRDefault="002D16FE">
      <w:pPr>
        <w:rPr>
          <w:lang w:eastAsia="zh-CN"/>
        </w:rPr>
      </w:pPr>
      <w:r>
        <w:rPr>
          <w:lang w:eastAsia="zh-CN"/>
        </w:rPr>
        <w:t>A pass requires no automatic shutdown or damage to the product's functions throughout the test and at completion.</w:t>
      </w:r>
    </w:p>
    <w:p w:rsidR="00DD15AE" w:rsidRDefault="002D16FE">
      <w:pPr>
        <w:pStyle w:val="31"/>
        <w:rPr>
          <w:lang w:eastAsia="zh-CN"/>
        </w:rPr>
      </w:pPr>
      <w:r>
        <w:rPr>
          <w:lang w:eastAsia="zh-CN"/>
        </w:rPr>
        <w:t xml:space="preserve">3.1.4.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BACL Laboratory</w:t>
      </w:r>
    </w:p>
    <w:p w:rsidR="00DD15AE" w:rsidRDefault="002D16FE">
      <w:pPr>
        <w:rPr>
          <w:lang w:eastAsia="zh-CN"/>
        </w:rPr>
      </w:pPr>
      <w:r>
        <w:rPr>
          <w:lang w:eastAsia="zh-CN"/>
        </w:rPr>
        <w:t>3) Phone</w:t>
      </w:r>
    </w:p>
    <w:p w:rsidR="00DD15AE" w:rsidRDefault="002D16FE">
      <w:pPr>
        <w:pStyle w:val="31"/>
        <w:rPr>
          <w:lang w:eastAsia="zh-CN"/>
        </w:rPr>
      </w:pPr>
      <w:r>
        <w:rPr>
          <w:lang w:eastAsia="zh-CN"/>
        </w:rPr>
        <w:lastRenderedPageBreak/>
        <w:t xml:space="preserve">3.1.5. </w:t>
      </w:r>
      <w:r>
        <w:rPr>
          <w:lang w:eastAsia="zh-CN"/>
        </w:rPr>
        <w:t>Test Results</w:t>
      </w:r>
    </w:p>
    <w:p w:rsidR="00DD15AE" w:rsidRDefault="002D16FE">
      <w:pPr>
        <w:rPr>
          <w:lang w:eastAsia="zh-CN"/>
        </w:rPr>
      </w:pPr>
      <w:r>
        <w:rPr>
          <w:lang w:eastAsia="zh-CN"/>
        </w:rPr>
        <w:t xml:space="preserve">Testing </w:t>
      </w:r>
      <w:proofErr w:type="gramStart"/>
      <w:r>
        <w:rPr>
          <w:lang w:eastAsia="zh-CN"/>
        </w:rPr>
        <w:t xml:space="preserve">showed </w:t>
      </w:r>
      <w:proofErr w:type="gramEnd"/>
      <w:r>
        <w:rPr>
          <w:lang w:eastAsia="zh-CN"/>
        </w:rPr>
        <w:t>that the product met the ESD requirements and functioned normally during testing; the product passes.</w:t>
      </w:r>
    </w:p>
    <w:p w:rsidR="00DD15AE" w:rsidRDefault="002D16FE">
      <w:pPr>
        <w:pStyle w:val="31"/>
      </w:pPr>
      <w:r>
        <w:t xml:space="preserve">3.1.6. </w:t>
      </w:r>
      <w:r>
        <w:t>Images of the Test Procedure and Results</w:t>
      </w:r>
    </w:p>
    <w:p w:rsidR="00DD15AE" w:rsidRDefault="002D16FE">
      <w:pPr>
        <w:keepNext/>
        <w:jc w:val="center"/>
      </w:pPr>
      <w:r>
        <w:rPr>
          <w:noProof/>
          <w:lang w:eastAsia="zh-CN"/>
        </w:rPr>
        <w:drawing>
          <wp:inline distT="0" distB="0" distL="0" distR="0">
            <wp:extent cx="5760720" cy="4268435"/>
            <wp:effectExtent l="0" t="0" r="0" b="0"/>
            <wp:docPr id="59" name="Picture 59" descr="图 3.1-1 ESD（静电放电抗扰度）实验图片" title="图 3.1-1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2.png"/>
                    <pic:cNvPicPr/>
                  </pic:nvPicPr>
                  <pic:blipFill>
                    <a:blip r:embed="rId59"/>
                    <a:stretch>
                      <a:fillRect/>
                    </a:stretch>
                  </pic:blipFill>
                  <pic:spPr>
                    <a:xfrm>
                      <a:off x="0" y="0"/>
                      <a:ext cx="5760720" cy="4268435"/>
                    </a:xfrm>
                    <a:prstGeom prst="rect">
                      <a:avLst/>
                    </a:prstGeom>
                  </pic:spPr>
                </pic:pic>
              </a:graphicData>
            </a:graphic>
          </wp:inline>
        </w:drawing>
      </w:r>
    </w:p>
    <w:p w:rsidR="00DD15AE" w:rsidRDefault="002D16FE">
      <w:pPr>
        <w:spacing w:after="160"/>
        <w:jc w:val="center"/>
        <w:rPr>
          <w:lang w:eastAsia="zh-CN"/>
        </w:rPr>
      </w:pPr>
      <w:r>
        <w:rPr>
          <w:sz w:val="18"/>
          <w:lang w:eastAsia="zh-CN"/>
        </w:rPr>
        <w:t>Figure 3.1-1 ESD (electrostatic discharge immunity) test image</w:t>
      </w:r>
    </w:p>
    <w:p w:rsidR="00DD15AE" w:rsidRDefault="002D16FE">
      <w:pPr>
        <w:keepNext/>
        <w:jc w:val="center"/>
      </w:pPr>
      <w:r>
        <w:rPr>
          <w:noProof/>
          <w:lang w:eastAsia="zh-CN"/>
        </w:rPr>
        <w:lastRenderedPageBreak/>
        <w:drawing>
          <wp:inline distT="0" distB="0" distL="0" distR="0">
            <wp:extent cx="5760720" cy="4669604"/>
            <wp:effectExtent l="0" t="0" r="0" b="0"/>
            <wp:docPr id="60" name="Picture 60" descr="图 3.1-2 ESD（静电放电抗扰度）实验图片" title="图 3.1-2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3.png"/>
                    <pic:cNvPicPr/>
                  </pic:nvPicPr>
                  <pic:blipFill>
                    <a:blip r:embed="rId60"/>
                    <a:stretch>
                      <a:fillRect/>
                    </a:stretch>
                  </pic:blipFill>
                  <pic:spPr>
                    <a:xfrm>
                      <a:off x="0" y="0"/>
                      <a:ext cx="5760720" cy="4669604"/>
                    </a:xfrm>
                    <a:prstGeom prst="rect">
                      <a:avLst/>
                    </a:prstGeom>
                  </pic:spPr>
                </pic:pic>
              </a:graphicData>
            </a:graphic>
          </wp:inline>
        </w:drawing>
      </w:r>
    </w:p>
    <w:p w:rsidR="00DD15AE" w:rsidRDefault="002D16FE">
      <w:pPr>
        <w:spacing w:after="160"/>
        <w:jc w:val="center"/>
        <w:rPr>
          <w:lang w:eastAsia="zh-CN"/>
        </w:rPr>
      </w:pPr>
      <w:r>
        <w:rPr>
          <w:sz w:val="18"/>
          <w:lang w:eastAsia="zh-CN"/>
        </w:rPr>
        <w:t>Figure 3.1-2 ESD (electrostatic discharge immunity) test image</w:t>
      </w:r>
    </w:p>
    <w:p w:rsidR="00DD15AE" w:rsidRDefault="002D16FE">
      <w:pPr>
        <w:keepNext/>
        <w:jc w:val="center"/>
      </w:pPr>
      <w:r>
        <w:rPr>
          <w:noProof/>
          <w:lang w:eastAsia="zh-CN"/>
        </w:rPr>
        <w:lastRenderedPageBreak/>
        <w:drawing>
          <wp:inline distT="0" distB="0" distL="0" distR="0">
            <wp:extent cx="5760720" cy="4932318"/>
            <wp:effectExtent l="0" t="0" r="0" b="0"/>
            <wp:docPr id="61" name="Picture 61" descr="图 3.1-3 ESD（静电放电抗扰度）实验图片" title="图 3.1-3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4.png"/>
                    <pic:cNvPicPr/>
                  </pic:nvPicPr>
                  <pic:blipFill>
                    <a:blip r:embed="rId61"/>
                    <a:stretch>
                      <a:fillRect/>
                    </a:stretch>
                  </pic:blipFill>
                  <pic:spPr>
                    <a:xfrm>
                      <a:off x="0" y="0"/>
                      <a:ext cx="5760720" cy="4932318"/>
                    </a:xfrm>
                    <a:prstGeom prst="rect">
                      <a:avLst/>
                    </a:prstGeom>
                  </pic:spPr>
                </pic:pic>
              </a:graphicData>
            </a:graphic>
          </wp:inline>
        </w:drawing>
      </w:r>
    </w:p>
    <w:p w:rsidR="00DD15AE" w:rsidRDefault="002D16FE">
      <w:pPr>
        <w:spacing w:after="160"/>
        <w:jc w:val="center"/>
        <w:rPr>
          <w:lang w:eastAsia="zh-CN"/>
        </w:rPr>
      </w:pPr>
      <w:r>
        <w:rPr>
          <w:sz w:val="18"/>
          <w:lang w:eastAsia="zh-CN"/>
        </w:rPr>
        <w:t>Figure 3.1-3 ESD (electrostatic discharge immunity) test image</w:t>
      </w:r>
    </w:p>
    <w:p w:rsidR="00DD15AE" w:rsidRDefault="002D16FE">
      <w:pPr>
        <w:keepNext/>
        <w:jc w:val="center"/>
      </w:pPr>
      <w:r>
        <w:rPr>
          <w:noProof/>
          <w:lang w:eastAsia="zh-CN"/>
        </w:rPr>
        <w:lastRenderedPageBreak/>
        <w:drawing>
          <wp:inline distT="0" distB="0" distL="0" distR="0">
            <wp:extent cx="5760720" cy="4826549"/>
            <wp:effectExtent l="0" t="0" r="0" b="0"/>
            <wp:docPr id="62" name="Picture 62" descr="图 3.1-4 ESD（静电放电抗扰度）实验图片" title="图 3.1-4 ESD（静电放电抗扰度）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4_image_05.png"/>
                    <pic:cNvPicPr/>
                  </pic:nvPicPr>
                  <pic:blipFill>
                    <a:blip r:embed="rId62"/>
                    <a:stretch>
                      <a:fillRect/>
                    </a:stretch>
                  </pic:blipFill>
                  <pic:spPr>
                    <a:xfrm>
                      <a:off x="0" y="0"/>
                      <a:ext cx="5760720" cy="4826549"/>
                    </a:xfrm>
                    <a:prstGeom prst="rect">
                      <a:avLst/>
                    </a:prstGeom>
                  </pic:spPr>
                </pic:pic>
              </a:graphicData>
            </a:graphic>
          </wp:inline>
        </w:drawing>
      </w:r>
    </w:p>
    <w:p w:rsidR="00DD15AE" w:rsidRDefault="002D16FE">
      <w:pPr>
        <w:spacing w:after="160"/>
        <w:jc w:val="center"/>
        <w:rPr>
          <w:lang w:eastAsia="zh-CN"/>
        </w:rPr>
      </w:pPr>
      <w:r>
        <w:rPr>
          <w:sz w:val="18"/>
          <w:lang w:eastAsia="zh-CN"/>
        </w:rPr>
        <w:t>Figure 3.1-4 ESD (electrostatic discharge immunity) test image</w:t>
      </w:r>
    </w:p>
    <w:p w:rsidR="00DD15AE" w:rsidRDefault="002D16FE">
      <w:pPr>
        <w:pStyle w:val="31"/>
      </w:pPr>
      <w:r>
        <w:t xml:space="preserve">3.1.7.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044CEF">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044CEF">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2025.5.21</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1"/>
      </w:pPr>
      <w:r>
        <w:lastRenderedPageBreak/>
        <w:t xml:space="preserve">4. </w:t>
      </w:r>
      <w:r>
        <w:t>Component Reliability</w:t>
      </w:r>
    </w:p>
    <w:p w:rsidR="00DD15AE" w:rsidRDefault="002D16FE">
      <w:pPr>
        <w:pStyle w:val="21"/>
      </w:pPr>
      <w:r>
        <w:t xml:space="preserve">4.1. </w:t>
      </w:r>
      <w:r>
        <w:t xml:space="preserve">Alcohol Resistance </w:t>
      </w:r>
      <w:r>
        <w:t/>
      </w:r>
      <w:r>
        <w:t>Test (Screen Printing + Laser Engraving)</w:t>
      </w:r>
    </w:p>
    <w:p w:rsidR="00DD15AE" w:rsidRDefault="002D16FE">
      <w:pPr>
        <w:pStyle w:val="31"/>
      </w:pPr>
      <w:r>
        <w:t xml:space="preserve">4.1.1.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 xml:space="preserve">Alcohol Resistance Test (Screen Printing + </w:t>
            </w:r>
            <w:proofErr w:type="gramStart"/>
            <w:r>
              <w:rPr>
                <w:sz w:val="19"/>
                <w:lang w:eastAsia="zh-CN"/>
              </w:rPr>
              <w:t>Laser Engraving)</w:t>
            </w:r>
            <w:proofErr w:type="gramEnd"/>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Screen Printing Alcohol Abrasion Test Report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2025.6.6、7.14</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2025.6.6</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4.1.2. </w:t>
      </w:r>
      <w:r>
        <w:t>Test Conditions and Methods</w:t>
      </w:r>
    </w:p>
    <w:p w:rsidR="00DD15AE" w:rsidRDefault="002D16FE">
      <w:pPr>
        <w:rPr>
          <w:lang w:eastAsia="zh-CN"/>
        </w:rPr>
      </w:pPr>
      <w:r>
        <w:rPr>
          <w:lang w:eastAsia="zh-CN"/>
        </w:rPr>
        <w:t>1) Inspect the appearance of 2 pilot-production units and confirm it is OK.</w:t>
      </w:r>
    </w:p>
    <w:p w:rsidR="00DD15AE" w:rsidRDefault="002D16FE">
      <w:pPr>
        <w:rPr>
          <w:lang w:eastAsia="zh-CN"/>
        </w:rPr>
      </w:pPr>
      <w:r>
        <w:rPr>
          <w:lang w:eastAsia="zh-CN"/>
        </w:rPr>
        <w:t>2) Wrap a 500g weight in white cotton cloth, soak with 95% alcohol, and use the instrument to rub back and forth horizontally 50 times at 30 times per minute.</w:t>
      </w:r>
    </w:p>
    <w:p w:rsidR="00DD15AE" w:rsidRDefault="002D16FE">
      <w:pPr>
        <w:pStyle w:val="31"/>
        <w:rPr>
          <w:lang w:eastAsia="zh-CN"/>
        </w:rPr>
      </w:pPr>
      <w:r>
        <w:rPr>
          <w:lang w:eastAsia="zh-CN"/>
        </w:rPr>
        <w:t xml:space="preserve">4.1.3. </w:t>
      </w:r>
      <w:r>
        <w:rPr>
          <w:lang w:eastAsia="zh-CN"/>
        </w:rPr>
        <w:t>Test Standard Requirements and Test Records</w:t>
      </w:r>
    </w:p>
    <w:p w:rsidR="00DD15AE" w:rsidRDefault="002D16FE">
      <w:pPr>
        <w:rPr>
          <w:lang w:eastAsia="zh-CN"/>
        </w:rPr>
      </w:pPr>
      <w:r>
        <w:rPr>
          <w:lang w:eastAsia="zh-CN"/>
        </w:rPr>
        <w:t xml:space="preserve">1) The LOGO, paint, and screen printing must </w:t>
      </w:r>
      <w:proofErr w:type="gramStart"/>
      <w:r>
        <w:rPr>
          <w:lang w:eastAsia="zh-CN"/>
        </w:rPr>
        <w:t xml:space="preserve">show no peeling, </w:t>
      </w:r>
      <w:proofErr w:type="gramEnd"/>
      <w:r>
        <w:rPr>
          <w:lang w:eastAsia="zh-CN"/>
        </w:rPr>
        <w:t>exposed substrate, blistering, discoloration, or other defects.</w:t>
      </w:r>
    </w:p>
    <w:p w:rsidR="00DD15AE" w:rsidRDefault="002D16FE">
      <w:pPr>
        <w:pStyle w:val="31"/>
        <w:rPr>
          <w:lang w:eastAsia="zh-CN"/>
        </w:rPr>
      </w:pPr>
      <w:r>
        <w:rPr>
          <w:lang w:eastAsia="zh-CN"/>
        </w:rPr>
        <w:t xml:space="preserve">4.1.4. </w:t>
      </w:r>
      <w:r>
        <w:rPr>
          <w:lang w:eastAsia="zh-CN"/>
        </w:rPr>
        <w:t xml:space="preserve">Equipment and </w:t>
      </w:r>
      <w:r w:rsidR="00044CEF">
        <w:rPr>
          <w:lang w:eastAsia="zh-CN"/>
        </w:rPr>
        <w:t/>
      </w:r>
      <w:r>
        <w:rPr>
          <w:lang w:eastAsia="zh-CN"/>
        </w:rPr>
        <w:t>Tools Used</w:t>
      </w:r>
    </w:p>
    <w:p w:rsidR="00DD15AE" w:rsidRDefault="002D16FE">
      <w:pPr>
        <w:rPr>
          <w:lang w:eastAsia="zh-CN"/>
        </w:rPr>
      </w:pPr>
      <w:r>
        <w:rPr>
          <w:lang w:eastAsia="zh-CN"/>
        </w:rPr>
        <w:t>1) Test samples 2*psc+3pcs</w:t>
      </w:r>
    </w:p>
    <w:p w:rsidR="00DD15AE" w:rsidRDefault="002D16FE">
      <w:pPr>
        <w:rPr>
          <w:lang w:eastAsia="zh-CN"/>
        </w:rPr>
      </w:pPr>
      <w:r>
        <w:rPr>
          <w:lang w:eastAsia="zh-CN"/>
        </w:rPr>
        <w:t>2) Use a 500g weight.</w:t>
      </w:r>
    </w:p>
    <w:p w:rsidR="00DD15AE" w:rsidRDefault="002D16FE">
      <w:pPr>
        <w:pStyle w:val="31"/>
        <w:rPr>
          <w:lang w:eastAsia="zh-CN"/>
        </w:rPr>
      </w:pPr>
      <w:r>
        <w:rPr>
          <w:lang w:eastAsia="zh-CN"/>
        </w:rPr>
        <w:t xml:space="preserve">4.1.5. </w:t>
      </w:r>
      <w:r>
        <w:rPr>
          <w:lang w:eastAsia="zh-CN"/>
        </w:rPr>
        <w:t>Test Procedure</w:t>
      </w:r>
    </w:p>
    <w:p w:rsidR="00DD15AE" w:rsidRDefault="002D16FE">
      <w:pPr>
        <w:rPr>
          <w:lang w:eastAsia="zh-CN"/>
        </w:rPr>
      </w:pPr>
      <w:r>
        <w:rPr>
          <w:lang w:eastAsia="zh-CN"/>
        </w:rPr>
        <w:t>1) Photo before testing</w:t>
      </w:r>
    </w:p>
    <w:p w:rsidR="00DD15AE" w:rsidRDefault="002D16FE">
      <w:pPr>
        <w:rPr>
          <w:lang w:eastAsia="zh-CN"/>
        </w:rPr>
      </w:pPr>
      <w:r>
        <w:rPr>
          <w:lang w:eastAsia="zh-CN"/>
        </w:rPr>
        <w:t>2) Place and secure the product in the abrasion tester and test with a 500g weight.</w:t>
      </w:r>
    </w:p>
    <w:p w:rsidR="00DD15AE" w:rsidRDefault="002D16FE">
      <w:pPr>
        <w:rPr>
          <w:lang w:eastAsia="zh-CN"/>
        </w:rPr>
      </w:pPr>
      <w:r>
        <w:rPr>
          <w:lang w:eastAsia="zh-CN"/>
        </w:rPr>
        <w:lastRenderedPageBreak/>
        <w:t xml:space="preserve">3) Secure the product on the abrasion </w:t>
      </w:r>
      <w:proofErr w:type="gramStart"/>
      <w:r>
        <w:rPr>
          <w:lang w:eastAsia="zh-CN"/>
        </w:rPr>
        <w:t xml:space="preserve">tester, set </w:t>
      </w:r>
      <w:proofErr w:type="gramEnd"/>
      <w:r>
        <w:rPr>
          <w:lang w:eastAsia="zh-CN"/>
        </w:rPr>
        <w:t>30 cycles, and set the speed to 20-30/minute.</w:t>
      </w:r>
    </w:p>
    <w:p w:rsidR="00DD15AE" w:rsidRDefault="002D16FE">
      <w:pPr>
        <w:rPr>
          <w:lang w:eastAsia="zh-CN"/>
        </w:rPr>
      </w:pPr>
      <w:r>
        <w:rPr>
          <w:lang w:eastAsia="zh-CN"/>
        </w:rPr>
        <w:t>4) After the alcohol abrasion test, inspection found slight peeling and minor scratches on the surface and screen printing, within the acceptable range.</w:t>
      </w:r>
    </w:p>
    <w:p w:rsidR="00DD15AE" w:rsidRDefault="002D16FE">
      <w:pPr>
        <w:pStyle w:val="31"/>
        <w:rPr>
          <w:lang w:eastAsia="zh-CN"/>
        </w:rPr>
      </w:pPr>
      <w:r>
        <w:rPr>
          <w:lang w:eastAsia="zh-CN"/>
        </w:rPr>
        <w:t xml:space="preserve">4.1.6. </w:t>
      </w:r>
      <w:r>
        <w:rPr>
          <w:lang w:eastAsia="zh-CN"/>
        </w:rPr>
        <w:t>Test Results</w:t>
      </w:r>
    </w:p>
    <w:p w:rsidR="00DD15AE" w:rsidRDefault="002D16FE">
      <w:pPr>
        <w:rPr>
          <w:lang w:eastAsia="zh-CN"/>
        </w:rPr>
      </w:pPr>
      <w:r>
        <w:rPr>
          <w:lang w:eastAsia="zh-CN"/>
        </w:rPr>
        <w:t>After the product's alcohol abrasion test, inspection found slight peeling and minor flaking on the surface and screen printing, within the acceptable range.</w:t>
      </w:r>
    </w:p>
    <w:p w:rsidR="00DD15AE" w:rsidRDefault="002D16FE">
      <w:pPr>
        <w:pStyle w:val="31"/>
      </w:pPr>
      <w:r>
        <w:t xml:space="preserve">4.1.7. </w:t>
      </w:r>
      <w:r>
        <w:t>Images of the Test Procedure and Results</w:t>
      </w:r>
    </w:p>
    <w:p w:rsidR="00DD15AE" w:rsidRDefault="002D16FE">
      <w:pPr>
        <w:keepNext/>
        <w:jc w:val="center"/>
      </w:pPr>
      <w:r>
        <w:rPr>
          <w:noProof/>
          <w:lang w:eastAsia="zh-CN"/>
        </w:rPr>
        <w:drawing>
          <wp:inline distT="0" distB="0" distL="0" distR="0">
            <wp:extent cx="5760720" cy="3955602"/>
            <wp:effectExtent l="0" t="0" r="0" b="0"/>
            <wp:docPr id="63" name="Picture 63" descr="图 4.1-1 （丝印+镭雕）耐醇试验实验图片" title="图 4.1-1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1.png"/>
                    <pic:cNvPicPr/>
                  </pic:nvPicPr>
                  <pic:blipFill>
                    <a:blip r:embed="rId63"/>
                    <a:stretch>
                      <a:fillRect/>
                    </a:stretch>
                  </pic:blipFill>
                  <pic:spPr>
                    <a:xfrm>
                      <a:off x="0" y="0"/>
                      <a:ext cx="5760720" cy="3955602"/>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4.1-1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274563"/>
            <wp:effectExtent l="0" t="0" r="0" b="0"/>
            <wp:docPr id="64" name="Picture 64" descr="图 4.1-2 （丝印+镭雕）耐醇试验实验图片" title="图 4.1-2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2.png"/>
                    <pic:cNvPicPr/>
                  </pic:nvPicPr>
                  <pic:blipFill>
                    <a:blip r:embed="rId64"/>
                    <a:stretch>
                      <a:fillRect/>
                    </a:stretch>
                  </pic:blipFill>
                  <pic:spPr>
                    <a:xfrm>
                      <a:off x="0" y="0"/>
                      <a:ext cx="5760720" cy="4274563"/>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4.1-2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671135"/>
            <wp:effectExtent l="0" t="0" r="0" b="0"/>
            <wp:docPr id="65" name="Picture 65" descr="图 4.1-3 （丝印+镭雕）耐醇试验实验图片" title="图 4.1-3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3.png"/>
                    <pic:cNvPicPr/>
                  </pic:nvPicPr>
                  <pic:blipFill>
                    <a:blip r:embed="rId65"/>
                    <a:stretch>
                      <a:fillRect/>
                    </a:stretch>
                  </pic:blipFill>
                  <pic:spPr>
                    <a:xfrm>
                      <a:off x="0" y="0"/>
                      <a:ext cx="5760720" cy="4671135"/>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4.1-3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3955602"/>
            <wp:effectExtent l="0" t="0" r="0" b="0"/>
            <wp:docPr id="66" name="Picture 66" descr="图 4.1-4 （丝印+镭雕）耐醇试验实验图片" title="图 4.1-4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1.png"/>
                    <pic:cNvPicPr/>
                  </pic:nvPicPr>
                  <pic:blipFill>
                    <a:blip r:embed="rId63"/>
                    <a:stretch>
                      <a:fillRect/>
                    </a:stretch>
                  </pic:blipFill>
                  <pic:spPr>
                    <a:xfrm>
                      <a:off x="0" y="0"/>
                      <a:ext cx="5760720" cy="3955602"/>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4.1-4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274563"/>
            <wp:effectExtent l="0" t="0" r="0" b="0"/>
            <wp:docPr id="67" name="Picture 67" descr="图 4.1-5 （丝印+镭雕）耐醇试验实验图片" title="图 4.1-5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2.png"/>
                    <pic:cNvPicPr/>
                  </pic:nvPicPr>
                  <pic:blipFill>
                    <a:blip r:embed="rId64"/>
                    <a:stretch>
                      <a:fillRect/>
                    </a:stretch>
                  </pic:blipFill>
                  <pic:spPr>
                    <a:xfrm>
                      <a:off x="0" y="0"/>
                      <a:ext cx="5760720" cy="4274563"/>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4.1-5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671135"/>
            <wp:effectExtent l="0" t="0" r="0" b="0"/>
            <wp:docPr id="68" name="Picture 68" descr="图 4.1-6 （丝印+镭雕）耐醇试验实验图片" title="图 4.1-6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3.png"/>
                    <pic:cNvPicPr/>
                  </pic:nvPicPr>
                  <pic:blipFill>
                    <a:blip r:embed="rId65"/>
                    <a:stretch>
                      <a:fillRect/>
                    </a:stretch>
                  </pic:blipFill>
                  <pic:spPr>
                    <a:xfrm>
                      <a:off x="0" y="0"/>
                      <a:ext cx="5760720" cy="4671135"/>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4.1-6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3835386"/>
            <wp:effectExtent l="0" t="0" r="0" b="0"/>
            <wp:docPr id="69" name="Picture 69" descr="图 4.1-7 （丝印+镭雕）耐醇试验实验图片" title="图 4.1-7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8.png"/>
                    <pic:cNvPicPr/>
                  </pic:nvPicPr>
                  <pic:blipFill>
                    <a:blip r:embed="rId66"/>
                    <a:stretch>
                      <a:fillRect/>
                    </a:stretch>
                  </pic:blipFill>
                  <pic:spPr>
                    <a:xfrm>
                      <a:off x="0" y="0"/>
                      <a:ext cx="5760720" cy="3835386"/>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4.1-7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453034" cy="5577840"/>
            <wp:effectExtent l="0" t="0" r="0" b="0"/>
            <wp:docPr id="70" name="Picture 70" descr="图 4.1-8 （丝印+镭雕）耐醇试验实验图片" title="图 4.1-8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9.png"/>
                    <pic:cNvPicPr/>
                  </pic:nvPicPr>
                  <pic:blipFill>
                    <a:blip r:embed="rId67"/>
                    <a:stretch>
                      <a:fillRect/>
                    </a:stretch>
                  </pic:blipFill>
                  <pic:spPr>
                    <a:xfrm>
                      <a:off x="0" y="0"/>
                      <a:ext cx="5453034" cy="5577840"/>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4.1-8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4900959" cy="5577840"/>
            <wp:effectExtent l="0" t="0" r="0" b="0"/>
            <wp:docPr id="71" name="Picture 71" descr="图 4.1-9 （丝印+镭雕）耐醇试验实验图片" title="图 4.1-9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10.png"/>
                    <pic:cNvPicPr/>
                  </pic:nvPicPr>
                  <pic:blipFill>
                    <a:blip r:embed="rId68"/>
                    <a:stretch>
                      <a:fillRect/>
                    </a:stretch>
                  </pic:blipFill>
                  <pic:spPr>
                    <a:xfrm>
                      <a:off x="0" y="0"/>
                      <a:ext cx="4900959" cy="5577840"/>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4.1-9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5348421"/>
            <wp:effectExtent l="0" t="0" r="0" b="0"/>
            <wp:docPr id="72" name="Picture 72" descr="图 4.1-10 （丝印+镭雕）耐醇试验实验图片" title="图 4.1-10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11.png"/>
                    <pic:cNvPicPr/>
                  </pic:nvPicPr>
                  <pic:blipFill>
                    <a:blip r:embed="rId69"/>
                    <a:stretch>
                      <a:fillRect/>
                    </a:stretch>
                  </pic:blipFill>
                  <pic:spPr>
                    <a:xfrm>
                      <a:off x="0" y="0"/>
                      <a:ext cx="5760720" cy="5348421"/>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4.1-10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830953"/>
            <wp:effectExtent l="0" t="0" r="0" b="0"/>
            <wp:docPr id="73" name="Picture 73" descr="图 4.1-11 （丝印+镭雕）耐醇试验实验图片" title="图 4.1-11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12.png"/>
                    <pic:cNvPicPr/>
                  </pic:nvPicPr>
                  <pic:blipFill>
                    <a:blip r:embed="rId70"/>
                    <a:stretch>
                      <a:fillRect/>
                    </a:stretch>
                  </pic:blipFill>
                  <pic:spPr>
                    <a:xfrm>
                      <a:off x="0" y="0"/>
                      <a:ext cx="5760720" cy="4830953"/>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4.1-11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keepNext/>
        <w:jc w:val="center"/>
      </w:pPr>
      <w:r>
        <w:rPr>
          <w:noProof/>
          <w:lang w:eastAsia="zh-CN"/>
        </w:rPr>
        <w:lastRenderedPageBreak/>
        <w:drawing>
          <wp:inline distT="0" distB="0" distL="0" distR="0">
            <wp:extent cx="5760720" cy="4722649"/>
            <wp:effectExtent l="0" t="0" r="0" b="0"/>
            <wp:docPr id="74" name="Picture 74" descr="图 4.1-12 （丝印+镭雕）耐醇试验实验图片" title="图 4.1-12 （丝印+镭雕）耐醇试验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13.png"/>
                    <pic:cNvPicPr/>
                  </pic:nvPicPr>
                  <pic:blipFill>
                    <a:blip r:embed="rId71"/>
                    <a:stretch>
                      <a:fillRect/>
                    </a:stretch>
                  </pic:blipFill>
                  <pic:spPr>
                    <a:xfrm>
                      <a:off x="0" y="0"/>
                      <a:ext cx="5760720" cy="4722649"/>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4.1-12 Alcohol resistance test (screen printing </w:t>
      </w:r>
      <w:proofErr w:type="gramStart"/>
      <w:r>
        <w:rPr>
          <w:sz w:val="18"/>
          <w:lang w:eastAsia="zh-CN"/>
        </w:rPr>
        <w:t xml:space="preserve">+ laser </w:t>
      </w:r>
      <w:proofErr w:type="gramEnd"/>
      <w:r>
        <w:rPr>
          <w:sz w:val="18"/>
          <w:lang w:eastAsia="zh-CN"/>
        </w:rPr>
        <w:t>engraving) image</w:t>
      </w:r>
    </w:p>
    <w:p w:rsidR="00DD15AE" w:rsidRDefault="002D16FE">
      <w:pPr>
        <w:pStyle w:val="31"/>
      </w:pPr>
      <w:r>
        <w:t xml:space="preserve">4.1.8.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38096E">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2025.7.14</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38096E">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2025.7.14</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rPr>
          <w:lang w:eastAsia="zh-CN"/>
        </w:rPr>
      </w:pPr>
      <w:r>
        <w:rPr>
          <w:lang w:eastAsia="zh-CN"/>
        </w:rPr>
        <w:lastRenderedPageBreak/>
        <w:t xml:space="preserve">4.2. </w:t>
      </w:r>
      <w:r>
        <w:rPr>
          <w:lang w:eastAsia="zh-CN"/>
        </w:rPr>
        <w:t xml:space="preserve">Eraser Abrasion Test </w:t>
      </w:r>
      <w:r>
        <w:rPr>
          <w:lang w:eastAsia="zh-CN"/>
        </w:rPr>
        <w:t xml:space="preserve">(Logo </w:t>
      </w:r>
      <w:r>
        <w:rPr>
          <w:lang w:eastAsia="zh-CN"/>
        </w:rPr>
        <w:t>Surface Coating)</w:t>
      </w:r>
    </w:p>
    <w:p w:rsidR="00DD15AE" w:rsidRDefault="002D16FE">
      <w:pPr>
        <w:pStyle w:val="31"/>
      </w:pPr>
      <w:r>
        <w:t xml:space="preserve">4.2.1.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Eraser Abrasion Test (Logo Surface Coating)</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Screen Printing Eraser Abrasion Test Report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2025.6.6</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2025.6.6</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4.2.2. </w:t>
      </w:r>
      <w:r>
        <w:t>Test Conditions and Methods</w:t>
      </w:r>
    </w:p>
    <w:p w:rsidR="00DD15AE" w:rsidRDefault="002D16FE">
      <w:pPr>
        <w:rPr>
          <w:lang w:eastAsia="zh-CN"/>
        </w:rPr>
      </w:pPr>
      <w:r>
        <w:rPr>
          <w:lang w:eastAsia="zh-CN"/>
        </w:rPr>
        <w:t>1) Inspect the appearance of 2 pilot-production units and confirm it is OK.</w:t>
      </w:r>
    </w:p>
    <w:p w:rsidR="00DD15AE" w:rsidRDefault="002D16FE">
      <w:pPr>
        <w:rPr>
          <w:lang w:eastAsia="zh-CN"/>
        </w:rPr>
      </w:pPr>
      <w:r>
        <w:rPr>
          <w:lang w:eastAsia="zh-CN"/>
        </w:rPr>
        <w:t>2) Wrap a 500g weight in white cotton cloth, apply the eraser, and use the instrument to rub back and forth horizontally 50 times at 30 times per minute.</w:t>
      </w:r>
    </w:p>
    <w:p w:rsidR="00DD15AE" w:rsidRDefault="002D16FE">
      <w:pPr>
        <w:pStyle w:val="31"/>
        <w:rPr>
          <w:lang w:eastAsia="zh-CN"/>
        </w:rPr>
      </w:pPr>
      <w:r>
        <w:rPr>
          <w:lang w:eastAsia="zh-CN"/>
        </w:rPr>
        <w:t xml:space="preserve">4.2.3. </w:t>
      </w:r>
      <w:r>
        <w:rPr>
          <w:lang w:eastAsia="zh-CN"/>
        </w:rPr>
        <w:t>Test Standard Requirements and Test Records</w:t>
      </w:r>
    </w:p>
    <w:p w:rsidR="00DD15AE" w:rsidRDefault="002D16FE">
      <w:pPr>
        <w:rPr>
          <w:lang w:eastAsia="zh-CN"/>
        </w:rPr>
      </w:pPr>
      <w:r>
        <w:rPr>
          <w:lang w:eastAsia="zh-CN"/>
        </w:rPr>
        <w:t xml:space="preserve">1) The LOGO, paint, and screen printing must </w:t>
      </w:r>
      <w:proofErr w:type="gramStart"/>
      <w:r>
        <w:rPr>
          <w:lang w:eastAsia="zh-CN"/>
        </w:rPr>
        <w:t xml:space="preserve">show no peeling, </w:t>
      </w:r>
      <w:proofErr w:type="gramEnd"/>
      <w:r>
        <w:rPr>
          <w:lang w:eastAsia="zh-CN"/>
        </w:rPr>
        <w:t>exposed substrate, blistering, discoloration, or other defects.</w:t>
      </w:r>
    </w:p>
    <w:p w:rsidR="00DD15AE" w:rsidRDefault="002D16FE">
      <w:pPr>
        <w:pStyle w:val="31"/>
        <w:rPr>
          <w:lang w:eastAsia="zh-CN"/>
        </w:rPr>
      </w:pPr>
      <w:r>
        <w:rPr>
          <w:lang w:eastAsia="zh-CN"/>
        </w:rPr>
        <w:t xml:space="preserve">4.2.4. </w:t>
      </w:r>
      <w:r>
        <w:rPr>
          <w:lang w:eastAsia="zh-CN"/>
        </w:rPr>
        <w:t>Equipment and Tools Used</w:t>
      </w:r>
    </w:p>
    <w:p w:rsidR="00DD15AE" w:rsidRDefault="002D16FE">
      <w:pPr>
        <w:rPr>
          <w:lang w:eastAsia="zh-CN"/>
        </w:rPr>
      </w:pPr>
      <w:r>
        <w:rPr>
          <w:lang w:eastAsia="zh-CN"/>
        </w:rPr>
        <w:t>1) Test samples 2*psc</w:t>
      </w:r>
    </w:p>
    <w:p w:rsidR="00DD15AE" w:rsidRDefault="002D16FE">
      <w:pPr>
        <w:rPr>
          <w:lang w:eastAsia="zh-CN"/>
        </w:rPr>
      </w:pPr>
      <w:r>
        <w:rPr>
          <w:lang w:eastAsia="zh-CN"/>
        </w:rPr>
        <w:t>2) Use a 500g weight.</w:t>
      </w:r>
    </w:p>
    <w:p w:rsidR="00DD15AE" w:rsidRDefault="002D16FE">
      <w:pPr>
        <w:pStyle w:val="31"/>
        <w:rPr>
          <w:lang w:eastAsia="zh-CN"/>
        </w:rPr>
      </w:pPr>
      <w:r>
        <w:rPr>
          <w:lang w:eastAsia="zh-CN"/>
        </w:rPr>
        <w:t xml:space="preserve">4.2.5. </w:t>
      </w:r>
      <w:r>
        <w:rPr>
          <w:lang w:eastAsia="zh-CN"/>
        </w:rPr>
        <w:t>Test Procedure</w:t>
      </w:r>
    </w:p>
    <w:p w:rsidR="00DD15AE" w:rsidRDefault="002D16FE">
      <w:pPr>
        <w:rPr>
          <w:lang w:eastAsia="zh-CN"/>
        </w:rPr>
      </w:pPr>
      <w:r>
        <w:rPr>
          <w:lang w:eastAsia="zh-CN"/>
        </w:rPr>
        <w:t>1) Photo before testing</w:t>
      </w:r>
    </w:p>
    <w:p w:rsidR="00DD15AE" w:rsidRDefault="002D16FE">
      <w:pPr>
        <w:rPr>
          <w:lang w:eastAsia="zh-CN"/>
        </w:rPr>
      </w:pPr>
      <w:r>
        <w:rPr>
          <w:lang w:eastAsia="zh-CN"/>
        </w:rPr>
        <w:t>2) Place and secure the product in the abrasion tester and test with a 500g weight.</w:t>
      </w:r>
    </w:p>
    <w:p w:rsidR="00DD15AE" w:rsidRDefault="002D16FE">
      <w:pPr>
        <w:rPr>
          <w:lang w:eastAsia="zh-CN"/>
        </w:rPr>
      </w:pPr>
      <w:r>
        <w:rPr>
          <w:lang w:eastAsia="zh-CN"/>
        </w:rPr>
        <w:t xml:space="preserve">3) Secure the product on the abrasion </w:t>
      </w:r>
      <w:proofErr w:type="gramStart"/>
      <w:r>
        <w:rPr>
          <w:lang w:eastAsia="zh-CN"/>
        </w:rPr>
        <w:t xml:space="preserve">tester, set </w:t>
      </w:r>
      <w:proofErr w:type="gramEnd"/>
      <w:r>
        <w:rPr>
          <w:lang w:eastAsia="zh-CN"/>
        </w:rPr>
        <w:t>50 cycles, and set the speed to 20-30/minute.</w:t>
      </w:r>
    </w:p>
    <w:p w:rsidR="00DD15AE" w:rsidRDefault="002D16FE">
      <w:pPr>
        <w:rPr>
          <w:lang w:eastAsia="zh-CN"/>
        </w:rPr>
      </w:pPr>
      <w:r>
        <w:rPr>
          <w:lang w:eastAsia="zh-CN"/>
        </w:rPr>
        <w:lastRenderedPageBreak/>
        <w:t>4) After the eraser abrasion test, inspection found slight peeling and minor scratches on the surface and screen printing, within the acceptable range.</w:t>
      </w:r>
    </w:p>
    <w:p w:rsidR="00DD15AE" w:rsidRDefault="002D16FE">
      <w:pPr>
        <w:pStyle w:val="31"/>
        <w:rPr>
          <w:lang w:eastAsia="zh-CN"/>
        </w:rPr>
      </w:pPr>
      <w:r>
        <w:rPr>
          <w:lang w:eastAsia="zh-CN"/>
        </w:rPr>
        <w:t xml:space="preserve">4.2.6. </w:t>
      </w:r>
      <w:r>
        <w:rPr>
          <w:lang w:eastAsia="zh-CN"/>
        </w:rPr>
        <w:t>Test Results</w:t>
      </w:r>
    </w:p>
    <w:p w:rsidR="00DD15AE" w:rsidRDefault="002D16FE">
      <w:pPr>
        <w:rPr>
          <w:lang w:eastAsia="zh-CN"/>
        </w:rPr>
      </w:pPr>
      <w:r>
        <w:rPr>
          <w:lang w:eastAsia="zh-CN"/>
        </w:rPr>
        <w:t>After the product's eraser abrasion test, inspection found slight peeling and minor flaking on the surface and screen printing, within the acceptable range.</w:t>
      </w:r>
    </w:p>
    <w:p w:rsidR="00DD15AE" w:rsidRDefault="002D16FE">
      <w:pPr>
        <w:pStyle w:val="31"/>
      </w:pPr>
      <w:r>
        <w:t xml:space="preserve">4.2.7. </w:t>
      </w:r>
      <w:r>
        <w:t>Images of the Test Procedure and Results</w:t>
      </w:r>
    </w:p>
    <w:p w:rsidR="00DD15AE" w:rsidRDefault="002D16FE">
      <w:pPr>
        <w:keepNext/>
        <w:jc w:val="center"/>
      </w:pPr>
      <w:r>
        <w:rPr>
          <w:noProof/>
          <w:lang w:eastAsia="zh-CN"/>
        </w:rPr>
        <w:drawing>
          <wp:inline distT="0" distB="0" distL="0" distR="0">
            <wp:extent cx="5760720" cy="3955602"/>
            <wp:effectExtent l="0" t="0" r="0" b="0"/>
            <wp:docPr id="75" name="Picture 75" descr="图 4.2-1 橡皮耐磨试验（logo表面镀层）实验图片" title="图 4.2-1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1.png"/>
                    <pic:cNvPicPr/>
                  </pic:nvPicPr>
                  <pic:blipFill>
                    <a:blip r:embed="rId63"/>
                    <a:stretch>
                      <a:fillRect/>
                    </a:stretch>
                  </pic:blipFill>
                  <pic:spPr>
                    <a:xfrm>
                      <a:off x="0" y="0"/>
                      <a:ext cx="5760720" cy="3955602"/>
                    </a:xfrm>
                    <a:prstGeom prst="rect">
                      <a:avLst/>
                    </a:prstGeom>
                  </pic:spPr>
                </pic:pic>
              </a:graphicData>
            </a:graphic>
          </wp:inline>
        </w:drawing>
      </w:r>
    </w:p>
    <w:p w:rsidR="00DD15AE" w:rsidRDefault="002D16FE">
      <w:pPr>
        <w:spacing w:after="160"/>
        <w:jc w:val="center"/>
        <w:rPr>
          <w:lang w:eastAsia="zh-CN"/>
        </w:rPr>
      </w:pPr>
      <w:r>
        <w:rPr>
          <w:sz w:val="18"/>
          <w:lang w:eastAsia="zh-CN"/>
        </w:rPr>
        <w:t>Figure 4.2-1 Eraser abrasion test (logo surface coating) image</w:t>
      </w:r>
    </w:p>
    <w:p w:rsidR="00DD15AE" w:rsidRDefault="002D16FE">
      <w:pPr>
        <w:keepNext/>
        <w:jc w:val="center"/>
      </w:pPr>
      <w:r>
        <w:rPr>
          <w:noProof/>
          <w:lang w:eastAsia="zh-CN"/>
        </w:rPr>
        <w:lastRenderedPageBreak/>
        <w:drawing>
          <wp:inline distT="0" distB="0" distL="0" distR="0">
            <wp:extent cx="5760720" cy="4274563"/>
            <wp:effectExtent l="0" t="0" r="0" b="0"/>
            <wp:docPr id="76" name="Picture 76" descr="图 4.2-2 橡皮耐磨试验（logo表面镀层）实验图片" title="图 4.2-2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2.png"/>
                    <pic:cNvPicPr/>
                  </pic:nvPicPr>
                  <pic:blipFill>
                    <a:blip r:embed="rId64"/>
                    <a:stretch>
                      <a:fillRect/>
                    </a:stretch>
                  </pic:blipFill>
                  <pic:spPr>
                    <a:xfrm>
                      <a:off x="0" y="0"/>
                      <a:ext cx="5760720" cy="4274563"/>
                    </a:xfrm>
                    <a:prstGeom prst="rect">
                      <a:avLst/>
                    </a:prstGeom>
                  </pic:spPr>
                </pic:pic>
              </a:graphicData>
            </a:graphic>
          </wp:inline>
        </w:drawing>
      </w:r>
    </w:p>
    <w:p w:rsidR="00DD15AE" w:rsidRDefault="002D16FE">
      <w:pPr>
        <w:spacing w:after="160"/>
        <w:jc w:val="center"/>
        <w:rPr>
          <w:lang w:eastAsia="zh-CN"/>
        </w:rPr>
      </w:pPr>
      <w:r>
        <w:rPr>
          <w:sz w:val="18"/>
          <w:lang w:eastAsia="zh-CN"/>
        </w:rPr>
        <w:t>Figure 4.2-2 Eraser abrasion test (logo surface coating) image</w:t>
      </w:r>
    </w:p>
    <w:p w:rsidR="00DD15AE" w:rsidRDefault="002D16FE">
      <w:pPr>
        <w:keepNext/>
        <w:jc w:val="center"/>
      </w:pPr>
      <w:r>
        <w:rPr>
          <w:noProof/>
          <w:lang w:eastAsia="zh-CN"/>
        </w:rPr>
        <w:lastRenderedPageBreak/>
        <w:drawing>
          <wp:inline distT="0" distB="0" distL="0" distR="0">
            <wp:extent cx="5760720" cy="4671135"/>
            <wp:effectExtent l="0" t="0" r="0" b="0"/>
            <wp:docPr id="77" name="Picture 77" descr="图 4.2-3 橡皮耐磨试验（logo表面镀层）实验图片" title="图 4.2-3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3.png"/>
                    <pic:cNvPicPr/>
                  </pic:nvPicPr>
                  <pic:blipFill>
                    <a:blip r:embed="rId65"/>
                    <a:stretch>
                      <a:fillRect/>
                    </a:stretch>
                  </pic:blipFill>
                  <pic:spPr>
                    <a:xfrm>
                      <a:off x="0" y="0"/>
                      <a:ext cx="5760720" cy="4671135"/>
                    </a:xfrm>
                    <a:prstGeom prst="rect">
                      <a:avLst/>
                    </a:prstGeom>
                  </pic:spPr>
                </pic:pic>
              </a:graphicData>
            </a:graphic>
          </wp:inline>
        </w:drawing>
      </w:r>
    </w:p>
    <w:p w:rsidR="00DD15AE" w:rsidRDefault="002D16FE">
      <w:pPr>
        <w:spacing w:after="160"/>
        <w:jc w:val="center"/>
        <w:rPr>
          <w:lang w:eastAsia="zh-CN"/>
        </w:rPr>
      </w:pPr>
      <w:r>
        <w:rPr>
          <w:sz w:val="18"/>
          <w:lang w:eastAsia="zh-CN"/>
        </w:rPr>
        <w:t>Figure 4.2-3 Eraser abrasion test (logo surface coating) image</w:t>
      </w:r>
    </w:p>
    <w:p w:rsidR="00DD15AE" w:rsidRDefault="002D16FE">
      <w:pPr>
        <w:keepNext/>
        <w:jc w:val="center"/>
      </w:pPr>
      <w:r>
        <w:rPr>
          <w:noProof/>
          <w:lang w:eastAsia="zh-CN"/>
        </w:rPr>
        <w:lastRenderedPageBreak/>
        <w:drawing>
          <wp:inline distT="0" distB="0" distL="0" distR="0">
            <wp:extent cx="5760720" cy="3955602"/>
            <wp:effectExtent l="0" t="0" r="0" b="0"/>
            <wp:docPr id="78" name="Picture 78" descr="图 4.2-4 橡皮耐磨试验（logo表面镀层）实验图片" title="图 4.2-4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1.png"/>
                    <pic:cNvPicPr/>
                  </pic:nvPicPr>
                  <pic:blipFill>
                    <a:blip r:embed="rId63"/>
                    <a:stretch>
                      <a:fillRect/>
                    </a:stretch>
                  </pic:blipFill>
                  <pic:spPr>
                    <a:xfrm>
                      <a:off x="0" y="0"/>
                      <a:ext cx="5760720" cy="3955602"/>
                    </a:xfrm>
                    <a:prstGeom prst="rect">
                      <a:avLst/>
                    </a:prstGeom>
                  </pic:spPr>
                </pic:pic>
              </a:graphicData>
            </a:graphic>
          </wp:inline>
        </w:drawing>
      </w:r>
    </w:p>
    <w:p w:rsidR="00DD15AE" w:rsidRDefault="002D16FE">
      <w:pPr>
        <w:spacing w:after="160"/>
        <w:jc w:val="center"/>
        <w:rPr>
          <w:lang w:eastAsia="zh-CN"/>
        </w:rPr>
      </w:pPr>
      <w:r>
        <w:rPr>
          <w:sz w:val="18"/>
          <w:lang w:eastAsia="zh-CN"/>
        </w:rPr>
        <w:t>Figure 4.2-4 Eraser abrasion test (logo surface coating) image</w:t>
      </w:r>
    </w:p>
    <w:p w:rsidR="00DD15AE" w:rsidRDefault="002D16FE">
      <w:pPr>
        <w:keepNext/>
        <w:jc w:val="center"/>
      </w:pPr>
      <w:r>
        <w:rPr>
          <w:noProof/>
          <w:lang w:eastAsia="zh-CN"/>
        </w:rPr>
        <w:lastRenderedPageBreak/>
        <w:drawing>
          <wp:inline distT="0" distB="0" distL="0" distR="0">
            <wp:extent cx="5760720" cy="4274563"/>
            <wp:effectExtent l="0" t="0" r="0" b="0"/>
            <wp:docPr id="79" name="Picture 79" descr="图 4.2-5 橡皮耐磨试验（logo表面镀层）实验图片" title="图 4.2-5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2.png"/>
                    <pic:cNvPicPr/>
                  </pic:nvPicPr>
                  <pic:blipFill>
                    <a:blip r:embed="rId64"/>
                    <a:stretch>
                      <a:fillRect/>
                    </a:stretch>
                  </pic:blipFill>
                  <pic:spPr>
                    <a:xfrm>
                      <a:off x="0" y="0"/>
                      <a:ext cx="5760720" cy="4274563"/>
                    </a:xfrm>
                    <a:prstGeom prst="rect">
                      <a:avLst/>
                    </a:prstGeom>
                  </pic:spPr>
                </pic:pic>
              </a:graphicData>
            </a:graphic>
          </wp:inline>
        </w:drawing>
      </w:r>
    </w:p>
    <w:p w:rsidR="00DD15AE" w:rsidRDefault="002D16FE">
      <w:pPr>
        <w:spacing w:after="160"/>
        <w:jc w:val="center"/>
        <w:rPr>
          <w:lang w:eastAsia="zh-CN"/>
        </w:rPr>
      </w:pPr>
      <w:r>
        <w:rPr>
          <w:sz w:val="18"/>
          <w:lang w:eastAsia="zh-CN"/>
        </w:rPr>
        <w:t>Figure 4.2-5 Eraser abrasion test (logo surface coating) image</w:t>
      </w:r>
    </w:p>
    <w:p w:rsidR="00DD15AE" w:rsidRDefault="002D16FE">
      <w:pPr>
        <w:keepNext/>
        <w:jc w:val="center"/>
      </w:pPr>
      <w:r>
        <w:rPr>
          <w:noProof/>
          <w:lang w:eastAsia="zh-CN"/>
        </w:rPr>
        <w:lastRenderedPageBreak/>
        <w:drawing>
          <wp:inline distT="0" distB="0" distL="0" distR="0">
            <wp:extent cx="5760720" cy="4671135"/>
            <wp:effectExtent l="0" t="0" r="0" b="0"/>
            <wp:docPr id="80" name="Picture 80" descr="图 4.2-6 橡皮耐磨试验（logo表面镀层）实验图片" title="图 4.2-6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3.png"/>
                    <pic:cNvPicPr/>
                  </pic:nvPicPr>
                  <pic:blipFill>
                    <a:blip r:embed="rId65"/>
                    <a:stretch>
                      <a:fillRect/>
                    </a:stretch>
                  </pic:blipFill>
                  <pic:spPr>
                    <a:xfrm>
                      <a:off x="0" y="0"/>
                      <a:ext cx="5760720" cy="4671135"/>
                    </a:xfrm>
                    <a:prstGeom prst="rect">
                      <a:avLst/>
                    </a:prstGeom>
                  </pic:spPr>
                </pic:pic>
              </a:graphicData>
            </a:graphic>
          </wp:inline>
        </w:drawing>
      </w:r>
    </w:p>
    <w:p w:rsidR="00DD15AE" w:rsidRDefault="002D16FE">
      <w:pPr>
        <w:spacing w:after="160"/>
        <w:jc w:val="center"/>
        <w:rPr>
          <w:lang w:eastAsia="zh-CN"/>
        </w:rPr>
      </w:pPr>
      <w:r>
        <w:rPr>
          <w:sz w:val="18"/>
          <w:lang w:eastAsia="zh-CN"/>
        </w:rPr>
        <w:t>Figure 4.2-6 Eraser abrasion test (logo surface coating) image</w:t>
      </w:r>
    </w:p>
    <w:p w:rsidR="00DD15AE" w:rsidRDefault="002D16FE">
      <w:pPr>
        <w:keepNext/>
        <w:jc w:val="center"/>
      </w:pPr>
      <w:r>
        <w:rPr>
          <w:noProof/>
          <w:lang w:eastAsia="zh-CN"/>
        </w:rPr>
        <w:lastRenderedPageBreak/>
        <w:drawing>
          <wp:inline distT="0" distB="0" distL="0" distR="0">
            <wp:extent cx="5760720" cy="4117140"/>
            <wp:effectExtent l="0" t="0" r="0" b="0"/>
            <wp:docPr id="81" name="Picture 81" descr="图 4.2-7 橡皮耐磨试验（logo表面镀层）实验图片" title="图 4.2-7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8.png"/>
                    <pic:cNvPicPr/>
                  </pic:nvPicPr>
                  <pic:blipFill>
                    <a:blip r:embed="rId72"/>
                    <a:stretch>
                      <a:fillRect/>
                    </a:stretch>
                  </pic:blipFill>
                  <pic:spPr>
                    <a:xfrm>
                      <a:off x="0" y="0"/>
                      <a:ext cx="5760720" cy="4117140"/>
                    </a:xfrm>
                    <a:prstGeom prst="rect">
                      <a:avLst/>
                    </a:prstGeom>
                  </pic:spPr>
                </pic:pic>
              </a:graphicData>
            </a:graphic>
          </wp:inline>
        </w:drawing>
      </w:r>
    </w:p>
    <w:p w:rsidR="00DD15AE" w:rsidRDefault="002D16FE">
      <w:pPr>
        <w:spacing w:after="160"/>
        <w:jc w:val="center"/>
        <w:rPr>
          <w:lang w:eastAsia="zh-CN"/>
        </w:rPr>
      </w:pPr>
      <w:r>
        <w:rPr>
          <w:sz w:val="18"/>
          <w:lang w:eastAsia="zh-CN"/>
        </w:rPr>
        <w:t>Figure 4.2-7 Eraser abrasion test (logo surface coating) image</w:t>
      </w:r>
    </w:p>
    <w:p w:rsidR="00DD15AE" w:rsidRDefault="002D16FE">
      <w:pPr>
        <w:keepNext/>
        <w:jc w:val="center"/>
      </w:pPr>
      <w:r>
        <w:rPr>
          <w:noProof/>
          <w:lang w:eastAsia="zh-CN"/>
        </w:rPr>
        <w:lastRenderedPageBreak/>
        <w:drawing>
          <wp:inline distT="0" distB="0" distL="0" distR="0">
            <wp:extent cx="5760720" cy="5516997"/>
            <wp:effectExtent l="0" t="0" r="0" b="0"/>
            <wp:docPr id="82" name="Picture 82" descr="图 4.2-8 橡皮耐磨试验（logo表面镀层）实验图片" title="图 4.2-8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09.png"/>
                    <pic:cNvPicPr/>
                  </pic:nvPicPr>
                  <pic:blipFill>
                    <a:blip r:embed="rId73"/>
                    <a:stretch>
                      <a:fillRect/>
                    </a:stretch>
                  </pic:blipFill>
                  <pic:spPr>
                    <a:xfrm>
                      <a:off x="0" y="0"/>
                      <a:ext cx="5760720" cy="5516997"/>
                    </a:xfrm>
                    <a:prstGeom prst="rect">
                      <a:avLst/>
                    </a:prstGeom>
                  </pic:spPr>
                </pic:pic>
              </a:graphicData>
            </a:graphic>
          </wp:inline>
        </w:drawing>
      </w:r>
    </w:p>
    <w:p w:rsidR="00DD15AE" w:rsidRDefault="002D16FE">
      <w:pPr>
        <w:spacing w:after="160"/>
        <w:jc w:val="center"/>
        <w:rPr>
          <w:lang w:eastAsia="zh-CN"/>
        </w:rPr>
      </w:pPr>
      <w:r>
        <w:rPr>
          <w:sz w:val="18"/>
          <w:lang w:eastAsia="zh-CN"/>
        </w:rPr>
        <w:t>Figure 4.2-8 Eraser abrasion test (logo surface coating) image</w:t>
      </w:r>
    </w:p>
    <w:p w:rsidR="00DD15AE" w:rsidRDefault="002D16FE">
      <w:pPr>
        <w:keepNext/>
        <w:jc w:val="center"/>
      </w:pPr>
      <w:r>
        <w:rPr>
          <w:noProof/>
          <w:lang w:eastAsia="zh-CN"/>
        </w:rPr>
        <w:lastRenderedPageBreak/>
        <w:drawing>
          <wp:inline distT="0" distB="0" distL="0" distR="0">
            <wp:extent cx="5340872" cy="5577840"/>
            <wp:effectExtent l="0" t="0" r="0" b="0"/>
            <wp:docPr id="83" name="Picture 83" descr="图 4.2-9 橡皮耐磨试验（logo表面镀层）实验图片" title="图 4.2-9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10.png"/>
                    <pic:cNvPicPr/>
                  </pic:nvPicPr>
                  <pic:blipFill>
                    <a:blip r:embed="rId74"/>
                    <a:stretch>
                      <a:fillRect/>
                    </a:stretch>
                  </pic:blipFill>
                  <pic:spPr>
                    <a:xfrm>
                      <a:off x="0" y="0"/>
                      <a:ext cx="5340872"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4.2-9 Eraser abrasion test (logo surface coating) image</w:t>
      </w:r>
    </w:p>
    <w:p w:rsidR="00DD15AE" w:rsidRDefault="002D16FE">
      <w:pPr>
        <w:keepNext/>
        <w:jc w:val="center"/>
      </w:pPr>
      <w:r>
        <w:rPr>
          <w:noProof/>
          <w:lang w:eastAsia="zh-CN"/>
        </w:rPr>
        <w:lastRenderedPageBreak/>
        <w:drawing>
          <wp:inline distT="0" distB="0" distL="0" distR="0">
            <wp:extent cx="5760720" cy="4578228"/>
            <wp:effectExtent l="0" t="0" r="0" b="0"/>
            <wp:docPr id="84" name="Picture 84" descr="图 4.2-10 橡皮耐磨试验（logo表面镀层）实验图片" title="图 4.2-10 橡皮耐磨试验（logo表面镀层）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6_image_11.png"/>
                    <pic:cNvPicPr/>
                  </pic:nvPicPr>
                  <pic:blipFill>
                    <a:blip r:embed="rId75"/>
                    <a:stretch>
                      <a:fillRect/>
                    </a:stretch>
                  </pic:blipFill>
                  <pic:spPr>
                    <a:xfrm>
                      <a:off x="0" y="0"/>
                      <a:ext cx="5760720" cy="4578228"/>
                    </a:xfrm>
                    <a:prstGeom prst="rect">
                      <a:avLst/>
                    </a:prstGeom>
                  </pic:spPr>
                </pic:pic>
              </a:graphicData>
            </a:graphic>
          </wp:inline>
        </w:drawing>
      </w:r>
    </w:p>
    <w:p w:rsidR="00DD15AE" w:rsidRDefault="002D16FE">
      <w:pPr>
        <w:spacing w:after="160"/>
        <w:jc w:val="center"/>
        <w:rPr>
          <w:lang w:eastAsia="zh-CN"/>
        </w:rPr>
      </w:pPr>
      <w:r>
        <w:rPr>
          <w:sz w:val="18"/>
          <w:lang w:eastAsia="zh-CN"/>
        </w:rPr>
        <w:t>Figure 4.2-10 Eraser abrasion test (logo surface coating) image</w:t>
      </w:r>
    </w:p>
    <w:p w:rsidR="00DD15AE" w:rsidRDefault="002D16FE">
      <w:pPr>
        <w:pStyle w:val="31"/>
      </w:pPr>
      <w:r>
        <w:t xml:space="preserve">4.2.8.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A83C3E">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2025.6.6</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A83C3E">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2025.6.6</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4.3. </w:t>
      </w:r>
      <w:r>
        <w:t>Suction-Cup Life Test</w:t>
      </w:r>
    </w:p>
    <w:p w:rsidR="00DD15AE" w:rsidRDefault="002D16FE">
      <w:pPr>
        <w:pStyle w:val="31"/>
      </w:pPr>
      <w:r>
        <w:t xml:space="preserve">4.3.1.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Suction-Cup Life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F33 Suction-Cup Adhesion Test (with Adhesive Film)</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2025.6.10-2025.6.13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2025.6.11</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Order requirements</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Archiving department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Customer</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Test result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quantity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6pcs</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equipment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Various composite wall surfaces</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14：00-11：00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ambient temperature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28℃±2℃</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Tester</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Cai Hailin</w:t>
            </w:r>
          </w:p>
        </w:tc>
      </w:tr>
    </w:tbl>
    <w:p w:rsidR="00DD15AE" w:rsidRDefault="00DD15AE">
      <w:pPr>
        <w:spacing w:after="0"/>
      </w:pPr>
    </w:p>
    <w:p w:rsidR="00DD15AE" w:rsidRDefault="002D16FE">
      <w:pPr>
        <w:pStyle w:val="31"/>
      </w:pPr>
      <w:r>
        <w:t xml:space="preserve">4.3.2. </w:t>
      </w:r>
      <w:r>
        <w:t>Test Conditions and Methods</w:t>
      </w:r>
    </w:p>
    <w:p w:rsidR="00DD15AE" w:rsidRDefault="002D16FE">
      <w:pPr>
        <w:rPr>
          <w:lang w:eastAsia="zh-CN"/>
        </w:rPr>
      </w:pPr>
      <w:r>
        <w:rPr>
          <w:lang w:eastAsia="zh-CN"/>
        </w:rPr>
        <w:t xml:space="preserve">1) Remove the release paper from the three </w:t>
      </w:r>
      <w:proofErr w:type="gramStart"/>
      <w:r>
        <w:rPr>
          <w:lang w:eastAsia="zh-CN"/>
        </w:rPr>
        <w:t xml:space="preserve">types of nano-adhesive </w:t>
      </w:r>
      <w:proofErr w:type="gramEnd"/>
      <w:r>
        <w:rPr>
          <w:lang w:eastAsia="zh-CN"/>
        </w:rPr>
        <w:t>film and apply them respectively to marble, wood coated with waterproof hardwax oil, and wood coated with waterproof putty. Press by hand to ensure full contact and leave undisturbed for 2H.</w:t>
      </w:r>
    </w:p>
    <w:p w:rsidR="00DD15AE" w:rsidRDefault="002D16FE">
      <w:pPr>
        <w:rPr>
          <w:lang w:eastAsia="zh-CN"/>
        </w:rPr>
      </w:pPr>
      <w:r>
        <w:rPr>
          <w:lang w:eastAsia="zh-CN"/>
        </w:rPr>
        <w:t>2) After resting, attach the suction cup to the film, aligning it within the film area without extending beyond the film. Tighten the suction-cup shaft after attachment.</w:t>
      </w:r>
    </w:p>
    <w:p w:rsidR="00DD15AE" w:rsidRDefault="002D16FE">
      <w:pPr>
        <w:rPr>
          <w:lang w:eastAsia="zh-CN"/>
        </w:rPr>
      </w:pPr>
      <w:r>
        <w:rPr>
          <w:lang w:eastAsia="zh-CN"/>
        </w:rPr>
        <w:t xml:space="preserve">3) Mount the speaker on the suction </w:t>
      </w:r>
      <w:proofErr w:type="gramStart"/>
      <w:r>
        <w:rPr>
          <w:lang w:eastAsia="zh-CN"/>
        </w:rPr>
        <w:t xml:space="preserve">cup, leave it stationary, </w:t>
      </w:r>
      <w:proofErr w:type="gramEnd"/>
      <w:r>
        <w:rPr>
          <w:lang w:eastAsia="zh-CN"/>
        </w:rPr>
        <w:t>and record when the speaker falls.</w:t>
      </w:r>
    </w:p>
    <w:p w:rsidR="00DD15AE" w:rsidRDefault="002D16FE">
      <w:pPr>
        <w:rPr>
          <w:lang w:eastAsia="zh-CN"/>
        </w:rPr>
      </w:pPr>
      <w:r>
        <w:rPr>
          <w:lang w:eastAsia="zh-CN"/>
        </w:rPr>
        <w:t>4) Connect the charging cable and play while charging; record when the product falls.</w:t>
      </w:r>
    </w:p>
    <w:p w:rsidR="00DD15AE" w:rsidRDefault="002D16FE">
      <w:pPr>
        <w:pStyle w:val="31"/>
        <w:rPr>
          <w:lang w:eastAsia="zh-CN"/>
        </w:rPr>
      </w:pPr>
      <w:r>
        <w:rPr>
          <w:lang w:eastAsia="zh-CN"/>
        </w:rPr>
        <w:lastRenderedPageBreak/>
        <w:t xml:space="preserve">4.3.3. </w:t>
      </w:r>
      <w:r>
        <w:rPr>
          <w:lang w:eastAsia="zh-CN"/>
        </w:rPr>
        <w:t>Test Standard Requirements and Test Records</w:t>
      </w:r>
    </w:p>
    <w:tbl>
      <w:tblPr>
        <w:tblW w:w="5000" w:type="pct"/>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1103"/>
        <w:gridCol w:w="2268"/>
        <w:gridCol w:w="2268"/>
        <w:gridCol w:w="2268"/>
        <w:gridCol w:w="2191"/>
      </w:tblGrid>
      <w:tr w:rsidR="00786599" w:rsidTr="00786599">
        <w:trPr>
          <w:tblHeader/>
          <w:jc w:val="center"/>
        </w:trPr>
        <w:tc>
          <w:tcPr>
            <w:tcW w:w="546" w:type="pct"/>
            <w:shd w:val="clear" w:color="auto" w:fill="1F4E78"/>
            <w:tcMar>
              <w:top w:w="90" w:type="dxa"/>
              <w:left w:w="110" w:type="dxa"/>
              <w:bottom w:w="90" w:type="dxa"/>
              <w:right w:w="110" w:type="dxa"/>
            </w:tcMar>
            <w:vAlign w:val="center"/>
          </w:tcPr>
          <w:p w:rsidR="00786599" w:rsidRDefault="00786599">
            <w:pPr>
              <w:spacing w:after="0" w:line="259" w:lineRule="auto"/>
            </w:pPr>
            <w:r>
              <w:rPr>
                <w:b/>
                <w:color w:val="FFFFFF"/>
                <w:sz w:val="16"/>
              </w:rPr>
              <w:t>Wall surface</w:t>
            </w:r>
          </w:p>
        </w:tc>
        <w:tc>
          <w:tcPr>
            <w:tcW w:w="1123" w:type="pct"/>
            <w:shd w:val="clear" w:color="auto" w:fill="1F4E78"/>
            <w:tcMar>
              <w:top w:w="90" w:type="dxa"/>
              <w:left w:w="110" w:type="dxa"/>
              <w:bottom w:w="90" w:type="dxa"/>
              <w:right w:w="110" w:type="dxa"/>
            </w:tcMar>
            <w:vAlign w:val="center"/>
          </w:tcPr>
          <w:p w:rsidR="00786599" w:rsidRDefault="00786599">
            <w:pPr>
              <w:spacing w:after="0" w:line="259" w:lineRule="auto"/>
            </w:pPr>
            <w:r>
              <w:rPr>
                <w:b/>
                <w:color w:val="FFFFFF"/>
                <w:sz w:val="16"/>
              </w:rPr>
              <w:t>Static: 6.10/14:00–6.11/9:00, totaling 19H</w:t>
            </w:r>
          </w:p>
        </w:tc>
        <w:tc>
          <w:tcPr>
            <w:tcW w:w="1123" w:type="pct"/>
            <w:shd w:val="clear" w:color="auto" w:fill="1F4E78"/>
            <w:tcMar>
              <w:top w:w="90" w:type="dxa"/>
              <w:left w:w="110" w:type="dxa"/>
              <w:bottom w:w="90" w:type="dxa"/>
              <w:right w:w="110" w:type="dxa"/>
            </w:tcMar>
            <w:vAlign w:val="center"/>
          </w:tcPr>
          <w:p w:rsidR="00786599" w:rsidRDefault="00786599">
            <w:pPr>
              <w:spacing w:after="0" w:line="259" w:lineRule="auto"/>
            </w:pPr>
            <w:r>
              <w:rPr>
                <w:b/>
                <w:color w:val="FFFFFF"/>
                <w:sz w:val="16"/>
              </w:rPr>
              <w:t>Playback: 6.11/9:00–6.11/19:00, totaling 10H</w:t>
            </w:r>
          </w:p>
        </w:tc>
        <w:tc>
          <w:tcPr>
            <w:tcW w:w="1123" w:type="pct"/>
            <w:shd w:val="clear" w:color="auto" w:fill="1F4E78"/>
            <w:tcMar>
              <w:top w:w="90" w:type="dxa"/>
              <w:left w:w="110" w:type="dxa"/>
              <w:bottom w:w="90" w:type="dxa"/>
              <w:right w:w="110" w:type="dxa"/>
            </w:tcMar>
            <w:vAlign w:val="center"/>
          </w:tcPr>
          <w:p w:rsidR="00786599" w:rsidRDefault="00786599">
            <w:pPr>
              <w:spacing w:after="0" w:line="259" w:lineRule="auto"/>
            </w:pPr>
            <w:r>
              <w:rPr>
                <w:b/>
                <w:color w:val="FFFFFF"/>
                <w:sz w:val="16"/>
              </w:rPr>
              <w:t>Static: 6.11/19:00–6.12/9:00, totaling 14H</w:t>
            </w:r>
          </w:p>
        </w:tc>
        <w:tc>
          <w:tcPr>
            <w:tcW w:w="1085" w:type="pct"/>
            <w:shd w:val="clear" w:color="auto" w:fill="1F4E78"/>
            <w:tcMar>
              <w:top w:w="90" w:type="dxa"/>
              <w:left w:w="110" w:type="dxa"/>
              <w:bottom w:w="90" w:type="dxa"/>
              <w:right w:w="110" w:type="dxa"/>
            </w:tcMar>
            <w:vAlign w:val="center"/>
          </w:tcPr>
          <w:p w:rsidR="00786599" w:rsidRDefault="00786599">
            <w:pPr>
              <w:spacing w:after="0" w:line="259" w:lineRule="auto"/>
            </w:pPr>
            <w:r>
              <w:rPr>
                <w:b/>
                <w:color w:val="FFFFFF"/>
                <w:sz w:val="16"/>
              </w:rPr>
              <w:t>Playback: 6.12/9:00–6.11/19:00, totaling 10H</w:t>
            </w:r>
          </w:p>
        </w:tc>
      </w:tr>
      <w:tr w:rsidR="00786599" w:rsidTr="00786599">
        <w:trPr>
          <w:jc w:val="center"/>
        </w:trPr>
        <w:tc>
          <w:tcPr>
            <w:tcW w:w="546" w:type="pct"/>
            <w:tcMar>
              <w:top w:w="90" w:type="dxa"/>
              <w:left w:w="110" w:type="dxa"/>
              <w:bottom w:w="90" w:type="dxa"/>
              <w:right w:w="110" w:type="dxa"/>
            </w:tcMar>
            <w:vAlign w:val="center"/>
          </w:tcPr>
          <w:p w:rsidR="00786599" w:rsidRDefault="00786599">
            <w:pPr>
              <w:spacing w:after="0" w:line="259" w:lineRule="auto"/>
            </w:pPr>
            <w:r>
              <w:rPr>
                <w:sz w:val="16"/>
              </w:rPr>
              <w:t>Marble</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085"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r>
      <w:tr w:rsidR="00786599" w:rsidTr="00786599">
        <w:trPr>
          <w:jc w:val="center"/>
        </w:trPr>
        <w:tc>
          <w:tcPr>
            <w:tcW w:w="546" w:type="pct"/>
            <w:shd w:val="clear" w:color="auto" w:fill="EAF2F8"/>
            <w:tcMar>
              <w:top w:w="90" w:type="dxa"/>
              <w:left w:w="110" w:type="dxa"/>
              <w:bottom w:w="90" w:type="dxa"/>
              <w:right w:w="110" w:type="dxa"/>
            </w:tcMar>
            <w:vAlign w:val="center"/>
          </w:tcPr>
          <w:p w:rsidR="00786599" w:rsidRDefault="00786599">
            <w:pPr>
              <w:spacing w:after="0" w:line="259" w:lineRule="auto"/>
            </w:pPr>
            <w:r>
              <w:rPr>
                <w:sz w:val="16"/>
              </w:rPr>
              <w:t>Wood coated with waterproof paint</w:t>
            </w:r>
          </w:p>
        </w:tc>
        <w:tc>
          <w:tcPr>
            <w:tcW w:w="1123" w:type="pct"/>
            <w:shd w:val="clear" w:color="auto" w:fill="EAF2F8"/>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shd w:val="clear" w:color="auto" w:fill="EAF2F8"/>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shd w:val="clear" w:color="auto" w:fill="EAF2F8"/>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085" w:type="pct"/>
            <w:shd w:val="clear" w:color="auto" w:fill="EAF2F8"/>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r>
      <w:tr w:rsidR="00786599" w:rsidTr="00786599">
        <w:trPr>
          <w:jc w:val="center"/>
        </w:trPr>
        <w:tc>
          <w:tcPr>
            <w:tcW w:w="546" w:type="pct"/>
            <w:tcMar>
              <w:top w:w="90" w:type="dxa"/>
              <w:left w:w="110" w:type="dxa"/>
              <w:bottom w:w="90" w:type="dxa"/>
              <w:right w:w="110" w:type="dxa"/>
            </w:tcMar>
            <w:vAlign w:val="center"/>
          </w:tcPr>
          <w:p w:rsidR="00786599" w:rsidRDefault="00786599">
            <w:pPr>
              <w:spacing w:after="0" w:line="259" w:lineRule="auto"/>
            </w:pPr>
            <w:r>
              <w:rPr>
                <w:sz w:val="16"/>
              </w:rPr>
              <w:t>Wood coated with waterproof putty</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123"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c>
          <w:tcPr>
            <w:tcW w:w="1085" w:type="pct"/>
            <w:tcMar>
              <w:top w:w="90" w:type="dxa"/>
              <w:left w:w="110" w:type="dxa"/>
              <w:bottom w:w="90" w:type="dxa"/>
              <w:right w:w="110" w:type="dxa"/>
            </w:tcMar>
            <w:vAlign w:val="center"/>
          </w:tcPr>
          <w:p w:rsidR="00786599" w:rsidRDefault="00786599">
            <w:pPr>
              <w:spacing w:after="0" w:line="259" w:lineRule="auto"/>
              <w:rPr>
                <w:lang w:eastAsia="zh-CN"/>
              </w:rPr>
            </w:pPr>
            <w:r>
              <w:rPr>
                <w:sz w:val="16"/>
                <w:lang w:eastAsia="zh-CN"/>
              </w:rPr>
              <w:t>No suction-cup detachment occurred with any of the three nano-adhesive film types.</w:t>
            </w:r>
          </w:p>
        </w:tc>
      </w:tr>
    </w:tbl>
    <w:p w:rsidR="00DD15AE" w:rsidRDefault="00DD15AE">
      <w:pPr>
        <w:spacing w:after="0"/>
        <w:rPr>
          <w:lang w:eastAsia="zh-CN"/>
        </w:rPr>
      </w:pPr>
    </w:p>
    <w:p w:rsidR="00DD15AE" w:rsidRDefault="002D16FE">
      <w:pPr>
        <w:pStyle w:val="31"/>
        <w:rPr>
          <w:lang w:eastAsia="zh-CN"/>
        </w:rPr>
      </w:pPr>
      <w:r>
        <w:rPr>
          <w:lang w:eastAsia="zh-CN"/>
        </w:rPr>
        <w:t xml:space="preserve">4.3.4. </w:t>
      </w:r>
      <w:r>
        <w:rPr>
          <w:lang w:eastAsia="zh-CN"/>
        </w:rPr>
        <w:t>Equipment and Tools Used</w:t>
      </w:r>
    </w:p>
    <w:p w:rsidR="00A0617E" w:rsidRDefault="00A0617E" w:rsidP="00A0617E">
      <w:pPr>
        <w:rPr>
          <w:lang w:eastAsia="zh-CN"/>
        </w:rPr>
      </w:pPr>
      <w:r>
        <w:rPr>
          <w:rFonts w:hint="eastAsia"/>
          <w:lang w:eastAsia="zh-CN"/>
        </w:rPr>
        <w:t xml:space="preserve">1)Three </w:t>
      </w:r>
      <w:r w:rsidR="008F476A">
        <w:rPr>
          <w:rFonts w:hint="eastAsia"/>
          <w:lang w:eastAsia="zh-CN"/>
        </w:rPr>
        <w:t xml:space="preserve">composite wall surfaces: marble, wood coated with waterproof paint, and wood coated </w:t>
      </w:r>
      <w:r w:rsidRPr="00A0617E">
        <w:rPr>
          <w:rFonts w:hint="eastAsia"/>
          <w:lang w:eastAsia="zh-CN"/>
        </w:rPr>
        <w:t xml:space="preserve">with waterproof </w:t>
      </w:r>
      <w:r>
        <w:rPr>
          <w:rFonts w:hint="eastAsia"/>
          <w:lang w:eastAsia="zh-CN"/>
        </w:rPr>
        <w:t>putty;</w:t>
      </w:r>
    </w:p>
    <w:p w:rsidR="00A0617E" w:rsidRDefault="00A0617E" w:rsidP="00A0617E">
      <w:pPr>
        <w:rPr>
          <w:lang w:eastAsia="zh-CN"/>
        </w:rPr>
      </w:pPr>
      <w:r>
        <w:rPr>
          <w:rFonts w:hint="eastAsia"/>
          <w:lang w:eastAsia="zh-CN"/>
        </w:rPr>
        <w:t xml:space="preserve">2)Phone </w:t>
      </w:r>
      <w:r w:rsidRPr="00A0617E">
        <w:rPr>
          <w:rFonts w:hint="eastAsia"/>
          <w:lang w:eastAsia="zh-CN"/>
        </w:rPr>
        <w:t/>
      </w:r>
      <w:r>
        <w:rPr>
          <w:lang w:eastAsia="zh-CN"/>
        </w:rPr>
        <w:t>*1pcs</w:t>
      </w:r>
      <w:r>
        <w:rPr>
          <w:rFonts w:hint="eastAsia"/>
          <w:lang w:eastAsia="zh-CN"/>
        </w:rPr>
        <w:t>.</w:t>
      </w:r>
    </w:p>
    <w:p w:rsidR="00DD15AE" w:rsidRDefault="00A0617E" w:rsidP="00775BDA">
      <w:pPr>
        <w:rPr>
          <w:lang w:eastAsia="zh-CN"/>
        </w:rPr>
      </w:pPr>
      <w:r>
        <w:rPr>
          <w:lang w:eastAsia="zh-CN"/>
        </w:rPr>
        <w:t>3）</w:t>
      </w:r>
      <w:r w:rsidRPr="00A0617E">
        <w:rPr>
          <w:lang w:eastAsia="zh-CN"/>
        </w:rPr>
        <w:t>ipod 1pcs</w:t>
      </w:r>
    </w:p>
    <w:p w:rsidR="00DD15AE" w:rsidRDefault="002D16FE">
      <w:pPr>
        <w:pStyle w:val="31"/>
        <w:rPr>
          <w:lang w:eastAsia="zh-CN"/>
        </w:rPr>
      </w:pPr>
      <w:r>
        <w:rPr>
          <w:lang w:eastAsia="zh-CN"/>
        </w:rPr>
        <w:t xml:space="preserve">4.3.5. </w:t>
      </w:r>
      <w:r>
        <w:rPr>
          <w:lang w:eastAsia="zh-CN"/>
        </w:rPr>
        <w:t>Test Procedure</w:t>
      </w:r>
    </w:p>
    <w:p w:rsidR="00DD15AE" w:rsidRDefault="004C0A43">
      <w:pPr>
        <w:rPr>
          <w:lang w:eastAsia="zh-CN"/>
        </w:rPr>
      </w:pPr>
      <w:r>
        <w:rPr>
          <w:rFonts w:hint="eastAsia"/>
          <w:lang w:eastAsia="zh-CN"/>
        </w:rPr>
        <w:t xml:space="preserve">1)Remove </w:t>
      </w:r>
      <w:r w:rsidRPr="004C0A43">
        <w:rPr>
          <w:rFonts w:hint="eastAsia"/>
          <w:lang w:eastAsia="zh-CN"/>
        </w:rPr>
        <w:t xml:space="preserve">the release paper from the three </w:t>
      </w:r>
      <w:proofErr w:type="gramStart"/>
      <w:r w:rsidRPr="004C0A43">
        <w:rPr>
          <w:rFonts w:hint="eastAsia"/>
          <w:lang w:eastAsia="zh-CN"/>
        </w:rPr>
        <w:t xml:space="preserve">types of nano-adhesive </w:t>
      </w:r>
      <w:proofErr w:type="gramEnd"/>
      <w:r w:rsidRPr="004C0A43">
        <w:rPr>
          <w:rFonts w:hint="eastAsia"/>
          <w:lang w:eastAsia="zh-CN"/>
        </w:rPr>
        <w:t xml:space="preserve">film and apply them respectively to marble, wood coated with waterproof hardwax oil, and wood coated with waterproof putty. Press by hand to ensure full contact and leave undisturbed for </w:t>
      </w:r>
      <w:r w:rsidRPr="004C0A43">
        <w:rPr>
          <w:lang w:eastAsia="zh-CN"/>
        </w:rPr>
        <w:t>2H</w:t>
      </w:r>
      <w:r>
        <w:rPr>
          <w:lang w:eastAsia="zh-CN"/>
        </w:rPr>
        <w:t>;</w:t>
      </w:r>
    </w:p>
    <w:p w:rsidR="004C0A43" w:rsidRDefault="004C0A43">
      <w:pPr>
        <w:rPr>
          <w:lang w:eastAsia="zh-CN"/>
        </w:rPr>
      </w:pPr>
      <w:r>
        <w:rPr>
          <w:rFonts w:hint="eastAsia"/>
          <w:lang w:eastAsia="zh-CN"/>
        </w:rPr>
        <w:t xml:space="preserve">2)After </w:t>
      </w:r>
      <w:r w:rsidRPr="004C0A43">
        <w:rPr>
          <w:rFonts w:hint="eastAsia"/>
          <w:lang w:eastAsia="zh-CN"/>
        </w:rPr>
        <w:t xml:space="preserve">resting, attach the suction cup to </w:t>
      </w:r>
      <w:r>
        <w:rPr>
          <w:rFonts w:hint="eastAsia"/>
          <w:lang w:eastAsia="zh-CN"/>
        </w:rPr>
        <w:t>the film, aligning it within the film area without extending beyond the film. Tighten the suction-cup shaft after attachment;</w:t>
      </w:r>
    </w:p>
    <w:p w:rsidR="004C0A43" w:rsidRDefault="004C0A43">
      <w:pPr>
        <w:rPr>
          <w:lang w:eastAsia="zh-CN"/>
        </w:rPr>
      </w:pPr>
      <w:r>
        <w:rPr>
          <w:rFonts w:hint="eastAsia"/>
          <w:lang w:eastAsia="zh-CN"/>
        </w:rPr>
        <w:t xml:space="preserve">3)Mount </w:t>
      </w:r>
      <w:r w:rsidRPr="004C0A43">
        <w:rPr>
          <w:rFonts w:hint="eastAsia"/>
          <w:lang w:eastAsia="zh-CN"/>
        </w:rPr>
        <w:t xml:space="preserve">the speaker on the suction </w:t>
      </w:r>
      <w:proofErr w:type="gramStart"/>
      <w:r w:rsidRPr="004C0A43">
        <w:rPr>
          <w:rFonts w:hint="eastAsia"/>
          <w:lang w:eastAsia="zh-CN"/>
        </w:rPr>
        <w:t xml:space="preserve">cup, leave it </w:t>
      </w:r>
      <w:proofErr w:type="gramEnd"/>
      <w:r w:rsidRPr="004C0A43">
        <w:rPr>
          <w:rFonts w:hint="eastAsia"/>
          <w:lang w:eastAsia="zh-CN"/>
        </w:rPr>
        <w:t xml:space="preserve">stationary, and record when the speaker </w:t>
      </w:r>
      <w:r>
        <w:rPr>
          <w:rFonts w:hint="eastAsia"/>
          <w:lang w:eastAsia="zh-CN"/>
        </w:rPr>
        <w:t>falls;</w:t>
      </w:r>
    </w:p>
    <w:p w:rsidR="004C0A43" w:rsidRDefault="004C0A43">
      <w:pPr>
        <w:rPr>
          <w:lang w:eastAsia="zh-CN"/>
        </w:rPr>
      </w:pPr>
      <w:r>
        <w:rPr>
          <w:rFonts w:hint="eastAsia"/>
          <w:lang w:eastAsia="zh-CN"/>
        </w:rPr>
        <w:t xml:space="preserve">4)Connect </w:t>
      </w:r>
      <w:r w:rsidRPr="004C0A43">
        <w:rPr>
          <w:rFonts w:hint="eastAsia"/>
          <w:lang w:eastAsia="zh-CN"/>
        </w:rPr>
        <w:t xml:space="preserve">the charging cable and play while charging; record when the product </w:t>
      </w:r>
      <w:r w:rsidR="00694D26">
        <w:rPr>
          <w:rFonts w:hint="eastAsia"/>
          <w:lang w:eastAsia="zh-CN"/>
        </w:rPr>
        <w:t>falls.</w:t>
      </w:r>
    </w:p>
    <w:p w:rsidR="00DD15AE" w:rsidRDefault="002D16FE">
      <w:pPr>
        <w:pStyle w:val="31"/>
        <w:rPr>
          <w:lang w:eastAsia="zh-CN"/>
        </w:rPr>
      </w:pPr>
      <w:r>
        <w:rPr>
          <w:lang w:eastAsia="zh-CN"/>
        </w:rPr>
        <w:t xml:space="preserve">4.3.6. </w:t>
      </w:r>
      <w:r>
        <w:rPr>
          <w:lang w:eastAsia="zh-CN"/>
        </w:rPr>
        <w:t>Test Results</w:t>
      </w:r>
    </w:p>
    <w:p w:rsidR="00DD15AE" w:rsidRDefault="002D16FE">
      <w:pPr>
        <w:rPr>
          <w:lang w:eastAsia="zh-CN"/>
        </w:rPr>
      </w:pPr>
      <w:r>
        <w:rPr>
          <w:lang w:eastAsia="zh-CN"/>
        </w:rPr>
        <w:t>With the F33 suction cup attached to the three film types, no suction-cup detachment occurred over a total of 33H of static testing and 20H of playback.</w:t>
      </w:r>
    </w:p>
    <w:p w:rsidR="00DD15AE" w:rsidRDefault="002D16FE">
      <w:pPr>
        <w:pStyle w:val="31"/>
      </w:pPr>
      <w:r>
        <w:lastRenderedPageBreak/>
        <w:t xml:space="preserve">4.3.7. </w:t>
      </w:r>
      <w:r>
        <w:t>Images of the Test Procedure and Results</w:t>
      </w:r>
    </w:p>
    <w:p w:rsidR="00DD15AE" w:rsidRDefault="002D16FE">
      <w:pPr>
        <w:keepNext/>
        <w:jc w:val="center"/>
      </w:pPr>
      <w:r>
        <w:rPr>
          <w:noProof/>
          <w:lang w:eastAsia="zh-CN"/>
        </w:rPr>
        <w:drawing>
          <wp:inline distT="0" distB="0" distL="0" distR="0">
            <wp:extent cx="4183380" cy="5577840"/>
            <wp:effectExtent l="0" t="0" r="0" b="0"/>
            <wp:docPr id="85" name="Picture 85" descr="图 4.3-1 吸盘寿命测试实验图片" title="图 4.3-1 吸盘寿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3_image_03.png"/>
                    <pic:cNvPicPr/>
                  </pic:nvPicPr>
                  <pic:blipFill>
                    <a:blip r:embed="rId76"/>
                    <a:stretch>
                      <a:fillRect/>
                    </a:stretch>
                  </pic:blipFill>
                  <pic:spPr>
                    <a:xfrm>
                      <a:off x="0" y="0"/>
                      <a:ext cx="4183380"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4.3-1 Suction-cup life test image</w:t>
      </w:r>
    </w:p>
    <w:p w:rsidR="00DD15AE" w:rsidRDefault="002D16FE">
      <w:pPr>
        <w:keepNext/>
        <w:jc w:val="center"/>
      </w:pPr>
      <w:r>
        <w:rPr>
          <w:noProof/>
          <w:lang w:eastAsia="zh-CN"/>
        </w:rPr>
        <w:lastRenderedPageBreak/>
        <w:drawing>
          <wp:inline distT="0" distB="0" distL="0" distR="0">
            <wp:extent cx="4183380" cy="5577840"/>
            <wp:effectExtent l="0" t="0" r="0" b="0"/>
            <wp:docPr id="86" name="Picture 86" descr="图 4.3-2 吸盘寿命测试实验图片" title="图 4.3-2 吸盘寿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3_image_04.png"/>
                    <pic:cNvPicPr/>
                  </pic:nvPicPr>
                  <pic:blipFill>
                    <a:blip r:embed="rId77"/>
                    <a:stretch>
                      <a:fillRect/>
                    </a:stretch>
                  </pic:blipFill>
                  <pic:spPr>
                    <a:xfrm>
                      <a:off x="0" y="0"/>
                      <a:ext cx="4183380"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4.3-2 Suction-cup life test image</w:t>
      </w:r>
    </w:p>
    <w:p w:rsidR="00DD15AE" w:rsidRDefault="002D16FE">
      <w:pPr>
        <w:keepNext/>
        <w:jc w:val="center"/>
      </w:pPr>
      <w:r>
        <w:rPr>
          <w:noProof/>
          <w:lang w:eastAsia="zh-CN"/>
        </w:rPr>
        <w:lastRenderedPageBreak/>
        <w:drawing>
          <wp:inline distT="0" distB="0" distL="0" distR="0">
            <wp:extent cx="4183380" cy="5577840"/>
            <wp:effectExtent l="0" t="0" r="0" b="0"/>
            <wp:docPr id="87" name="Picture 87" descr="图 4.3-3 吸盘寿命测试实验图片" title="图 4.3-3 吸盘寿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3_image_05.png"/>
                    <pic:cNvPicPr/>
                  </pic:nvPicPr>
                  <pic:blipFill>
                    <a:blip r:embed="rId78"/>
                    <a:stretch>
                      <a:fillRect/>
                    </a:stretch>
                  </pic:blipFill>
                  <pic:spPr>
                    <a:xfrm>
                      <a:off x="0" y="0"/>
                      <a:ext cx="4183380"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4.3-3 Suction-cup life test image</w:t>
      </w:r>
    </w:p>
    <w:p w:rsidR="00DD15AE" w:rsidRDefault="002D16FE">
      <w:pPr>
        <w:keepNext/>
        <w:jc w:val="center"/>
      </w:pPr>
      <w:r>
        <w:rPr>
          <w:noProof/>
          <w:lang w:eastAsia="zh-CN"/>
        </w:rPr>
        <w:lastRenderedPageBreak/>
        <w:drawing>
          <wp:inline distT="0" distB="0" distL="0" distR="0">
            <wp:extent cx="4183380" cy="5577840"/>
            <wp:effectExtent l="0" t="0" r="0" b="0"/>
            <wp:docPr id="88" name="Picture 88" descr="图 4.3-4 吸盘寿命测试实验图片" title="图 4.3-4 吸盘寿命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3_image_06.png"/>
                    <pic:cNvPicPr/>
                  </pic:nvPicPr>
                  <pic:blipFill>
                    <a:blip r:embed="rId79"/>
                    <a:stretch>
                      <a:fillRect/>
                    </a:stretch>
                  </pic:blipFill>
                  <pic:spPr>
                    <a:xfrm>
                      <a:off x="0" y="0"/>
                      <a:ext cx="4183380"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4.3-4 Suction-cup life test image</w:t>
      </w:r>
    </w:p>
    <w:p w:rsidR="00DD15AE" w:rsidRDefault="002D16FE">
      <w:pPr>
        <w:pStyle w:val="31"/>
      </w:pPr>
      <w:r>
        <w:t xml:space="preserve">4.3.8.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1C7E1C">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Cai Hailin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2025.6.13</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1C7E1C">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2025.6.13</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4.4. </w:t>
      </w:r>
      <w:r>
        <w:t>Speaker Body and Suction-Cup Assembly Installation Life</w:t>
      </w:r>
    </w:p>
    <w:p w:rsidR="00DD15AE" w:rsidRDefault="002D16FE">
      <w:pPr>
        <w:pStyle w:val="31"/>
      </w:pPr>
      <w:r>
        <w:t xml:space="preserve">4.4.1.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Speaker Body and Suction-Cup Assembly Installation Life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Speaker Body and Suction-Cup Assembly Installation Life</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2025.5.22</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4.4.2. </w:t>
      </w:r>
      <w:r>
        <w:t>Test Conditions and Methods</w:t>
      </w:r>
    </w:p>
    <w:p w:rsidR="00DD15AE" w:rsidRDefault="002D16FE">
      <w:pPr>
        <w:rPr>
          <w:lang w:eastAsia="zh-CN"/>
        </w:rPr>
      </w:pPr>
      <w:r>
        <w:rPr>
          <w:lang w:eastAsia="zh-CN"/>
        </w:rPr>
        <w:t>1) Manually install the speaker body onto the suction-cup assembly and remove it, repeating for 1000 cycles. Check for looseness in the fit between the body and suction-cup assembly and record the cycle count at which looseness occurs.</w:t>
      </w:r>
    </w:p>
    <w:p w:rsidR="00DD15AE" w:rsidRDefault="002D16FE">
      <w:pPr>
        <w:pStyle w:val="31"/>
        <w:rPr>
          <w:lang w:eastAsia="zh-CN"/>
        </w:rPr>
      </w:pPr>
      <w:r>
        <w:rPr>
          <w:lang w:eastAsia="zh-CN"/>
        </w:rPr>
        <w:t xml:space="preserve">4.4.3. </w:t>
      </w:r>
      <w:r>
        <w:rPr>
          <w:lang w:eastAsia="zh-CN"/>
        </w:rPr>
        <w:t>Test Standard Requirements and Test Records</w:t>
      </w:r>
    </w:p>
    <w:p w:rsidR="00DD15AE" w:rsidRDefault="002D16FE">
      <w:pPr>
        <w:rPr>
          <w:lang w:eastAsia="zh-CN"/>
        </w:rPr>
      </w:pPr>
      <w:r>
        <w:rPr>
          <w:lang w:eastAsia="zh-CN"/>
        </w:rPr>
        <w:t xml:space="preserve">After testing, check that the body and suction-cup assembly fit securely without wobbling, that no vibration noise occurs during </w:t>
      </w:r>
      <w:proofErr w:type="gramStart"/>
      <w:r>
        <w:rPr>
          <w:lang w:eastAsia="zh-CN"/>
        </w:rPr>
        <w:t xml:space="preserve">music playback, </w:t>
      </w:r>
      <w:proofErr w:type="gramEnd"/>
      <w:r>
        <w:rPr>
          <w:lang w:eastAsia="zh-CN"/>
        </w:rPr>
        <w:t>and that installation/removal requires some force and is not too loose.</w:t>
      </w:r>
    </w:p>
    <w:p w:rsidR="00DD15AE" w:rsidRDefault="002D16FE">
      <w:pPr>
        <w:pStyle w:val="31"/>
        <w:rPr>
          <w:lang w:eastAsia="zh-CN"/>
        </w:rPr>
      </w:pPr>
      <w:r>
        <w:rPr>
          <w:lang w:eastAsia="zh-CN"/>
        </w:rPr>
        <w:t xml:space="preserve">4.4.4.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BACL Laboratory</w:t>
      </w:r>
    </w:p>
    <w:p w:rsidR="00DD15AE" w:rsidRDefault="002D16FE">
      <w:pPr>
        <w:rPr>
          <w:lang w:eastAsia="zh-CN"/>
        </w:rPr>
      </w:pPr>
      <w:r>
        <w:rPr>
          <w:lang w:eastAsia="zh-CN"/>
        </w:rPr>
        <w:t>3) Phone</w:t>
      </w:r>
    </w:p>
    <w:p w:rsidR="00DD15AE" w:rsidRDefault="002D16FE">
      <w:pPr>
        <w:pStyle w:val="31"/>
        <w:rPr>
          <w:lang w:eastAsia="zh-CN"/>
        </w:rPr>
      </w:pPr>
      <w:r>
        <w:rPr>
          <w:lang w:eastAsia="zh-CN"/>
        </w:rPr>
        <w:t xml:space="preserve">4.4.5. </w:t>
      </w:r>
      <w:r>
        <w:rPr>
          <w:lang w:eastAsia="zh-CN"/>
        </w:rPr>
        <w:t>Test Results</w:t>
      </w:r>
    </w:p>
    <w:p w:rsidR="00DD15AE" w:rsidRDefault="002D16FE">
      <w:pPr>
        <w:rPr>
          <w:lang w:eastAsia="zh-CN"/>
        </w:rPr>
      </w:pPr>
      <w:r>
        <w:rPr>
          <w:lang w:eastAsia="zh-CN"/>
        </w:rPr>
        <w:t xml:space="preserve">Testing </w:t>
      </w:r>
      <w:proofErr w:type="gramStart"/>
      <w:r>
        <w:rPr>
          <w:lang w:eastAsia="zh-CN"/>
        </w:rPr>
        <w:t xml:space="preserve">showed that </w:t>
      </w:r>
      <w:proofErr w:type="gramEnd"/>
      <w:r>
        <w:rPr>
          <w:lang w:eastAsia="zh-CN"/>
        </w:rPr>
        <w:t xml:space="preserve">the product met the requirements: normal function during testing, a stable fit of the suction-cup assembly without wobbling, and no vibration </w:t>
      </w:r>
      <w:proofErr w:type="gramStart"/>
      <w:r>
        <w:rPr>
          <w:lang w:eastAsia="zh-CN"/>
        </w:rPr>
        <w:t xml:space="preserve">noise during music </w:t>
      </w:r>
      <w:proofErr w:type="gramEnd"/>
      <w:r>
        <w:rPr>
          <w:lang w:eastAsia="zh-CN"/>
        </w:rPr>
        <w:t>playback. The product passes.</w:t>
      </w:r>
    </w:p>
    <w:p w:rsidR="00DD15AE" w:rsidRDefault="002D16FE">
      <w:pPr>
        <w:pStyle w:val="31"/>
      </w:pPr>
      <w:r>
        <w:lastRenderedPageBreak/>
        <w:t xml:space="preserve">4.4.6. </w:t>
      </w:r>
      <w:r>
        <w:t>Images of the Test Procedure and Results</w:t>
      </w:r>
    </w:p>
    <w:p w:rsidR="00DD15AE" w:rsidRDefault="002D16FE">
      <w:pPr>
        <w:keepNext/>
        <w:jc w:val="center"/>
      </w:pPr>
      <w:r>
        <w:rPr>
          <w:noProof/>
          <w:lang w:eastAsia="zh-CN"/>
        </w:rPr>
        <w:drawing>
          <wp:inline distT="0" distB="0" distL="0" distR="0">
            <wp:extent cx="5760720" cy="4821894"/>
            <wp:effectExtent l="0" t="0" r="0" b="0"/>
            <wp:docPr id="89" name="Picture 89" descr="图 4.4-1 主机与吸盘件安装寿命实验图片" title="图 4.4-1 主机与吸盘件安装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2.png"/>
                    <pic:cNvPicPr/>
                  </pic:nvPicPr>
                  <pic:blipFill>
                    <a:blip r:embed="rId80"/>
                    <a:stretch>
                      <a:fillRect/>
                    </a:stretch>
                  </pic:blipFill>
                  <pic:spPr>
                    <a:xfrm>
                      <a:off x="0" y="0"/>
                      <a:ext cx="5760720" cy="4821894"/>
                    </a:xfrm>
                    <a:prstGeom prst="rect">
                      <a:avLst/>
                    </a:prstGeom>
                  </pic:spPr>
                </pic:pic>
              </a:graphicData>
            </a:graphic>
          </wp:inline>
        </w:drawing>
      </w:r>
    </w:p>
    <w:p w:rsidR="00DD15AE" w:rsidRDefault="002D16FE">
      <w:pPr>
        <w:spacing w:after="160"/>
        <w:jc w:val="center"/>
        <w:rPr>
          <w:lang w:eastAsia="zh-CN"/>
        </w:rPr>
      </w:pPr>
      <w:r>
        <w:rPr>
          <w:sz w:val="18"/>
          <w:lang w:eastAsia="zh-CN"/>
        </w:rPr>
        <w:t>Figure 4.4-1 Speaker body and suction-cup assembly installation life test image</w:t>
      </w:r>
    </w:p>
    <w:p w:rsidR="00DD15AE" w:rsidRDefault="002D16FE">
      <w:pPr>
        <w:keepNext/>
        <w:jc w:val="center"/>
      </w:pPr>
      <w:r>
        <w:rPr>
          <w:noProof/>
          <w:lang w:eastAsia="zh-CN"/>
        </w:rPr>
        <w:lastRenderedPageBreak/>
        <w:drawing>
          <wp:inline distT="0" distB="0" distL="0" distR="0">
            <wp:extent cx="5760720" cy="4915814"/>
            <wp:effectExtent l="0" t="0" r="0" b="0"/>
            <wp:docPr id="90" name="Picture 90" descr="图 4.4-2 主机与吸盘件安装寿命实验图片" title="图 4.4-2 主机与吸盘件安装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3.png"/>
                    <pic:cNvPicPr/>
                  </pic:nvPicPr>
                  <pic:blipFill>
                    <a:blip r:embed="rId81"/>
                    <a:stretch>
                      <a:fillRect/>
                    </a:stretch>
                  </pic:blipFill>
                  <pic:spPr>
                    <a:xfrm>
                      <a:off x="0" y="0"/>
                      <a:ext cx="5760720" cy="4915814"/>
                    </a:xfrm>
                    <a:prstGeom prst="rect">
                      <a:avLst/>
                    </a:prstGeom>
                  </pic:spPr>
                </pic:pic>
              </a:graphicData>
            </a:graphic>
          </wp:inline>
        </w:drawing>
      </w:r>
    </w:p>
    <w:p w:rsidR="00DD15AE" w:rsidRDefault="002D16FE">
      <w:pPr>
        <w:spacing w:after="160"/>
        <w:jc w:val="center"/>
        <w:rPr>
          <w:lang w:eastAsia="zh-CN"/>
        </w:rPr>
      </w:pPr>
      <w:r>
        <w:rPr>
          <w:sz w:val="18"/>
          <w:lang w:eastAsia="zh-CN"/>
        </w:rPr>
        <w:t>Figure 4.4-2 Speaker body and suction-cup assembly installation life test image</w:t>
      </w:r>
    </w:p>
    <w:p w:rsidR="00DD15AE" w:rsidRDefault="002D16FE">
      <w:pPr>
        <w:keepNext/>
        <w:jc w:val="center"/>
      </w:pPr>
      <w:r>
        <w:rPr>
          <w:noProof/>
          <w:lang w:eastAsia="zh-CN"/>
        </w:rPr>
        <w:lastRenderedPageBreak/>
        <w:drawing>
          <wp:inline distT="0" distB="0" distL="0" distR="0">
            <wp:extent cx="5760720" cy="5240071"/>
            <wp:effectExtent l="0" t="0" r="0" b="0"/>
            <wp:docPr id="91" name="Picture 91" descr="图 4.4-3 主机与吸盘件安装寿命实验图片" title="图 4.4-3 主机与吸盘件安装寿命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4_image_04.png"/>
                    <pic:cNvPicPr/>
                  </pic:nvPicPr>
                  <pic:blipFill>
                    <a:blip r:embed="rId82"/>
                    <a:stretch>
                      <a:fillRect/>
                    </a:stretch>
                  </pic:blipFill>
                  <pic:spPr>
                    <a:xfrm>
                      <a:off x="0" y="0"/>
                      <a:ext cx="5760720" cy="5240071"/>
                    </a:xfrm>
                    <a:prstGeom prst="rect">
                      <a:avLst/>
                    </a:prstGeom>
                  </pic:spPr>
                </pic:pic>
              </a:graphicData>
            </a:graphic>
          </wp:inline>
        </w:drawing>
      </w:r>
    </w:p>
    <w:p w:rsidR="00DD15AE" w:rsidRDefault="002D16FE">
      <w:pPr>
        <w:spacing w:after="160"/>
        <w:jc w:val="center"/>
        <w:rPr>
          <w:lang w:eastAsia="zh-CN"/>
        </w:rPr>
      </w:pPr>
      <w:r>
        <w:rPr>
          <w:sz w:val="18"/>
          <w:lang w:eastAsia="zh-CN"/>
        </w:rPr>
        <w:t>Figure 4.4-3 Speaker body and suction-cup assembly installation life test image</w:t>
      </w:r>
    </w:p>
    <w:p w:rsidR="00DD15AE" w:rsidRDefault="002D16FE">
      <w:pPr>
        <w:pStyle w:val="31"/>
      </w:pPr>
      <w:r>
        <w:t xml:space="preserve">4.4.7.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6B2E7D">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2025.5.22</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6B2E7D">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2025.5.22</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rPr>
          <w:lang w:eastAsia="zh-CN"/>
        </w:rPr>
      </w:pPr>
      <w:r>
        <w:rPr>
          <w:lang w:eastAsia="zh-CN"/>
        </w:rPr>
        <w:lastRenderedPageBreak/>
        <w:t xml:space="preserve">4.5. </w:t>
      </w:r>
      <w:r>
        <w:rPr>
          <w:lang w:eastAsia="zh-CN"/>
        </w:rPr>
        <w:t xml:space="preserve">Suction-Cup and Suction-Cup </w:t>
      </w:r>
      <w:proofErr w:type="gramStart"/>
      <w:r>
        <w:rPr>
          <w:lang w:eastAsia="zh-CN"/>
        </w:rPr>
        <w:t>Structural Component Unscrewing Force</w:t>
      </w:r>
      <w:proofErr w:type="gramEnd"/>
    </w:p>
    <w:p w:rsidR="00DD15AE" w:rsidRDefault="002D16FE">
      <w:pPr>
        <w:pStyle w:val="31"/>
      </w:pPr>
      <w:r>
        <w:t xml:space="preserve">4.5.1.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 xml:space="preserve">Suction-Cup and Suction-Cup </w:t>
            </w:r>
            <w:proofErr w:type="gramStart"/>
            <w:r>
              <w:rPr>
                <w:sz w:val="19"/>
                <w:lang w:eastAsia="zh-CN"/>
              </w:rPr>
              <w:t>Structural Component Unscrewing Force</w:t>
            </w:r>
            <w:proofErr w:type="gramEnd"/>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 xml:space="preserve">Suction-Cup and Suction-Cup </w:t>
            </w:r>
            <w:proofErr w:type="gramStart"/>
            <w:r>
              <w:rPr>
                <w:sz w:val="19"/>
                <w:lang w:eastAsia="zh-CN"/>
              </w:rPr>
              <w:t>Structural Component Unscrewing Force</w:t>
            </w:r>
            <w:proofErr w:type="gramEnd"/>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2025.5.15</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4.5.2. </w:t>
      </w:r>
      <w:r>
        <w:t>Test Conditions and Methods</w:t>
      </w:r>
    </w:p>
    <w:p w:rsidR="00DD15AE" w:rsidRDefault="002D16FE">
      <w:pPr>
        <w:rPr>
          <w:lang w:eastAsia="zh-CN"/>
        </w:rPr>
      </w:pPr>
      <w:r>
        <w:rPr>
          <w:lang w:eastAsia="zh-CN"/>
        </w:rPr>
        <w:t xml:space="preserve">1) Turn the suction cup and upper </w:t>
      </w:r>
      <w:proofErr w:type="gramStart"/>
      <w:r>
        <w:rPr>
          <w:lang w:eastAsia="zh-CN"/>
        </w:rPr>
        <w:t xml:space="preserve">structural component in the loosening </w:t>
      </w:r>
      <w:proofErr w:type="gramEnd"/>
      <w:r>
        <w:rPr>
          <w:lang w:eastAsia="zh-CN"/>
        </w:rPr>
        <w:t xml:space="preserve">direction to the limit, then continue applying </w:t>
      </w:r>
      <w:proofErr w:type="gramStart"/>
      <w:r>
        <w:rPr>
          <w:lang w:eastAsia="zh-CN"/>
        </w:rPr>
        <w:t xml:space="preserve">force in that direction </w:t>
      </w:r>
      <w:proofErr w:type="gramEnd"/>
      <w:r>
        <w:rPr>
          <w:lang w:eastAsia="zh-CN"/>
        </w:rPr>
        <w:t xml:space="preserve">to check whether </w:t>
      </w:r>
      <w:proofErr w:type="gramStart"/>
      <w:r>
        <w:rPr>
          <w:lang w:eastAsia="zh-CN"/>
        </w:rPr>
        <w:t xml:space="preserve">normal force </w:t>
      </w:r>
      <w:proofErr w:type="gramEnd"/>
      <w:r>
        <w:rPr>
          <w:lang w:eastAsia="zh-CN"/>
        </w:rPr>
        <w:t xml:space="preserve">can unscrew and separate the suction cup </w:t>
      </w:r>
      <w:proofErr w:type="gramStart"/>
      <w:r>
        <w:rPr>
          <w:lang w:eastAsia="zh-CN"/>
        </w:rPr>
        <w:t>and structural component.</w:t>
      </w:r>
      <w:proofErr w:type="gramEnd"/>
    </w:p>
    <w:p w:rsidR="00DD15AE" w:rsidRDefault="002D16FE">
      <w:pPr>
        <w:pStyle w:val="31"/>
        <w:rPr>
          <w:lang w:eastAsia="zh-CN"/>
        </w:rPr>
      </w:pPr>
      <w:r>
        <w:rPr>
          <w:lang w:eastAsia="zh-CN"/>
        </w:rPr>
        <w:t xml:space="preserve">4.5.3. </w:t>
      </w:r>
      <w:r>
        <w:rPr>
          <w:lang w:eastAsia="zh-CN"/>
        </w:rPr>
        <w:t>Test Standard Requirements and Test Records</w:t>
      </w:r>
    </w:p>
    <w:p w:rsidR="00DD15AE" w:rsidRDefault="002D16FE">
      <w:pPr>
        <w:rPr>
          <w:lang w:eastAsia="zh-CN"/>
        </w:rPr>
      </w:pPr>
      <w:r>
        <w:rPr>
          <w:lang w:eastAsia="zh-CN"/>
        </w:rPr>
        <w:t xml:space="preserve">Easy loosening and separation are </w:t>
      </w:r>
      <w:proofErr w:type="gramStart"/>
      <w:r>
        <w:rPr>
          <w:lang w:eastAsia="zh-CN"/>
        </w:rPr>
        <w:t xml:space="preserve">not </w:t>
      </w:r>
      <w:proofErr w:type="gramEnd"/>
      <w:r>
        <w:rPr>
          <w:lang w:eastAsia="zh-CN"/>
        </w:rPr>
        <w:t>acceptable.</w:t>
      </w:r>
    </w:p>
    <w:p w:rsidR="00DD15AE" w:rsidRDefault="002D16FE">
      <w:pPr>
        <w:pStyle w:val="31"/>
        <w:rPr>
          <w:lang w:eastAsia="zh-CN"/>
        </w:rPr>
      </w:pPr>
      <w:r>
        <w:rPr>
          <w:lang w:eastAsia="zh-CN"/>
        </w:rPr>
        <w:t xml:space="preserve">4.5.4.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BACL Laboratory</w:t>
      </w:r>
    </w:p>
    <w:p w:rsidR="00DD15AE" w:rsidRDefault="002D16FE">
      <w:pPr>
        <w:rPr>
          <w:lang w:eastAsia="zh-CN"/>
        </w:rPr>
      </w:pPr>
      <w:r>
        <w:rPr>
          <w:lang w:eastAsia="zh-CN"/>
        </w:rPr>
        <w:t>3) Phone</w:t>
      </w:r>
    </w:p>
    <w:p w:rsidR="00DD15AE" w:rsidRDefault="002D16FE">
      <w:pPr>
        <w:pStyle w:val="31"/>
        <w:rPr>
          <w:lang w:eastAsia="zh-CN"/>
        </w:rPr>
      </w:pPr>
      <w:r>
        <w:rPr>
          <w:lang w:eastAsia="zh-CN"/>
        </w:rPr>
        <w:t xml:space="preserve">4.5.5. </w:t>
      </w:r>
      <w:r>
        <w:rPr>
          <w:lang w:eastAsia="zh-CN"/>
        </w:rPr>
        <w:t>Test Results</w:t>
      </w:r>
    </w:p>
    <w:p w:rsidR="00DD15AE" w:rsidRDefault="002D16FE">
      <w:pPr>
        <w:rPr>
          <w:lang w:eastAsia="zh-CN"/>
        </w:rPr>
      </w:pPr>
      <w:r>
        <w:rPr>
          <w:lang w:eastAsia="zh-CN"/>
        </w:rPr>
        <w:t xml:space="preserve">Testing </w:t>
      </w:r>
      <w:proofErr w:type="gramStart"/>
      <w:r>
        <w:rPr>
          <w:lang w:eastAsia="zh-CN"/>
        </w:rPr>
        <w:t xml:space="preserve">showed </w:t>
      </w:r>
      <w:proofErr w:type="gramEnd"/>
      <w:r>
        <w:rPr>
          <w:lang w:eastAsia="zh-CN"/>
        </w:rPr>
        <w:t xml:space="preserve">that the product met the requirements; no easy loosening or separation was </w:t>
      </w:r>
      <w:proofErr w:type="gramStart"/>
      <w:r>
        <w:rPr>
          <w:lang w:eastAsia="zh-CN"/>
        </w:rPr>
        <w:t xml:space="preserve">found </w:t>
      </w:r>
      <w:proofErr w:type="gramEnd"/>
      <w:r>
        <w:rPr>
          <w:lang w:eastAsia="zh-CN"/>
        </w:rPr>
        <w:t>during testing. The product passes.</w:t>
      </w:r>
    </w:p>
    <w:p w:rsidR="00DD15AE" w:rsidRDefault="002D16FE">
      <w:pPr>
        <w:pStyle w:val="31"/>
      </w:pPr>
      <w:r>
        <w:lastRenderedPageBreak/>
        <w:t xml:space="preserve">4.5.6. </w:t>
      </w:r>
      <w:r>
        <w:t>Images of the Test Procedure and Results</w:t>
      </w:r>
    </w:p>
    <w:p w:rsidR="00DD15AE" w:rsidRDefault="002D16FE">
      <w:pPr>
        <w:keepNext/>
        <w:jc w:val="center"/>
      </w:pPr>
      <w:r>
        <w:rPr>
          <w:noProof/>
          <w:lang w:eastAsia="zh-CN"/>
        </w:rPr>
        <w:drawing>
          <wp:inline distT="0" distB="0" distL="0" distR="0">
            <wp:extent cx="5702021" cy="5577840"/>
            <wp:effectExtent l="0" t="0" r="0" b="0"/>
            <wp:docPr id="92" name="Picture 92" descr="图 4.5-1 吸盘与吸盘结构件拧出力实验图片" title="图 4.5-1 吸盘与吸盘结构件拧出力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2.png"/>
                    <pic:cNvPicPr/>
                  </pic:nvPicPr>
                  <pic:blipFill>
                    <a:blip r:embed="rId83"/>
                    <a:stretch>
                      <a:fillRect/>
                    </a:stretch>
                  </pic:blipFill>
                  <pic:spPr>
                    <a:xfrm>
                      <a:off x="0" y="0"/>
                      <a:ext cx="5702021" cy="5577840"/>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4.5-1 Suction-cup and suction-cup structural </w:t>
      </w:r>
      <w:proofErr w:type="gramStart"/>
      <w:r>
        <w:rPr>
          <w:sz w:val="18"/>
          <w:lang w:eastAsia="zh-CN"/>
        </w:rPr>
        <w:t xml:space="preserve">component unscrewing </w:t>
      </w:r>
      <w:proofErr w:type="gramEnd"/>
      <w:r>
        <w:rPr>
          <w:sz w:val="18"/>
          <w:lang w:eastAsia="zh-CN"/>
        </w:rPr>
        <w:t>force test image</w:t>
      </w:r>
    </w:p>
    <w:p w:rsidR="00DD15AE" w:rsidRDefault="002D16FE">
      <w:pPr>
        <w:keepNext/>
        <w:jc w:val="center"/>
      </w:pPr>
      <w:r>
        <w:rPr>
          <w:noProof/>
          <w:lang w:eastAsia="zh-CN"/>
        </w:rPr>
        <w:lastRenderedPageBreak/>
        <w:drawing>
          <wp:inline distT="0" distB="0" distL="0" distR="0">
            <wp:extent cx="5509817" cy="5577840"/>
            <wp:effectExtent l="0" t="0" r="0" b="0"/>
            <wp:docPr id="93" name="Picture 93" descr="图 4.5-2 吸盘与吸盘结构件拧出力实验图片" title="图 4.5-2 吸盘与吸盘结构件拧出力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3.png"/>
                    <pic:cNvPicPr/>
                  </pic:nvPicPr>
                  <pic:blipFill>
                    <a:blip r:embed="rId84"/>
                    <a:stretch>
                      <a:fillRect/>
                    </a:stretch>
                  </pic:blipFill>
                  <pic:spPr>
                    <a:xfrm>
                      <a:off x="0" y="0"/>
                      <a:ext cx="5509817" cy="5577840"/>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4.5-2 Suction-cup and suction-cup structural </w:t>
      </w:r>
      <w:proofErr w:type="gramStart"/>
      <w:r>
        <w:rPr>
          <w:sz w:val="18"/>
          <w:lang w:eastAsia="zh-CN"/>
        </w:rPr>
        <w:t xml:space="preserve">component unscrewing </w:t>
      </w:r>
      <w:proofErr w:type="gramEnd"/>
      <w:r>
        <w:rPr>
          <w:sz w:val="18"/>
          <w:lang w:eastAsia="zh-CN"/>
        </w:rPr>
        <w:t>force test image</w:t>
      </w:r>
    </w:p>
    <w:p w:rsidR="00DD15AE" w:rsidRDefault="002D16FE">
      <w:pPr>
        <w:keepNext/>
        <w:jc w:val="center"/>
      </w:pPr>
      <w:r>
        <w:rPr>
          <w:noProof/>
          <w:lang w:eastAsia="zh-CN"/>
        </w:rPr>
        <w:lastRenderedPageBreak/>
        <w:drawing>
          <wp:inline distT="0" distB="0" distL="0" distR="0">
            <wp:extent cx="5760720" cy="5291475"/>
            <wp:effectExtent l="0" t="0" r="0" b="0"/>
            <wp:docPr id="94" name="Picture 94" descr="图 4.5-3 吸盘与吸盘结构件拧出力实验图片" title="图 4.5-3 吸盘与吸盘结构件拧出力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5_image_04.png"/>
                    <pic:cNvPicPr/>
                  </pic:nvPicPr>
                  <pic:blipFill>
                    <a:blip r:embed="rId85"/>
                    <a:stretch>
                      <a:fillRect/>
                    </a:stretch>
                  </pic:blipFill>
                  <pic:spPr>
                    <a:xfrm>
                      <a:off x="0" y="0"/>
                      <a:ext cx="5760720" cy="5291475"/>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4.5-3 Suction-cup and suction-cup structural </w:t>
      </w:r>
      <w:proofErr w:type="gramStart"/>
      <w:r>
        <w:rPr>
          <w:sz w:val="18"/>
          <w:lang w:eastAsia="zh-CN"/>
        </w:rPr>
        <w:t xml:space="preserve">component unscrewing </w:t>
      </w:r>
      <w:proofErr w:type="gramEnd"/>
      <w:r>
        <w:rPr>
          <w:sz w:val="18"/>
          <w:lang w:eastAsia="zh-CN"/>
        </w:rPr>
        <w:t>force test image</w:t>
      </w:r>
    </w:p>
    <w:p w:rsidR="00DD15AE" w:rsidRDefault="002D16FE">
      <w:pPr>
        <w:pStyle w:val="31"/>
      </w:pPr>
      <w:r>
        <w:t xml:space="preserve">4.5.7.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4A7202">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4A7202">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2025.5.17</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4.6. </w:t>
      </w:r>
      <w:r>
        <w:t>Suction-Cup High- and Low-Temperature Storage</w:t>
      </w:r>
    </w:p>
    <w:p w:rsidR="00DD15AE" w:rsidRDefault="002D16FE">
      <w:pPr>
        <w:pStyle w:val="31"/>
      </w:pPr>
      <w:r>
        <w:t xml:space="preserve">4.6.1.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Component Reliability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Suction-Cup High- and Low-Temperature Storage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Unpackaged Product High- and Low-Temperature Storage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2025.6.21</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2025.6.21</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2025.6.28</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4.6.2. </w:t>
      </w:r>
      <w:r>
        <w:t>Test Conditions and Methods</w:t>
      </w:r>
    </w:p>
    <w:p w:rsidR="00DD15AE" w:rsidRDefault="002D16FE">
      <w:pPr>
        <w:rPr>
          <w:lang w:eastAsia="zh-CN"/>
        </w:rPr>
      </w:pPr>
      <w:r>
        <w:rPr>
          <w:lang w:eastAsia="zh-CN"/>
        </w:rPr>
        <w:t>1) Clean the tile or other surface and the suction-cup surface, attach the suction cup, and place it in the high- and low-temperature test chamber.</w:t>
      </w:r>
    </w:p>
    <w:p w:rsidR="00DD15AE" w:rsidRDefault="002D16FE">
      <w:pPr>
        <w:rPr>
          <w:lang w:eastAsia="zh-CN"/>
        </w:rPr>
      </w:pPr>
      <w:r>
        <w:rPr>
          <w:lang w:eastAsia="zh-CN"/>
        </w:rPr>
        <w:t>2) Test with a 0.5KG hanging load, ensuring a vertically downward force. Test at a high temperature of 60° and humidity of 95% for 168H, and at a low temperature of -20° and humidity of 25% for 168H.</w:t>
      </w:r>
    </w:p>
    <w:p w:rsidR="00DD15AE" w:rsidRDefault="002D16FE">
      <w:pPr>
        <w:rPr>
          <w:lang w:eastAsia="zh-CN"/>
        </w:rPr>
      </w:pPr>
      <w:r>
        <w:rPr>
          <w:lang w:eastAsia="zh-CN"/>
        </w:rPr>
        <w:t>3) After testing, leave at room temperature for 4H before inspection.</w:t>
      </w:r>
    </w:p>
    <w:p w:rsidR="00DD15AE" w:rsidRDefault="002D16FE">
      <w:pPr>
        <w:pStyle w:val="31"/>
        <w:rPr>
          <w:lang w:eastAsia="zh-CN"/>
        </w:rPr>
      </w:pPr>
      <w:r>
        <w:rPr>
          <w:lang w:eastAsia="zh-CN"/>
        </w:rPr>
        <w:t xml:space="preserve">4.6.3. </w:t>
      </w:r>
      <w:r>
        <w:rPr>
          <w:lang w:eastAsia="zh-CN"/>
        </w:rPr>
        <w:t>Test Standard Requirements and Test Records</w:t>
      </w:r>
    </w:p>
    <w:p w:rsidR="00DD15AE" w:rsidRDefault="002D16FE">
      <w:pPr>
        <w:rPr>
          <w:lang w:eastAsia="zh-CN"/>
        </w:rPr>
      </w:pPr>
      <w:r>
        <w:rPr>
          <w:lang w:eastAsia="zh-CN"/>
        </w:rPr>
        <w:t>1) June 21 at 20:00–June 28 at 20:00: after the 168-hour high- and low-temperature test, remove the samples and leave them at room temperature for 2 hours, then check their appearance.</w:t>
      </w:r>
    </w:p>
    <w:p w:rsidR="00DD15AE" w:rsidRDefault="002D16FE">
      <w:pPr>
        <w:rPr>
          <w:lang w:eastAsia="zh-CN"/>
        </w:rPr>
      </w:pPr>
      <w:r>
        <w:rPr>
          <w:lang w:eastAsia="zh-CN"/>
        </w:rPr>
        <w:t>2) Check the product's appearance: no deformation, color difference, or surface scorching. Suction remains normal. Considered a pass. (With adhesive film)</w:t>
      </w:r>
    </w:p>
    <w:p w:rsidR="00DD15AE" w:rsidRDefault="002D16FE">
      <w:pPr>
        <w:pStyle w:val="31"/>
        <w:rPr>
          <w:lang w:eastAsia="zh-CN"/>
        </w:rPr>
      </w:pPr>
      <w:r>
        <w:rPr>
          <w:lang w:eastAsia="zh-CN"/>
        </w:rPr>
        <w:t xml:space="preserve">4.6.4. </w:t>
      </w:r>
      <w:r>
        <w:rPr>
          <w:lang w:eastAsia="zh-CN"/>
        </w:rPr>
        <w:t>Equipment and Tools Used</w:t>
      </w:r>
    </w:p>
    <w:p w:rsidR="00DD15AE" w:rsidRDefault="002D16FE">
      <w:pPr>
        <w:rPr>
          <w:lang w:eastAsia="zh-CN"/>
        </w:rPr>
      </w:pPr>
      <w:r>
        <w:rPr>
          <w:lang w:eastAsia="zh-CN"/>
        </w:rPr>
        <w:t>1) Test samples *2pcs</w:t>
      </w:r>
    </w:p>
    <w:p w:rsidR="00DD15AE" w:rsidRDefault="002D16FE">
      <w:pPr>
        <w:rPr>
          <w:lang w:eastAsia="zh-CN"/>
        </w:rPr>
      </w:pPr>
      <w:r>
        <w:rPr>
          <w:lang w:eastAsia="zh-CN"/>
        </w:rPr>
        <w:t>2) High- and low-temperature test chamber</w:t>
      </w:r>
    </w:p>
    <w:p w:rsidR="00DD15AE" w:rsidRDefault="002D16FE">
      <w:pPr>
        <w:pStyle w:val="31"/>
        <w:rPr>
          <w:lang w:eastAsia="zh-CN"/>
        </w:rPr>
      </w:pPr>
      <w:r>
        <w:rPr>
          <w:lang w:eastAsia="zh-CN"/>
        </w:rPr>
        <w:lastRenderedPageBreak/>
        <w:t xml:space="preserve">4.6.5. </w:t>
      </w:r>
      <w:r>
        <w:rPr>
          <w:lang w:eastAsia="zh-CN"/>
        </w:rPr>
        <w:t>Test Procedure</w:t>
      </w:r>
    </w:p>
    <w:p w:rsidR="00DD15AE" w:rsidRDefault="002D16FE">
      <w:pPr>
        <w:rPr>
          <w:lang w:eastAsia="zh-CN"/>
        </w:rPr>
      </w:pPr>
      <w:r>
        <w:rPr>
          <w:lang w:eastAsia="zh-CN"/>
        </w:rPr>
        <w:t>1) Place the product in the high- and low-temperature oven; playback is required.</w:t>
      </w:r>
    </w:p>
    <w:p w:rsidR="00DD15AE" w:rsidRDefault="002D16FE">
      <w:pPr>
        <w:rPr>
          <w:lang w:eastAsia="zh-CN"/>
        </w:rPr>
      </w:pPr>
      <w:r>
        <w:rPr>
          <w:lang w:eastAsia="zh-CN"/>
        </w:rPr>
        <w:t xml:space="preserve">2) Turn on the switch, set the parameters, and </w:t>
      </w:r>
      <w:proofErr w:type="gramStart"/>
      <w:r>
        <w:rPr>
          <w:lang w:eastAsia="zh-CN"/>
        </w:rPr>
        <w:t xml:space="preserve">click Run to </w:t>
      </w:r>
      <w:proofErr w:type="gramEnd"/>
      <w:r>
        <w:rPr>
          <w:lang w:eastAsia="zh-CN"/>
        </w:rPr>
        <w:t>start operation.</w:t>
      </w:r>
    </w:p>
    <w:p w:rsidR="00DD15AE" w:rsidRDefault="002D16FE">
      <w:pPr>
        <w:rPr>
          <w:lang w:eastAsia="zh-CN"/>
        </w:rPr>
      </w:pPr>
      <w:r>
        <w:rPr>
          <w:lang w:eastAsia="zh-CN"/>
        </w:rPr>
        <w:t>3) During the low-temperature test: current temperature 60℃; humidity 85.3%</w:t>
      </w:r>
    </w:p>
    <w:p w:rsidR="00DD15AE" w:rsidRDefault="002D16FE">
      <w:pPr>
        <w:rPr>
          <w:lang w:eastAsia="zh-CN"/>
        </w:rPr>
      </w:pPr>
      <w:r>
        <w:rPr>
          <w:lang w:eastAsia="zh-CN"/>
        </w:rPr>
        <w:t xml:space="preserve">4) During 48 hours </w:t>
      </w:r>
      <w:proofErr w:type="gramStart"/>
      <w:r>
        <w:rPr>
          <w:lang w:eastAsia="zh-CN"/>
        </w:rPr>
        <w:t xml:space="preserve">of high-temperature storage </w:t>
      </w:r>
      <w:proofErr w:type="gramEnd"/>
      <w:r>
        <w:rPr>
          <w:lang w:eastAsia="zh-CN"/>
        </w:rPr>
        <w:t>testing while attached to a marble tile, the product did not detach and functioned normally.</w:t>
      </w:r>
    </w:p>
    <w:p w:rsidR="00DD15AE" w:rsidRDefault="002D16FE">
      <w:pPr>
        <w:pStyle w:val="31"/>
        <w:rPr>
          <w:lang w:eastAsia="zh-CN"/>
        </w:rPr>
      </w:pPr>
      <w:r>
        <w:rPr>
          <w:lang w:eastAsia="zh-CN"/>
        </w:rPr>
        <w:t xml:space="preserve">4.6.6. </w:t>
      </w:r>
      <w:r>
        <w:rPr>
          <w:lang w:eastAsia="zh-CN"/>
        </w:rPr>
        <w:t>Test Results</w:t>
      </w:r>
    </w:p>
    <w:p w:rsidR="00DD15AE" w:rsidRDefault="002D16FE">
      <w:pPr>
        <w:rPr>
          <w:lang w:eastAsia="zh-CN"/>
        </w:rPr>
      </w:pPr>
      <w:r>
        <w:rPr>
          <w:lang w:eastAsia="zh-CN"/>
        </w:rPr>
        <w:t xml:space="preserve">After the 168-hour high-temperature test, the product functioned </w:t>
      </w:r>
      <w:proofErr w:type="gramStart"/>
      <w:r>
        <w:rPr>
          <w:lang w:eastAsia="zh-CN"/>
        </w:rPr>
        <w:t xml:space="preserve">normally while attached to a </w:t>
      </w:r>
      <w:proofErr w:type="gramEnd"/>
      <w:r>
        <w:rPr>
          <w:lang w:eastAsia="zh-CN"/>
        </w:rPr>
        <w:t>marble tile for high-temperature storage and playback. Considered a pass.</w:t>
      </w:r>
    </w:p>
    <w:p w:rsidR="00DD15AE" w:rsidRDefault="002D16FE">
      <w:pPr>
        <w:pStyle w:val="31"/>
        <w:rPr>
          <w:lang w:eastAsia="zh-CN"/>
        </w:rPr>
      </w:pPr>
      <w:r>
        <w:rPr>
          <w:lang w:eastAsia="zh-CN"/>
        </w:rPr>
        <w:t xml:space="preserve">4.6.7. </w:t>
      </w:r>
      <w:r>
        <w:rPr>
          <w:lang w:eastAsia="zh-CN"/>
        </w:rPr>
        <w:t>Images of the Test Procedure and Results</w:t>
      </w:r>
    </w:p>
    <w:p w:rsidR="00DD15AE" w:rsidRDefault="002D16FE">
      <w:pPr>
        <w:keepNext/>
        <w:jc w:val="center"/>
      </w:pPr>
      <w:r>
        <w:rPr>
          <w:noProof/>
          <w:lang w:eastAsia="zh-CN"/>
        </w:rPr>
        <w:drawing>
          <wp:inline distT="0" distB="0" distL="0" distR="0">
            <wp:extent cx="5760720" cy="4320540"/>
            <wp:effectExtent l="0" t="0" r="0" b="0"/>
            <wp:docPr id="95" name="Picture 95" descr="图 4.6-1 吸盘高低温储存实验图片" title="图 4.6-1 吸盘高低温储存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01_image_02.png"/>
                    <pic:cNvPicPr/>
                  </pic:nvPicPr>
                  <pic:blipFill>
                    <a:blip r:embed="rId8"/>
                    <a:stretch>
                      <a:fillRect/>
                    </a:stretch>
                  </pic:blipFill>
                  <pic:spPr>
                    <a:xfrm>
                      <a:off x="0" y="0"/>
                      <a:ext cx="5760720" cy="4320540"/>
                    </a:xfrm>
                    <a:prstGeom prst="rect">
                      <a:avLst/>
                    </a:prstGeom>
                  </pic:spPr>
                </pic:pic>
              </a:graphicData>
            </a:graphic>
          </wp:inline>
        </w:drawing>
      </w:r>
    </w:p>
    <w:p w:rsidR="00DD15AE" w:rsidRDefault="002D16FE">
      <w:pPr>
        <w:spacing w:after="160"/>
        <w:jc w:val="center"/>
        <w:rPr>
          <w:lang w:eastAsia="zh-CN"/>
        </w:rPr>
      </w:pPr>
      <w:r>
        <w:rPr>
          <w:sz w:val="18"/>
          <w:lang w:eastAsia="zh-CN"/>
        </w:rPr>
        <w:t>Figure 4.6-1 Suction-cup high- and low-temperature storage test image</w:t>
      </w:r>
    </w:p>
    <w:p w:rsidR="00DD15AE" w:rsidRDefault="002D16FE">
      <w:pPr>
        <w:keepNext/>
        <w:jc w:val="center"/>
      </w:pPr>
      <w:r>
        <w:rPr>
          <w:noProof/>
          <w:lang w:eastAsia="zh-CN"/>
        </w:rPr>
        <w:lastRenderedPageBreak/>
        <w:drawing>
          <wp:inline distT="0" distB="0" distL="0" distR="0">
            <wp:extent cx="5760720" cy="2880360"/>
            <wp:effectExtent l="0" t="0" r="0" b="0"/>
            <wp:docPr id="96" name="Picture 96" descr="图 4.6-2 吸盘高低温储存实验图片" title="图 4.6-2 吸盘高低温储存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3.png"/>
                    <pic:cNvPicPr/>
                  </pic:nvPicPr>
                  <pic:blipFill>
                    <a:blip r:embed="rId86"/>
                    <a:stretch>
                      <a:fillRect/>
                    </a:stretch>
                  </pic:blipFill>
                  <pic:spPr>
                    <a:xfrm>
                      <a:off x="0" y="0"/>
                      <a:ext cx="5760720" cy="2880360"/>
                    </a:xfrm>
                    <a:prstGeom prst="rect">
                      <a:avLst/>
                    </a:prstGeom>
                  </pic:spPr>
                </pic:pic>
              </a:graphicData>
            </a:graphic>
          </wp:inline>
        </w:drawing>
      </w:r>
    </w:p>
    <w:p w:rsidR="00DD15AE" w:rsidRDefault="002D16FE">
      <w:pPr>
        <w:spacing w:after="160"/>
        <w:jc w:val="center"/>
        <w:rPr>
          <w:lang w:eastAsia="zh-CN"/>
        </w:rPr>
      </w:pPr>
      <w:r>
        <w:rPr>
          <w:sz w:val="18"/>
          <w:lang w:eastAsia="zh-CN"/>
        </w:rPr>
        <w:t>Figure 4.6-2 Suction-cup high- and low-temperature storage test image</w:t>
      </w:r>
    </w:p>
    <w:p w:rsidR="00DD15AE" w:rsidRDefault="002D16FE">
      <w:pPr>
        <w:keepNext/>
        <w:jc w:val="center"/>
      </w:pPr>
      <w:r>
        <w:rPr>
          <w:noProof/>
          <w:lang w:eastAsia="zh-CN"/>
        </w:rPr>
        <w:drawing>
          <wp:inline distT="0" distB="0" distL="0" distR="0">
            <wp:extent cx="5760720" cy="4804756"/>
            <wp:effectExtent l="0" t="0" r="0" b="0"/>
            <wp:docPr id="97" name="Picture 97" descr="图 4.6-3 吸盘高低温储存实验图片" title="图 4.6-3 吸盘高低温储存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4.png"/>
                    <pic:cNvPicPr/>
                  </pic:nvPicPr>
                  <pic:blipFill>
                    <a:blip r:embed="rId87"/>
                    <a:stretch>
                      <a:fillRect/>
                    </a:stretch>
                  </pic:blipFill>
                  <pic:spPr>
                    <a:xfrm>
                      <a:off x="0" y="0"/>
                      <a:ext cx="5760720" cy="4804756"/>
                    </a:xfrm>
                    <a:prstGeom prst="rect">
                      <a:avLst/>
                    </a:prstGeom>
                  </pic:spPr>
                </pic:pic>
              </a:graphicData>
            </a:graphic>
          </wp:inline>
        </w:drawing>
      </w:r>
    </w:p>
    <w:p w:rsidR="00DD15AE" w:rsidRDefault="002D16FE">
      <w:pPr>
        <w:spacing w:after="160"/>
        <w:jc w:val="center"/>
        <w:rPr>
          <w:lang w:eastAsia="zh-CN"/>
        </w:rPr>
      </w:pPr>
      <w:r>
        <w:rPr>
          <w:sz w:val="18"/>
          <w:lang w:eastAsia="zh-CN"/>
        </w:rPr>
        <w:t>Figure 4.6-3 Suction-cup high- and low-temperature storage test image</w:t>
      </w:r>
    </w:p>
    <w:p w:rsidR="00DD15AE" w:rsidRDefault="002D16FE">
      <w:pPr>
        <w:keepNext/>
        <w:jc w:val="center"/>
      </w:pPr>
      <w:r>
        <w:rPr>
          <w:noProof/>
          <w:lang w:eastAsia="zh-CN"/>
        </w:rPr>
        <w:lastRenderedPageBreak/>
        <w:drawing>
          <wp:inline distT="0" distB="0" distL="0" distR="0">
            <wp:extent cx="5297033" cy="5577840"/>
            <wp:effectExtent l="0" t="0" r="0" b="0"/>
            <wp:docPr id="98" name="Picture 98" descr="图 4.6-4 吸盘高低温储存实验图片" title="图 4.6-4 吸盘高低温储存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6_image_05.png"/>
                    <pic:cNvPicPr/>
                  </pic:nvPicPr>
                  <pic:blipFill>
                    <a:blip r:embed="rId88"/>
                    <a:stretch>
                      <a:fillRect/>
                    </a:stretch>
                  </pic:blipFill>
                  <pic:spPr>
                    <a:xfrm>
                      <a:off x="0" y="0"/>
                      <a:ext cx="5297033"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4.6-4 Suction-cup high- and low-temperature storage test image</w:t>
      </w:r>
    </w:p>
    <w:p w:rsidR="00DD15AE" w:rsidRDefault="002D16FE">
      <w:pPr>
        <w:pStyle w:val="31"/>
      </w:pPr>
      <w:r>
        <w:t xml:space="preserve">4.6.8.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4A7202">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2025.6.28</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4A7202">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2025.6.28</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1"/>
      </w:pPr>
      <w:r>
        <w:lastRenderedPageBreak/>
        <w:t xml:space="preserve">5. </w:t>
      </w:r>
      <w:r>
        <w:t>Electrical Performance Testing</w:t>
      </w:r>
    </w:p>
    <w:p w:rsidR="00DD15AE" w:rsidRDefault="002D16FE">
      <w:pPr>
        <w:pStyle w:val="21"/>
      </w:pPr>
      <w:r>
        <w:t xml:space="preserve">5.1. </w:t>
      </w:r>
      <w:r>
        <w:t>Connection Uniqueness Test</w:t>
      </w:r>
    </w:p>
    <w:p w:rsidR="00DD15AE" w:rsidRDefault="002D16FE">
      <w:pPr>
        <w:pStyle w:val="31"/>
      </w:pPr>
      <w:r>
        <w:t xml:space="preserve">5.1.1.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Electrical Performance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Connection Uniqueness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Connection Uniqueness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5.1.2. </w:t>
      </w:r>
      <w:r>
        <w:t>Test Conditions and Methods</w:t>
      </w:r>
    </w:p>
    <w:p w:rsidR="00DD15AE" w:rsidRDefault="002D16FE">
      <w:pPr>
        <w:rPr>
          <w:lang w:eastAsia="zh-CN"/>
        </w:rPr>
      </w:pPr>
      <w:r>
        <w:rPr>
          <w:lang w:eastAsia="zh-CN"/>
        </w:rPr>
        <w:t xml:space="preserve">1) Pair the phone and product </w:t>
      </w:r>
      <w:proofErr w:type="gramStart"/>
      <w:r>
        <w:rPr>
          <w:lang w:eastAsia="zh-CN"/>
        </w:rPr>
        <w:t xml:space="preserve">via Bluetooth and </w:t>
      </w:r>
      <w:proofErr w:type="gramEnd"/>
      <w:r>
        <w:rPr>
          <w:lang w:eastAsia="zh-CN"/>
        </w:rPr>
        <w:t>play songs.</w:t>
      </w:r>
    </w:p>
    <w:p w:rsidR="00DD15AE" w:rsidRDefault="002D16FE">
      <w:pPr>
        <w:rPr>
          <w:lang w:eastAsia="zh-CN"/>
        </w:rPr>
      </w:pPr>
      <w:r>
        <w:rPr>
          <w:lang w:eastAsia="zh-CN"/>
        </w:rPr>
        <w:t>2) Simulate a real environment by placing 3 or more units in the same test area, approximately 0.5M apart. Each sample set must operate normally, with no crosstalk or mutual interference.</w:t>
      </w:r>
    </w:p>
    <w:p w:rsidR="00DD15AE" w:rsidRDefault="002D16FE">
      <w:pPr>
        <w:pStyle w:val="31"/>
        <w:rPr>
          <w:lang w:eastAsia="zh-CN"/>
        </w:rPr>
      </w:pPr>
      <w:r>
        <w:rPr>
          <w:lang w:eastAsia="zh-CN"/>
        </w:rPr>
        <w:t xml:space="preserve">5.1.3. </w:t>
      </w:r>
      <w:r>
        <w:rPr>
          <w:lang w:eastAsia="zh-CN"/>
        </w:rPr>
        <w:t>Test Standard Requirements and Test Records</w:t>
      </w:r>
    </w:p>
    <w:p w:rsidR="00DD15AE" w:rsidRDefault="002D16FE">
      <w:pPr>
        <w:rPr>
          <w:lang w:eastAsia="zh-CN"/>
        </w:rPr>
      </w:pPr>
      <w:r>
        <w:rPr>
          <w:lang w:eastAsia="zh-CN"/>
        </w:rPr>
        <w:t>A pass requires normal appearance, function, and performance of the complete unit throughout the test and at completion.</w:t>
      </w:r>
    </w:p>
    <w:p w:rsidR="00DD15AE" w:rsidRDefault="002D16FE">
      <w:pPr>
        <w:pStyle w:val="31"/>
        <w:rPr>
          <w:lang w:eastAsia="zh-CN"/>
        </w:rPr>
      </w:pPr>
      <w:r>
        <w:rPr>
          <w:lang w:eastAsia="zh-CN"/>
        </w:rPr>
        <w:t xml:space="preserve">5.1.4.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2) BACL Laboratory</w:t>
      </w:r>
    </w:p>
    <w:p w:rsidR="00DD15AE" w:rsidRDefault="002D16FE">
      <w:pPr>
        <w:rPr>
          <w:lang w:eastAsia="zh-CN"/>
        </w:rPr>
      </w:pPr>
      <w:r>
        <w:rPr>
          <w:lang w:eastAsia="zh-CN"/>
        </w:rPr>
        <w:t>3) Phone</w:t>
      </w:r>
    </w:p>
    <w:p w:rsidR="00DD15AE" w:rsidRDefault="002D16FE">
      <w:pPr>
        <w:pStyle w:val="31"/>
        <w:rPr>
          <w:lang w:eastAsia="zh-CN"/>
        </w:rPr>
      </w:pPr>
      <w:r>
        <w:rPr>
          <w:lang w:eastAsia="zh-CN"/>
        </w:rPr>
        <w:lastRenderedPageBreak/>
        <w:t xml:space="preserve">5.1.5. </w:t>
      </w:r>
      <w:r>
        <w:rPr>
          <w:lang w:eastAsia="zh-CN"/>
        </w:rPr>
        <w:t>Test Results</w:t>
      </w:r>
    </w:p>
    <w:p w:rsidR="00DD15AE" w:rsidRDefault="002D16FE">
      <w:pPr>
        <w:rPr>
          <w:lang w:eastAsia="zh-CN"/>
        </w:rPr>
      </w:pPr>
      <w:r>
        <w:rPr>
          <w:lang w:eastAsia="zh-CN"/>
        </w:rPr>
        <w:t xml:space="preserve">Met </w:t>
      </w:r>
      <w:proofErr w:type="gramStart"/>
      <w:r>
        <w:rPr>
          <w:lang w:eastAsia="zh-CN"/>
        </w:rPr>
        <w:t xml:space="preserve">interference </w:t>
      </w:r>
      <w:proofErr w:type="gramEnd"/>
      <w:r>
        <w:rPr>
          <w:lang w:eastAsia="zh-CN"/>
        </w:rPr>
        <w:t>immunity requirements; functioned normally during testing. Pass.</w:t>
      </w:r>
    </w:p>
    <w:p w:rsidR="00DD15AE" w:rsidRDefault="002D16FE">
      <w:pPr>
        <w:pStyle w:val="31"/>
      </w:pPr>
      <w:r>
        <w:t xml:space="preserve">5.1.6. </w:t>
      </w:r>
      <w:r>
        <w:t>Images of the Test Procedure and Results</w:t>
      </w:r>
    </w:p>
    <w:p w:rsidR="00DD15AE" w:rsidRDefault="002D16FE">
      <w:pPr>
        <w:keepNext/>
        <w:jc w:val="center"/>
      </w:pPr>
      <w:r>
        <w:rPr>
          <w:noProof/>
          <w:lang w:eastAsia="zh-CN"/>
        </w:rPr>
        <w:drawing>
          <wp:inline distT="0" distB="0" distL="0" distR="0">
            <wp:extent cx="5760720" cy="5571843"/>
            <wp:effectExtent l="0" t="0" r="0" b="0"/>
            <wp:docPr id="99" name="Picture 99" descr="图 5.1-1 唯一性测试实验图片" title="图 5.1-1 唯一性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8_image_02.png"/>
                    <pic:cNvPicPr/>
                  </pic:nvPicPr>
                  <pic:blipFill>
                    <a:blip r:embed="rId89"/>
                    <a:stretch>
                      <a:fillRect/>
                    </a:stretch>
                  </pic:blipFill>
                  <pic:spPr>
                    <a:xfrm>
                      <a:off x="0" y="0"/>
                      <a:ext cx="5760720" cy="5571843"/>
                    </a:xfrm>
                    <a:prstGeom prst="rect">
                      <a:avLst/>
                    </a:prstGeom>
                  </pic:spPr>
                </pic:pic>
              </a:graphicData>
            </a:graphic>
          </wp:inline>
        </w:drawing>
      </w:r>
    </w:p>
    <w:p w:rsidR="00DD15AE" w:rsidRDefault="002D16FE">
      <w:pPr>
        <w:spacing w:after="160"/>
        <w:jc w:val="center"/>
        <w:rPr>
          <w:lang w:eastAsia="zh-CN"/>
        </w:rPr>
      </w:pPr>
      <w:r>
        <w:rPr>
          <w:sz w:val="18"/>
          <w:lang w:eastAsia="zh-CN"/>
        </w:rPr>
        <w:t>Figure 5.1-1 Connection uniqueness test image</w:t>
      </w:r>
    </w:p>
    <w:p w:rsidR="00DD15AE" w:rsidRDefault="002D16FE">
      <w:pPr>
        <w:pStyle w:val="31"/>
        <w:rPr>
          <w:lang w:eastAsia="zh-CN"/>
        </w:rPr>
      </w:pPr>
      <w:r>
        <w:rPr>
          <w:lang w:eastAsia="zh-CN"/>
        </w:rPr>
        <w:t xml:space="preserve">5.1.7.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4A7202">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4A7202">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lastRenderedPageBreak/>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5.2. </w:t>
      </w:r>
      <w:r>
        <w:t>Bluetooth Range</w:t>
      </w:r>
    </w:p>
    <w:p w:rsidR="00DD15AE" w:rsidRDefault="002D16FE">
      <w:pPr>
        <w:pStyle w:val="31"/>
      </w:pPr>
      <w:r>
        <w:t xml:space="preserve">5.2.1.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Electrical Performance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Bluetooth Range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Bluetooth Range TWS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2025.5.19</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5.2.2. </w:t>
      </w:r>
      <w:r>
        <w:t>Test Conditions and Methods</w:t>
      </w:r>
    </w:p>
    <w:p w:rsidR="00DD15AE" w:rsidRDefault="002D16FE">
      <w:pPr>
        <w:rPr>
          <w:lang w:eastAsia="zh-CN"/>
        </w:rPr>
      </w:pPr>
      <w:r>
        <w:rPr>
          <w:lang w:eastAsia="zh-CN"/>
        </w:rPr>
        <w:t xml:space="preserve">1) Pair the phone and product via </w:t>
      </w:r>
      <w:proofErr w:type="gramStart"/>
      <w:r>
        <w:rPr>
          <w:lang w:eastAsia="zh-CN"/>
        </w:rPr>
        <w:t xml:space="preserve">Bluetooth, play songs, </w:t>
      </w:r>
      <w:proofErr w:type="gramEnd"/>
      <w:r>
        <w:rPr>
          <w:lang w:eastAsia="zh-CN"/>
        </w:rPr>
        <w:t>and walk away slowly starting at 1 meter.</w:t>
      </w:r>
    </w:p>
    <w:p w:rsidR="00DD15AE" w:rsidRDefault="002D16FE">
      <w:pPr>
        <w:rPr>
          <w:lang w:eastAsia="zh-CN"/>
        </w:rPr>
      </w:pPr>
      <w:r>
        <w:rPr>
          <w:lang w:eastAsia="zh-CN"/>
        </w:rPr>
        <w:t>2) Watch for changes in the product during movement and record the distance at which changes begin.</w:t>
      </w:r>
    </w:p>
    <w:p w:rsidR="00DD15AE" w:rsidRDefault="002D16FE">
      <w:pPr>
        <w:rPr>
          <w:lang w:eastAsia="zh-CN"/>
        </w:rPr>
      </w:pPr>
      <w:r>
        <w:rPr>
          <w:lang w:eastAsia="zh-CN"/>
        </w:rPr>
        <w:t xml:space="preserve">3) Determine the distance at which Bluetooth </w:t>
      </w:r>
      <w:proofErr w:type="gramStart"/>
      <w:r>
        <w:rPr>
          <w:lang w:eastAsia="zh-CN"/>
        </w:rPr>
        <w:t xml:space="preserve">can be turned off </w:t>
      </w:r>
      <w:proofErr w:type="gramEnd"/>
      <w:r>
        <w:rPr>
          <w:lang w:eastAsia="zh-CN"/>
        </w:rPr>
        <w:t>and reconnected.</w:t>
      </w:r>
    </w:p>
    <w:p w:rsidR="00DD15AE" w:rsidRDefault="002D16FE">
      <w:pPr>
        <w:rPr>
          <w:lang w:eastAsia="zh-CN"/>
        </w:rPr>
      </w:pPr>
      <w:r>
        <w:rPr>
          <w:lang w:eastAsia="zh-CN"/>
        </w:rPr>
        <w:t xml:space="preserve">4) This test used iphone8P, Samsung S24+, and </w:t>
      </w:r>
      <w:proofErr w:type="gramStart"/>
      <w:r>
        <w:rPr>
          <w:lang w:eastAsia="zh-CN"/>
        </w:rPr>
        <w:t xml:space="preserve">Huawei </w:t>
      </w:r>
      <w:proofErr w:type="gramEnd"/>
      <w:r>
        <w:rPr>
          <w:lang w:eastAsia="zh-CN"/>
        </w:rPr>
        <w:t>Enjoy 20pro phones.</w:t>
      </w:r>
    </w:p>
    <w:p w:rsidR="00DD15AE" w:rsidRDefault="002D16FE">
      <w:pPr>
        <w:pStyle w:val="31"/>
        <w:rPr>
          <w:lang w:eastAsia="zh-CN"/>
        </w:rPr>
      </w:pPr>
      <w:r>
        <w:rPr>
          <w:lang w:eastAsia="zh-CN"/>
        </w:rPr>
        <w:t xml:space="preserve">5.2.3. </w:t>
      </w:r>
      <w:r>
        <w:rPr>
          <w:lang w:eastAsia="zh-CN"/>
        </w:rPr>
        <w:t>Equipment and Tools Used</w:t>
      </w:r>
    </w:p>
    <w:p w:rsidR="00DD15AE" w:rsidRDefault="002D16FE">
      <w:pPr>
        <w:rPr>
          <w:lang w:eastAsia="zh-CN"/>
        </w:rPr>
      </w:pPr>
      <w:r>
        <w:rPr>
          <w:lang w:eastAsia="zh-CN"/>
        </w:rPr>
        <w:t>1) Test samples *3pcs</w:t>
      </w:r>
    </w:p>
    <w:p w:rsidR="00DD15AE" w:rsidRDefault="002D16FE">
      <w:pPr>
        <w:rPr>
          <w:lang w:eastAsia="zh-CN"/>
        </w:rPr>
      </w:pPr>
      <w:r>
        <w:rPr>
          <w:lang w:eastAsia="zh-CN"/>
        </w:rPr>
        <w:t xml:space="preserve">2) </w:t>
      </w:r>
      <w:proofErr w:type="gramStart"/>
      <w:r>
        <w:rPr>
          <w:lang w:eastAsia="zh-CN"/>
        </w:rPr>
        <w:t xml:space="preserve">Bluetooth </w:t>
      </w:r>
      <w:proofErr w:type="gramEnd"/>
      <w:r>
        <w:rPr>
          <w:lang w:eastAsia="zh-CN"/>
        </w:rPr>
        <w:t>phone devices 3pcs.</w:t>
      </w:r>
    </w:p>
    <w:p w:rsidR="00DD15AE" w:rsidRDefault="002D16FE">
      <w:pPr>
        <w:pStyle w:val="31"/>
      </w:pPr>
      <w:r>
        <w:t xml:space="preserve">5.2.4. </w:t>
      </w:r>
      <w:r>
        <w:t>Test Results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117"/>
        <w:gridCol w:w="7458"/>
      </w:tblGrid>
      <w:tr w:rsidR="004A7202" w:rsidRPr="004A7202" w:rsidTr="00357A1A">
        <w:trPr>
          <w:trHeight w:val="927"/>
          <w:tblHeader/>
          <w:jc w:val="center"/>
        </w:trPr>
        <w:tc>
          <w:tcPr>
            <w:tcW w:w="2117"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4A7202" w:rsidRDefault="004A7202">
            <w:pPr>
              <w:spacing w:after="0" w:line="259" w:lineRule="auto"/>
              <w:rPr>
                <w:b/>
              </w:rPr>
            </w:pPr>
            <w:r w:rsidRPr="004A7202">
              <w:rPr>
                <w:b/>
              </w:rPr>
              <w:t>Test requirements</w:t>
            </w: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Default="004A7202">
            <w:pPr>
              <w:spacing w:after="0" w:line="259" w:lineRule="auto"/>
              <w:rPr>
                <w:rFonts w:hint="eastAsia"/>
                <w:lang w:eastAsia="zh-CN"/>
              </w:rPr>
            </w:pPr>
            <w:r w:rsidRPr="004A7202">
              <w:rPr>
                <w:lang w:eastAsia="zh-CN"/>
              </w:rPr>
              <w:t xml:space="preserve">*At ≥15 meters, the product must have no audio interruption or Bluetooth disconnection, and song playback and calls </w:t>
            </w:r>
            <w:r>
              <w:rPr>
                <w:lang w:eastAsia="zh-CN"/>
              </w:rPr>
              <w:br/>
            </w:r>
            <w:r w:rsidRPr="004A7202">
              <w:rPr>
                <w:lang w:eastAsia="zh-CN"/>
              </w:rPr>
              <w:t xml:space="preserve">must function normally. *At ≥15 meters, Bluetooth </w:t>
            </w:r>
            <w:proofErr w:type="gramStart"/>
            <w:r w:rsidRPr="004A7202">
              <w:rPr>
                <w:lang w:eastAsia="zh-CN"/>
              </w:rPr>
              <w:t xml:space="preserve">can be </w:t>
            </w:r>
            <w:r>
              <w:rPr>
                <w:lang w:eastAsia="zh-CN"/>
              </w:rPr>
              <w:t xml:space="preserve">turned </w:t>
            </w:r>
            <w:r w:rsidRPr="004A7202">
              <w:rPr>
                <w:lang w:eastAsia="zh-CN"/>
              </w:rPr>
              <w:t xml:space="preserve">off </w:t>
            </w:r>
            <w:proofErr w:type="gramEnd"/>
            <w:r w:rsidRPr="004A7202">
              <w:rPr>
                <w:lang w:eastAsia="zh-CN"/>
              </w:rPr>
              <w:t>and reconnected.</w:t>
            </w:r>
          </w:p>
        </w:tc>
      </w:tr>
      <w:tr w:rsidR="004A7202" w:rsidRPr="004A7202" w:rsidTr="00357A1A">
        <w:trPr>
          <w:tblHeader/>
          <w:jc w:val="center"/>
        </w:trPr>
        <w:tc>
          <w:tcPr>
            <w:tcW w:w="2117" w:type="dxa"/>
            <w:tcBorders>
              <w:top w:val="single" w:sz="6" w:space="0" w:color="D9D9D9"/>
              <w:left w:val="single" w:sz="6" w:space="0" w:color="D9D9D9"/>
              <w:bottom w:val="single" w:sz="6" w:space="0" w:color="D9D9D9"/>
              <w:right w:val="single" w:sz="6" w:space="0" w:color="D9D9D9"/>
            </w:tcBorders>
            <w:shd w:val="clear" w:color="auto" w:fill="1F4E78"/>
            <w:tcMar>
              <w:top w:w="90" w:type="dxa"/>
              <w:left w:w="110" w:type="dxa"/>
              <w:bottom w:w="90" w:type="dxa"/>
              <w:right w:w="110" w:type="dxa"/>
            </w:tcMar>
            <w:vAlign w:val="center"/>
          </w:tcPr>
          <w:p w:rsidR="004A7202" w:rsidRPr="004A7202" w:rsidRDefault="004A7202">
            <w:pPr>
              <w:spacing w:after="0" w:line="259" w:lineRule="auto"/>
              <w:rPr>
                <w:b/>
              </w:rPr>
            </w:pPr>
            <w:r w:rsidRPr="004A7202">
              <w:rPr>
                <w:b/>
                <w:color w:val="FFFFFF" w:themeColor="background1"/>
              </w:rPr>
              <w:t>Test equipment</w:t>
            </w:r>
          </w:p>
        </w:tc>
        <w:tc>
          <w:tcPr>
            <w:tcW w:w="7458" w:type="dxa"/>
            <w:tcBorders>
              <w:top w:val="single" w:sz="6" w:space="0" w:color="D9D9D9"/>
              <w:left w:val="single" w:sz="6" w:space="0" w:color="D9D9D9"/>
              <w:bottom w:val="single" w:sz="6" w:space="0" w:color="D9D9D9"/>
              <w:right w:val="single" w:sz="6" w:space="0" w:color="D9D9D9"/>
            </w:tcBorders>
            <w:shd w:val="clear" w:color="auto" w:fill="1F4E78"/>
            <w:tcMar>
              <w:top w:w="90" w:type="dxa"/>
              <w:left w:w="110" w:type="dxa"/>
              <w:bottom w:w="90" w:type="dxa"/>
              <w:right w:w="110" w:type="dxa"/>
            </w:tcMar>
            <w:vAlign w:val="center"/>
          </w:tcPr>
          <w:p w:rsidR="004A7202" w:rsidRPr="004A7202" w:rsidRDefault="004A7202">
            <w:pPr>
              <w:spacing w:after="0" w:line="259" w:lineRule="auto"/>
              <w:rPr>
                <w:b/>
                <w:lang w:eastAsia="zh-CN"/>
              </w:rPr>
            </w:pPr>
            <w:r w:rsidRPr="004A7202">
              <w:rPr>
                <w:b/>
                <w:color w:val="FFFFFF" w:themeColor="background1"/>
                <w:lang w:eastAsia="zh-CN"/>
              </w:rPr>
              <w:t>Test result</w:t>
            </w:r>
          </w:p>
        </w:tc>
      </w:tr>
      <w:tr w:rsidR="004A7202" w:rsidRPr="004A7202" w:rsidTr="00357A1A">
        <w:trPr>
          <w:tblHeader/>
          <w:jc w:val="center"/>
        </w:trPr>
        <w:tc>
          <w:tcPr>
            <w:tcW w:w="2117" w:type="dxa"/>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4A7202" w:rsidRDefault="004A7202" w:rsidP="00357A1A">
            <w:pPr>
              <w:spacing w:after="0" w:line="259" w:lineRule="auto"/>
              <w:rPr>
                <w:b/>
                <w:color w:val="auto"/>
              </w:rPr>
            </w:pPr>
            <w:r w:rsidRPr="004A7202">
              <w:rPr>
                <w:rFonts w:hint="eastAsia"/>
                <w:b/>
                <w:color w:val="auto"/>
              </w:rPr>
              <w:lastRenderedPageBreak/>
              <w:t xml:space="preserve">iPhone </w:t>
            </w:r>
            <w:r w:rsidRPr="004A7202">
              <w:rPr>
                <w:b/>
                <w:color w:val="auto"/>
              </w:rPr>
              <w:t>8P phone.</w:t>
            </w: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357A1A" w:rsidRDefault="004A7202">
            <w:pPr>
              <w:spacing w:after="0" w:line="259" w:lineRule="auto"/>
              <w:rPr>
                <w:color w:val="auto"/>
                <w:lang w:eastAsia="zh-CN"/>
              </w:rPr>
            </w:pPr>
            <w:r w:rsidRPr="00357A1A">
              <w:rPr>
                <w:color w:val="auto"/>
                <w:lang w:eastAsia="zh-CN"/>
              </w:rPr>
              <w:t xml:space="preserve">Sample </w:t>
            </w:r>
            <w:r w:rsidRPr="00357A1A">
              <w:rPr>
                <w:rFonts w:hint="eastAsia"/>
                <w:color w:val="auto"/>
                <w:lang w:eastAsia="zh-CN"/>
              </w:rPr>
              <w:t>1</w:t>
            </w:r>
            <w:r w:rsidR="00357A1A" w:rsidRPr="00357A1A">
              <w:rPr>
                <w:color w:val="auto"/>
                <w:lang w:eastAsia="zh-CN"/>
              </w:rPr>
              <w:t xml:space="preserve">#: </w:t>
            </w:r>
            <w:proofErr w:type="gramStart"/>
            <w:r w:rsidR="00357A1A" w:rsidRPr="00357A1A">
              <w:rPr>
                <w:rFonts w:hint="eastAsia"/>
                <w:color w:val="auto"/>
                <w:lang w:eastAsia="zh-CN"/>
              </w:rPr>
              <w:t xml:space="preserve">playback, Bluetooth </w:t>
            </w:r>
            <w:proofErr w:type="gramEnd"/>
            <w:r w:rsidR="00357A1A" w:rsidRPr="00357A1A">
              <w:rPr>
                <w:rFonts w:hint="eastAsia"/>
                <w:color w:val="auto"/>
                <w:lang w:eastAsia="zh-CN"/>
              </w:rPr>
              <w:t/>
            </w:r>
            <w:r w:rsidR="00357A1A" w:rsidRPr="00357A1A">
              <w:rPr>
                <w:color w:val="auto"/>
                <w:lang w:eastAsia="zh-CN"/>
              </w:rPr>
              <w:t xml:space="preserve">shutdown, and reconnection were normal from 0–30 meters. </w:t>
            </w:r>
            <w:proofErr w:type="gramStart"/>
            <w:r w:rsidR="00357A1A" w:rsidRPr="00357A1A">
              <w:rPr>
                <w:color w:val="auto"/>
                <w:lang w:eastAsia="zh-CN"/>
              </w:rPr>
              <w:t xml:space="preserve">Bluetooth range: </w:t>
            </w:r>
            <w:proofErr w:type="gramEnd"/>
            <w:r w:rsidR="00357A1A" w:rsidRPr="00357A1A">
              <w:rPr>
                <w:color w:val="auto"/>
                <w:lang w:eastAsia="zh-CN"/>
              </w:rPr>
              <w:t>30 meters.</w:t>
            </w:r>
          </w:p>
        </w:tc>
      </w:tr>
      <w:tr w:rsidR="004A7202" w:rsidRPr="004A7202" w:rsidTr="00357A1A">
        <w:trPr>
          <w:tblHeader/>
          <w:jc w:val="center"/>
        </w:trPr>
        <w:tc>
          <w:tcPr>
            <w:tcW w:w="2117" w:type="dxa"/>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4A7202" w:rsidRDefault="004A7202">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357A1A" w:rsidRDefault="00357A1A">
            <w:pPr>
              <w:spacing w:after="0" w:line="259" w:lineRule="auto"/>
              <w:rPr>
                <w:color w:val="auto"/>
                <w:lang w:eastAsia="zh-CN"/>
              </w:rPr>
            </w:pPr>
            <w:r w:rsidRPr="00357A1A">
              <w:rPr>
                <w:color w:val="auto"/>
                <w:lang w:eastAsia="zh-CN"/>
              </w:rPr>
              <w:t xml:space="preserve">Sample </w:t>
            </w:r>
            <w:r w:rsidRPr="00357A1A">
              <w:rPr>
                <w:color w:val="auto"/>
                <w:lang w:eastAsia="zh-CN"/>
              </w:rPr>
              <w:t>2#</w:t>
            </w:r>
            <w:r>
              <w:rPr>
                <w:color w:val="auto"/>
                <w:lang w:eastAsia="zh-CN"/>
              </w:rPr>
              <w:t xml:space="preserve">: </w:t>
            </w:r>
            <w:proofErr w:type="gramStart"/>
            <w:r w:rsidRPr="00357A1A">
              <w:rPr>
                <w:color w:val="auto"/>
                <w:lang w:eastAsia="zh-CN"/>
              </w:rPr>
              <w:t xml:space="preserve">playback, </w:t>
            </w:r>
            <w:proofErr w:type="gramEnd"/>
            <w:r w:rsidRPr="00357A1A">
              <w:rPr>
                <w:color w:val="auto"/>
                <w:lang w:eastAsia="zh-CN"/>
              </w:rPr>
              <w:t xml:space="preserve">Bluetooth shutdown, and reconnection were normal from 0–32 meters. </w:t>
            </w:r>
            <w:proofErr w:type="gramStart"/>
            <w:r w:rsidRPr="00357A1A">
              <w:rPr>
                <w:color w:val="auto"/>
                <w:lang w:eastAsia="zh-CN"/>
              </w:rPr>
              <w:t xml:space="preserve">Bluetooth </w:t>
            </w:r>
            <w:proofErr w:type="gramEnd"/>
            <w:r w:rsidRPr="00357A1A">
              <w:rPr>
                <w:color w:val="auto"/>
                <w:lang w:eastAsia="zh-CN"/>
              </w:rPr>
              <w:t>range: 32 meters.</w:t>
            </w:r>
          </w:p>
        </w:tc>
      </w:tr>
      <w:tr w:rsidR="004A7202" w:rsidRPr="004A7202" w:rsidTr="00357A1A">
        <w:trPr>
          <w:tblHeader/>
          <w:jc w:val="center"/>
        </w:trPr>
        <w:tc>
          <w:tcPr>
            <w:tcW w:w="2117" w:type="dxa"/>
            <w:vMerge/>
            <w:tcBorders>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4A7202" w:rsidRDefault="004A7202">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4A7202" w:rsidRPr="00357A1A" w:rsidRDefault="00225E35" w:rsidP="00225E35">
            <w:pPr>
              <w:spacing w:after="0" w:line="259" w:lineRule="auto"/>
              <w:rPr>
                <w:color w:val="auto"/>
                <w:lang w:eastAsia="zh-CN"/>
              </w:rPr>
            </w:pPr>
            <w:r w:rsidRPr="00357A1A">
              <w:rPr>
                <w:color w:val="auto"/>
                <w:lang w:eastAsia="zh-CN"/>
              </w:rPr>
              <w:t xml:space="preserve">Sample </w:t>
            </w:r>
            <w:r>
              <w:rPr>
                <w:color w:val="auto"/>
                <w:lang w:eastAsia="zh-CN"/>
              </w:rPr>
              <w:t>3</w:t>
            </w:r>
            <w:r w:rsidRPr="00357A1A">
              <w:rPr>
                <w:color w:val="auto"/>
                <w:lang w:eastAsia="zh-CN"/>
              </w:rPr>
              <w:t xml:space="preserve">#: </w:t>
            </w:r>
            <w:r>
              <w:rPr>
                <w:color w:val="auto"/>
                <w:lang w:eastAsia="zh-CN"/>
              </w:rPr>
              <w:t/>
            </w:r>
            <w:proofErr w:type="gramStart"/>
            <w:r w:rsidRPr="00225E35">
              <w:rPr>
                <w:color w:val="auto"/>
                <w:lang w:eastAsia="zh-CN"/>
              </w:rPr>
              <w:t xml:space="preserve">playback, Bluetooth </w:t>
            </w:r>
            <w:proofErr w:type="gramEnd"/>
            <w:r w:rsidRPr="00225E35">
              <w:rPr>
                <w:color w:val="auto"/>
                <w:lang w:eastAsia="zh-CN"/>
              </w:rPr>
              <w:t xml:space="preserve">shutdown, and reconnection were normal from 0–30 meters. </w:t>
            </w:r>
            <w:proofErr w:type="gramStart"/>
            <w:r w:rsidRPr="00225E35">
              <w:rPr>
                <w:color w:val="auto"/>
                <w:lang w:eastAsia="zh-CN"/>
              </w:rPr>
              <w:t xml:space="preserve">Bluetooth range: </w:t>
            </w:r>
            <w:proofErr w:type="gramEnd"/>
            <w:r w:rsidRPr="00225E35">
              <w:rPr>
                <w:color w:val="auto"/>
                <w:lang w:eastAsia="zh-CN"/>
              </w:rPr>
              <w:t>30 meters.</w:t>
            </w:r>
          </w:p>
        </w:tc>
      </w:tr>
      <w:tr w:rsidR="00010F8A" w:rsidRPr="004A7202" w:rsidTr="00E32B88">
        <w:trPr>
          <w:tblHeader/>
          <w:jc w:val="center"/>
        </w:trPr>
        <w:tc>
          <w:tcPr>
            <w:tcW w:w="2117" w:type="dxa"/>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r w:rsidRPr="00357A1A">
              <w:rPr>
                <w:rFonts w:hint="eastAsia"/>
                <w:b/>
                <w:color w:val="auto"/>
                <w:lang w:eastAsia="zh-CN"/>
              </w:rPr>
              <w:t xml:space="preserve">Samsung </w:t>
            </w:r>
            <w:r w:rsidRPr="00357A1A">
              <w:rPr>
                <w:b/>
                <w:color w:val="auto"/>
                <w:lang w:eastAsia="zh-CN"/>
              </w:rPr>
              <w:t>S24+ phone</w:t>
            </w: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sidRPr="00357A1A">
              <w:rPr>
                <w:rFonts w:hint="eastAsia"/>
                <w:color w:val="auto"/>
                <w:lang w:eastAsia="zh-CN"/>
              </w:rPr>
              <w:t>1</w:t>
            </w:r>
            <w:r w:rsidRPr="00357A1A">
              <w:rPr>
                <w:color w:val="auto"/>
                <w:lang w:eastAsia="zh-CN"/>
              </w:rPr>
              <w:t xml:space="preserve">#: </w:t>
            </w:r>
            <w:proofErr w:type="gramStart"/>
            <w:r w:rsidRPr="00010F8A">
              <w:rPr>
                <w:rFonts w:hint="eastAsia"/>
                <w:color w:val="auto"/>
                <w:lang w:eastAsia="zh-CN"/>
              </w:rPr>
              <w:t xml:space="preserve">playback, Bluetooth </w:t>
            </w:r>
            <w:proofErr w:type="gramEnd"/>
            <w:r w:rsidRPr="00010F8A">
              <w:rPr>
                <w:rFonts w:hint="eastAsia"/>
                <w:color w:val="auto"/>
                <w:lang w:eastAsia="zh-CN"/>
              </w:rPr>
              <w:t/>
            </w:r>
            <w:r w:rsidRPr="00010F8A">
              <w:rPr>
                <w:color w:val="auto"/>
                <w:lang w:eastAsia="zh-CN"/>
              </w:rPr>
              <w:t xml:space="preserve">shutdown, and reconnection were normal from 0–22 meters. </w:t>
            </w:r>
            <w:proofErr w:type="gramStart"/>
            <w:r w:rsidRPr="00010F8A">
              <w:rPr>
                <w:color w:val="auto"/>
                <w:lang w:eastAsia="zh-CN"/>
              </w:rPr>
              <w:t xml:space="preserve">Bluetooth range: </w:t>
            </w:r>
            <w:proofErr w:type="gramEnd"/>
            <w:r w:rsidRPr="00010F8A">
              <w:rPr>
                <w:color w:val="auto"/>
                <w:lang w:eastAsia="zh-CN"/>
              </w:rPr>
              <w:t>22 meters.</w:t>
            </w:r>
          </w:p>
        </w:tc>
      </w:tr>
      <w:tr w:rsidR="00010F8A" w:rsidRPr="004A7202" w:rsidTr="00E32B88">
        <w:trPr>
          <w:tblHeader/>
          <w:jc w:val="center"/>
        </w:trPr>
        <w:tc>
          <w:tcPr>
            <w:tcW w:w="2117" w:type="dxa"/>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sidRPr="00357A1A">
              <w:rPr>
                <w:color w:val="auto"/>
                <w:lang w:eastAsia="zh-CN"/>
              </w:rPr>
              <w:t>2#</w:t>
            </w:r>
            <w:r>
              <w:rPr>
                <w:color w:val="auto"/>
                <w:lang w:eastAsia="zh-CN"/>
              </w:rPr>
              <w:t xml:space="preserve">: </w:t>
            </w:r>
            <w:proofErr w:type="gramStart"/>
            <w:r w:rsidRPr="00010F8A">
              <w:rPr>
                <w:rFonts w:hint="eastAsia"/>
                <w:color w:val="auto"/>
                <w:lang w:eastAsia="zh-CN"/>
              </w:rPr>
              <w:t xml:space="preserve">playback, </w:t>
            </w:r>
            <w:proofErr w:type="gramEnd"/>
            <w:r w:rsidRPr="00010F8A">
              <w:rPr>
                <w:rFonts w:hint="eastAsia"/>
                <w:color w:val="auto"/>
                <w:lang w:eastAsia="zh-CN"/>
              </w:rPr>
              <w:t xml:space="preserve">Bluetooth </w:t>
            </w:r>
            <w:r w:rsidRPr="00010F8A">
              <w:rPr>
                <w:color w:val="auto"/>
                <w:lang w:eastAsia="zh-CN"/>
              </w:rPr>
              <w:t xml:space="preserve">shutdown, and reconnection were normal from 0–23 meters. </w:t>
            </w:r>
            <w:proofErr w:type="gramStart"/>
            <w:r w:rsidRPr="00010F8A">
              <w:rPr>
                <w:color w:val="auto"/>
                <w:lang w:eastAsia="zh-CN"/>
              </w:rPr>
              <w:t xml:space="preserve">Bluetooth </w:t>
            </w:r>
            <w:proofErr w:type="gramEnd"/>
            <w:r w:rsidRPr="00010F8A">
              <w:rPr>
                <w:color w:val="auto"/>
                <w:lang w:eastAsia="zh-CN"/>
              </w:rPr>
              <w:t>range: 23 meters.</w:t>
            </w:r>
          </w:p>
        </w:tc>
      </w:tr>
      <w:tr w:rsidR="00010F8A" w:rsidRPr="004A7202" w:rsidTr="00E32B88">
        <w:trPr>
          <w:tblHeader/>
          <w:jc w:val="center"/>
        </w:trPr>
        <w:tc>
          <w:tcPr>
            <w:tcW w:w="2117" w:type="dxa"/>
            <w:vMerge/>
            <w:tcBorders>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Pr>
                <w:color w:val="auto"/>
                <w:lang w:eastAsia="zh-CN"/>
              </w:rPr>
              <w:t>3</w:t>
            </w:r>
            <w:r w:rsidRPr="00357A1A">
              <w:rPr>
                <w:color w:val="auto"/>
                <w:lang w:eastAsia="zh-CN"/>
              </w:rPr>
              <w:t xml:space="preserve">#: </w:t>
            </w:r>
            <w:r>
              <w:rPr>
                <w:color w:val="auto"/>
                <w:lang w:eastAsia="zh-CN"/>
              </w:rPr>
              <w:t/>
            </w:r>
            <w:proofErr w:type="gramStart"/>
            <w:r w:rsidRPr="00010F8A">
              <w:rPr>
                <w:rFonts w:hint="eastAsia"/>
                <w:color w:val="auto"/>
                <w:lang w:eastAsia="zh-CN"/>
              </w:rPr>
              <w:t xml:space="preserve">playback, Bluetooth </w:t>
            </w:r>
            <w:proofErr w:type="gramEnd"/>
            <w:r w:rsidRPr="00010F8A">
              <w:rPr>
                <w:rFonts w:hint="eastAsia"/>
                <w:color w:val="auto"/>
                <w:lang w:eastAsia="zh-CN"/>
              </w:rPr>
              <w:t/>
            </w:r>
            <w:r w:rsidRPr="00010F8A">
              <w:rPr>
                <w:color w:val="auto"/>
                <w:lang w:eastAsia="zh-CN"/>
              </w:rPr>
              <w:t xml:space="preserve">shutdown, and reconnection were normal from 0–23 meters. </w:t>
            </w:r>
            <w:proofErr w:type="gramStart"/>
            <w:r w:rsidRPr="00010F8A">
              <w:rPr>
                <w:color w:val="auto"/>
                <w:lang w:eastAsia="zh-CN"/>
              </w:rPr>
              <w:t xml:space="preserve">Bluetooth range: </w:t>
            </w:r>
            <w:proofErr w:type="gramEnd"/>
            <w:r w:rsidRPr="00010F8A">
              <w:rPr>
                <w:color w:val="auto"/>
                <w:lang w:eastAsia="zh-CN"/>
              </w:rPr>
              <w:t>23 meters.</w:t>
            </w:r>
          </w:p>
        </w:tc>
      </w:tr>
      <w:tr w:rsidR="00010F8A" w:rsidRPr="004A7202" w:rsidTr="00AB19C0">
        <w:trPr>
          <w:tblHeader/>
          <w:jc w:val="center"/>
        </w:trPr>
        <w:tc>
          <w:tcPr>
            <w:tcW w:w="2117" w:type="dxa"/>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r w:rsidRPr="00357A1A">
              <w:rPr>
                <w:rFonts w:hint="eastAsia"/>
                <w:b/>
                <w:color w:val="auto"/>
                <w:lang w:eastAsia="zh-CN"/>
              </w:rPr>
              <w:t xml:space="preserve">Huawei </w:t>
            </w:r>
            <w:proofErr w:type="gramStart"/>
            <w:r w:rsidRPr="00357A1A">
              <w:rPr>
                <w:rFonts w:hint="eastAsia"/>
                <w:b/>
                <w:color w:val="auto"/>
                <w:lang w:eastAsia="zh-CN"/>
              </w:rPr>
              <w:t xml:space="preserve">Enjoy </w:t>
            </w:r>
            <w:proofErr w:type="gramEnd"/>
            <w:r w:rsidRPr="00357A1A">
              <w:rPr>
                <w:b/>
                <w:color w:val="auto"/>
                <w:lang w:eastAsia="zh-CN"/>
              </w:rPr>
              <w:t>20pro</w:t>
            </w:r>
            <w:r w:rsidRPr="004A7202">
              <w:rPr>
                <w:b/>
                <w:color w:val="auto"/>
                <w:lang w:eastAsia="zh-CN"/>
              </w:rPr>
              <w:t xml:space="preserve"/>
            </w: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sidRPr="00357A1A">
              <w:rPr>
                <w:rFonts w:hint="eastAsia"/>
                <w:color w:val="auto"/>
                <w:lang w:eastAsia="zh-CN"/>
              </w:rPr>
              <w:t>1</w:t>
            </w:r>
            <w:r w:rsidRPr="00357A1A">
              <w:rPr>
                <w:color w:val="auto"/>
                <w:lang w:eastAsia="zh-CN"/>
              </w:rPr>
              <w:t xml:space="preserve">#: </w:t>
            </w:r>
            <w:proofErr w:type="gramStart"/>
            <w:r w:rsidRPr="00010F8A">
              <w:rPr>
                <w:rFonts w:hint="eastAsia"/>
                <w:color w:val="auto"/>
                <w:lang w:eastAsia="zh-CN"/>
              </w:rPr>
              <w:t xml:space="preserve">playback, Bluetooth </w:t>
            </w:r>
            <w:proofErr w:type="gramEnd"/>
            <w:r w:rsidRPr="00010F8A">
              <w:rPr>
                <w:rFonts w:hint="eastAsia"/>
                <w:color w:val="auto"/>
                <w:lang w:eastAsia="zh-CN"/>
              </w:rPr>
              <w:t/>
            </w:r>
            <w:r w:rsidRPr="00010F8A">
              <w:rPr>
                <w:color w:val="auto"/>
                <w:lang w:eastAsia="zh-CN"/>
              </w:rPr>
              <w:t xml:space="preserve">shutdown, and reconnection were normal from 0–21 meters. </w:t>
            </w:r>
            <w:proofErr w:type="gramStart"/>
            <w:r w:rsidRPr="00010F8A">
              <w:rPr>
                <w:color w:val="auto"/>
                <w:lang w:eastAsia="zh-CN"/>
              </w:rPr>
              <w:t xml:space="preserve">Bluetooth range: </w:t>
            </w:r>
            <w:proofErr w:type="gramEnd"/>
            <w:r w:rsidRPr="00010F8A">
              <w:rPr>
                <w:color w:val="auto"/>
                <w:lang w:eastAsia="zh-CN"/>
              </w:rPr>
              <w:t>21 meters.</w:t>
            </w:r>
          </w:p>
        </w:tc>
      </w:tr>
      <w:tr w:rsidR="00010F8A" w:rsidRPr="004A7202" w:rsidTr="00AB19C0">
        <w:trPr>
          <w:tblHeader/>
          <w:jc w:val="center"/>
        </w:trPr>
        <w:tc>
          <w:tcPr>
            <w:tcW w:w="2117" w:type="dxa"/>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sidRPr="00357A1A">
              <w:rPr>
                <w:color w:val="auto"/>
                <w:lang w:eastAsia="zh-CN"/>
              </w:rPr>
              <w:t>2#</w:t>
            </w:r>
            <w:r>
              <w:rPr>
                <w:color w:val="auto"/>
                <w:lang w:eastAsia="zh-CN"/>
              </w:rPr>
              <w:t xml:space="preserve">: </w:t>
            </w:r>
            <w:proofErr w:type="gramStart"/>
            <w:r w:rsidRPr="00010F8A">
              <w:rPr>
                <w:rFonts w:hint="eastAsia"/>
                <w:color w:val="auto"/>
                <w:lang w:eastAsia="zh-CN"/>
              </w:rPr>
              <w:t xml:space="preserve">playback, </w:t>
            </w:r>
            <w:proofErr w:type="gramEnd"/>
            <w:r w:rsidRPr="00010F8A">
              <w:rPr>
                <w:rFonts w:hint="eastAsia"/>
                <w:color w:val="auto"/>
                <w:lang w:eastAsia="zh-CN"/>
              </w:rPr>
              <w:t xml:space="preserve">Bluetooth </w:t>
            </w:r>
            <w:r w:rsidRPr="00010F8A">
              <w:rPr>
                <w:color w:val="auto"/>
                <w:lang w:eastAsia="zh-CN"/>
              </w:rPr>
              <w:t xml:space="preserve">shutdown, and reconnection were normal from 0–21 meters. </w:t>
            </w:r>
            <w:proofErr w:type="gramStart"/>
            <w:r w:rsidRPr="00010F8A">
              <w:rPr>
                <w:color w:val="auto"/>
                <w:lang w:eastAsia="zh-CN"/>
              </w:rPr>
              <w:t xml:space="preserve">Bluetooth </w:t>
            </w:r>
            <w:proofErr w:type="gramEnd"/>
            <w:r w:rsidRPr="00010F8A">
              <w:rPr>
                <w:color w:val="auto"/>
                <w:lang w:eastAsia="zh-CN"/>
              </w:rPr>
              <w:t>range: 21 meters.</w:t>
            </w:r>
          </w:p>
        </w:tc>
      </w:tr>
      <w:tr w:rsidR="00010F8A" w:rsidRPr="004A7202" w:rsidTr="00AB19C0">
        <w:trPr>
          <w:tblHeader/>
          <w:jc w:val="center"/>
        </w:trPr>
        <w:tc>
          <w:tcPr>
            <w:tcW w:w="2117" w:type="dxa"/>
            <w:vMerge/>
            <w:tcBorders>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4A7202" w:rsidRDefault="00010F8A" w:rsidP="00010F8A">
            <w:pPr>
              <w:spacing w:after="0" w:line="259" w:lineRule="auto"/>
              <w:rPr>
                <w:b/>
                <w:color w:val="auto"/>
                <w:lang w:eastAsia="zh-CN"/>
              </w:rPr>
            </w:pPr>
          </w:p>
        </w:tc>
        <w:tc>
          <w:tcPr>
            <w:tcW w:w="7458"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010F8A" w:rsidRPr="00357A1A" w:rsidRDefault="00010F8A" w:rsidP="00010F8A">
            <w:pPr>
              <w:spacing w:after="0" w:line="259" w:lineRule="auto"/>
              <w:rPr>
                <w:color w:val="auto"/>
                <w:lang w:eastAsia="zh-CN"/>
              </w:rPr>
            </w:pPr>
            <w:r w:rsidRPr="00357A1A">
              <w:rPr>
                <w:color w:val="auto"/>
                <w:lang w:eastAsia="zh-CN"/>
              </w:rPr>
              <w:t xml:space="preserve">Sample </w:t>
            </w:r>
            <w:r>
              <w:rPr>
                <w:color w:val="auto"/>
                <w:lang w:eastAsia="zh-CN"/>
              </w:rPr>
              <w:t>3</w:t>
            </w:r>
            <w:r w:rsidRPr="00357A1A">
              <w:rPr>
                <w:color w:val="auto"/>
                <w:lang w:eastAsia="zh-CN"/>
              </w:rPr>
              <w:t xml:space="preserve">#: </w:t>
            </w:r>
            <w:r>
              <w:rPr>
                <w:color w:val="auto"/>
                <w:lang w:eastAsia="zh-CN"/>
              </w:rPr>
              <w:t/>
            </w:r>
            <w:proofErr w:type="gramStart"/>
            <w:r w:rsidRPr="00010F8A">
              <w:rPr>
                <w:rFonts w:hint="eastAsia"/>
                <w:color w:val="auto"/>
                <w:lang w:eastAsia="zh-CN"/>
              </w:rPr>
              <w:t xml:space="preserve">playback, Bluetooth </w:t>
            </w:r>
            <w:proofErr w:type="gramEnd"/>
            <w:r w:rsidRPr="00010F8A">
              <w:rPr>
                <w:rFonts w:hint="eastAsia"/>
                <w:color w:val="auto"/>
                <w:lang w:eastAsia="zh-CN"/>
              </w:rPr>
              <w:t/>
            </w:r>
            <w:r w:rsidRPr="00010F8A">
              <w:rPr>
                <w:color w:val="auto"/>
                <w:lang w:eastAsia="zh-CN"/>
              </w:rPr>
              <w:t xml:space="preserve">shutdown, and reconnection were normal from 0–20 meters. </w:t>
            </w:r>
            <w:proofErr w:type="gramStart"/>
            <w:r w:rsidRPr="00010F8A">
              <w:rPr>
                <w:color w:val="auto"/>
                <w:lang w:eastAsia="zh-CN"/>
              </w:rPr>
              <w:t xml:space="preserve">Bluetooth range: </w:t>
            </w:r>
            <w:proofErr w:type="gramEnd"/>
            <w:r w:rsidRPr="00010F8A">
              <w:rPr>
                <w:color w:val="auto"/>
                <w:lang w:eastAsia="zh-CN"/>
              </w:rPr>
              <w:t>20 meters.</w:t>
            </w:r>
          </w:p>
        </w:tc>
      </w:tr>
    </w:tbl>
    <w:p w:rsidR="00DD15AE" w:rsidRDefault="002D16FE">
      <w:pPr>
        <w:pStyle w:val="31"/>
      </w:pPr>
      <w:r>
        <w:lastRenderedPageBreak/>
        <w:t xml:space="preserve">5.2.5. </w:t>
      </w:r>
      <w:r>
        <w:t>Images of the Test Procedure and Results</w:t>
      </w:r>
    </w:p>
    <w:p w:rsidR="00DD15AE" w:rsidRDefault="002D16FE">
      <w:pPr>
        <w:keepNext/>
        <w:jc w:val="center"/>
      </w:pPr>
      <w:r>
        <w:rPr>
          <w:noProof/>
          <w:lang w:eastAsia="zh-CN"/>
        </w:rPr>
        <w:drawing>
          <wp:inline distT="0" distB="0" distL="0" distR="0">
            <wp:extent cx="4250493" cy="5577840"/>
            <wp:effectExtent l="0" t="0" r="0" b="0"/>
            <wp:docPr id="100" name="Picture 100" descr="图 5.2-1 蓝牙距离实验图片" title="图 5.2-1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1.png"/>
                    <pic:cNvPicPr/>
                  </pic:nvPicPr>
                  <pic:blipFill>
                    <a:blip r:embed="rId90"/>
                    <a:stretch>
                      <a:fillRect/>
                    </a:stretch>
                  </pic:blipFill>
                  <pic:spPr>
                    <a:xfrm>
                      <a:off x="0" y="0"/>
                      <a:ext cx="4250493" cy="5577840"/>
                    </a:xfrm>
                    <a:prstGeom prst="rect">
                      <a:avLst/>
                    </a:prstGeom>
                  </pic:spPr>
                </pic:pic>
              </a:graphicData>
            </a:graphic>
          </wp:inline>
        </w:drawing>
      </w:r>
    </w:p>
    <w:p w:rsidR="00DD15AE" w:rsidRDefault="002D16FE">
      <w:pPr>
        <w:spacing w:after="160"/>
        <w:jc w:val="center"/>
      </w:pPr>
      <w:r>
        <w:rPr>
          <w:sz w:val="18"/>
        </w:rPr>
        <w:t>Figure 5.2-1 Bluetooth range test image</w:t>
      </w:r>
    </w:p>
    <w:p w:rsidR="00DD15AE" w:rsidRDefault="002D16FE">
      <w:pPr>
        <w:keepNext/>
        <w:jc w:val="center"/>
      </w:pPr>
      <w:r>
        <w:rPr>
          <w:noProof/>
          <w:lang w:eastAsia="zh-CN"/>
        </w:rPr>
        <w:lastRenderedPageBreak/>
        <w:drawing>
          <wp:inline distT="0" distB="0" distL="0" distR="0">
            <wp:extent cx="4250493" cy="5577840"/>
            <wp:effectExtent l="0" t="0" r="0" b="0"/>
            <wp:docPr id="101" name="Picture 101" descr="图 5.2-2 蓝牙距离实验图片" title="图 5.2-2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1.png"/>
                    <pic:cNvPicPr/>
                  </pic:nvPicPr>
                  <pic:blipFill>
                    <a:blip r:embed="rId90"/>
                    <a:stretch>
                      <a:fillRect/>
                    </a:stretch>
                  </pic:blipFill>
                  <pic:spPr>
                    <a:xfrm>
                      <a:off x="0" y="0"/>
                      <a:ext cx="4250493" cy="5577840"/>
                    </a:xfrm>
                    <a:prstGeom prst="rect">
                      <a:avLst/>
                    </a:prstGeom>
                  </pic:spPr>
                </pic:pic>
              </a:graphicData>
            </a:graphic>
          </wp:inline>
        </w:drawing>
      </w:r>
    </w:p>
    <w:p w:rsidR="00DD15AE" w:rsidRDefault="002D16FE">
      <w:pPr>
        <w:spacing w:after="160"/>
        <w:jc w:val="center"/>
      </w:pPr>
      <w:r>
        <w:rPr>
          <w:sz w:val="18"/>
        </w:rPr>
        <w:t>Figure 5.2-2 Bluetooth range test image</w:t>
      </w:r>
    </w:p>
    <w:p w:rsidR="00DD15AE" w:rsidRDefault="002D16FE">
      <w:pPr>
        <w:keepNext/>
        <w:jc w:val="center"/>
      </w:pPr>
      <w:r>
        <w:rPr>
          <w:noProof/>
          <w:lang w:eastAsia="zh-CN"/>
        </w:rPr>
        <w:lastRenderedPageBreak/>
        <w:drawing>
          <wp:inline distT="0" distB="0" distL="0" distR="0">
            <wp:extent cx="5377656" cy="5577840"/>
            <wp:effectExtent l="0" t="0" r="0" b="0"/>
            <wp:docPr id="102" name="Picture 102" descr="图 5.2-3 蓝牙距离实验图片" title="图 5.2-3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4.png"/>
                    <pic:cNvPicPr/>
                  </pic:nvPicPr>
                  <pic:blipFill>
                    <a:blip r:embed="rId91"/>
                    <a:stretch>
                      <a:fillRect/>
                    </a:stretch>
                  </pic:blipFill>
                  <pic:spPr>
                    <a:xfrm>
                      <a:off x="0" y="0"/>
                      <a:ext cx="5377656" cy="5577840"/>
                    </a:xfrm>
                    <a:prstGeom prst="rect">
                      <a:avLst/>
                    </a:prstGeom>
                  </pic:spPr>
                </pic:pic>
              </a:graphicData>
            </a:graphic>
          </wp:inline>
        </w:drawing>
      </w:r>
    </w:p>
    <w:p w:rsidR="00DD15AE" w:rsidRDefault="002D16FE">
      <w:pPr>
        <w:spacing w:after="160"/>
        <w:jc w:val="center"/>
      </w:pPr>
      <w:r>
        <w:rPr>
          <w:sz w:val="18"/>
        </w:rPr>
        <w:t>Figure 5.2-3 Bluetooth range test image</w:t>
      </w:r>
    </w:p>
    <w:p w:rsidR="00DD15AE" w:rsidRDefault="002D16FE">
      <w:pPr>
        <w:keepNext/>
        <w:jc w:val="center"/>
      </w:pPr>
      <w:r>
        <w:rPr>
          <w:noProof/>
          <w:lang w:eastAsia="zh-CN"/>
        </w:rPr>
        <w:lastRenderedPageBreak/>
        <w:drawing>
          <wp:inline distT="0" distB="0" distL="0" distR="0">
            <wp:extent cx="5189333" cy="5577840"/>
            <wp:effectExtent l="0" t="0" r="0" b="0"/>
            <wp:docPr id="103" name="Picture 103" descr="图 5.2-4 蓝牙距离实验图片" title="图 5.2-4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5.png"/>
                    <pic:cNvPicPr/>
                  </pic:nvPicPr>
                  <pic:blipFill>
                    <a:blip r:embed="rId92"/>
                    <a:stretch>
                      <a:fillRect/>
                    </a:stretch>
                  </pic:blipFill>
                  <pic:spPr>
                    <a:xfrm>
                      <a:off x="0" y="0"/>
                      <a:ext cx="5189333" cy="5577840"/>
                    </a:xfrm>
                    <a:prstGeom prst="rect">
                      <a:avLst/>
                    </a:prstGeom>
                  </pic:spPr>
                </pic:pic>
              </a:graphicData>
            </a:graphic>
          </wp:inline>
        </w:drawing>
      </w:r>
    </w:p>
    <w:p w:rsidR="00DD15AE" w:rsidRDefault="002D16FE">
      <w:pPr>
        <w:spacing w:after="160"/>
        <w:jc w:val="center"/>
      </w:pPr>
      <w:r>
        <w:rPr>
          <w:sz w:val="18"/>
        </w:rPr>
        <w:t>Figure 5.2-4 Bluetooth range test image</w:t>
      </w:r>
    </w:p>
    <w:p w:rsidR="00DD15AE" w:rsidRDefault="002D16FE">
      <w:pPr>
        <w:keepNext/>
        <w:jc w:val="center"/>
      </w:pPr>
      <w:r>
        <w:rPr>
          <w:noProof/>
          <w:lang w:eastAsia="zh-CN"/>
        </w:rPr>
        <w:lastRenderedPageBreak/>
        <w:drawing>
          <wp:inline distT="0" distB="0" distL="0" distR="0">
            <wp:extent cx="5190364" cy="5577840"/>
            <wp:effectExtent l="0" t="0" r="0" b="0"/>
            <wp:docPr id="104" name="Picture 104" descr="图 5.2-5 蓝牙距离实验图片" title="图 5.2-5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6.png"/>
                    <pic:cNvPicPr/>
                  </pic:nvPicPr>
                  <pic:blipFill>
                    <a:blip r:embed="rId93"/>
                    <a:stretch>
                      <a:fillRect/>
                    </a:stretch>
                  </pic:blipFill>
                  <pic:spPr>
                    <a:xfrm>
                      <a:off x="0" y="0"/>
                      <a:ext cx="5190364" cy="5577840"/>
                    </a:xfrm>
                    <a:prstGeom prst="rect">
                      <a:avLst/>
                    </a:prstGeom>
                  </pic:spPr>
                </pic:pic>
              </a:graphicData>
            </a:graphic>
          </wp:inline>
        </w:drawing>
      </w:r>
    </w:p>
    <w:p w:rsidR="00DD15AE" w:rsidRDefault="002D16FE">
      <w:pPr>
        <w:spacing w:after="160"/>
        <w:jc w:val="center"/>
      </w:pPr>
      <w:r>
        <w:rPr>
          <w:sz w:val="18"/>
        </w:rPr>
        <w:t>Figure 5.2-5 Bluetooth range test image</w:t>
      </w:r>
    </w:p>
    <w:p w:rsidR="00DD15AE" w:rsidRDefault="002D16FE">
      <w:pPr>
        <w:keepNext/>
        <w:jc w:val="center"/>
      </w:pPr>
      <w:r>
        <w:rPr>
          <w:noProof/>
          <w:lang w:eastAsia="zh-CN"/>
        </w:rPr>
        <w:lastRenderedPageBreak/>
        <w:drawing>
          <wp:inline distT="0" distB="0" distL="0" distR="0">
            <wp:extent cx="5760720" cy="4381950"/>
            <wp:effectExtent l="0" t="0" r="0" b="0"/>
            <wp:docPr id="105" name="Picture 105" descr="图 5.2-6 蓝牙距离实验图片" title="图 5.2-6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7.png"/>
                    <pic:cNvPicPr/>
                  </pic:nvPicPr>
                  <pic:blipFill>
                    <a:blip r:embed="rId94"/>
                    <a:stretch>
                      <a:fillRect/>
                    </a:stretch>
                  </pic:blipFill>
                  <pic:spPr>
                    <a:xfrm>
                      <a:off x="0" y="0"/>
                      <a:ext cx="5760720" cy="4381950"/>
                    </a:xfrm>
                    <a:prstGeom prst="rect">
                      <a:avLst/>
                    </a:prstGeom>
                  </pic:spPr>
                </pic:pic>
              </a:graphicData>
            </a:graphic>
          </wp:inline>
        </w:drawing>
      </w:r>
    </w:p>
    <w:p w:rsidR="00DD15AE" w:rsidRDefault="002D16FE">
      <w:pPr>
        <w:spacing w:after="160"/>
        <w:jc w:val="center"/>
      </w:pPr>
      <w:r>
        <w:rPr>
          <w:sz w:val="18"/>
        </w:rPr>
        <w:t>Figure 5.2-6 Bluetooth range test image</w:t>
      </w:r>
    </w:p>
    <w:p w:rsidR="00DD15AE" w:rsidRDefault="002D16FE">
      <w:pPr>
        <w:keepNext/>
        <w:jc w:val="center"/>
      </w:pPr>
      <w:r>
        <w:rPr>
          <w:noProof/>
          <w:lang w:eastAsia="zh-CN"/>
        </w:rPr>
        <w:lastRenderedPageBreak/>
        <w:drawing>
          <wp:inline distT="0" distB="0" distL="0" distR="0">
            <wp:extent cx="5760720" cy="4259555"/>
            <wp:effectExtent l="0" t="0" r="0" b="0"/>
            <wp:docPr id="106" name="Picture 106" descr="图 5.2-7 蓝牙距离实验图片" title="图 5.2-7 蓝牙距离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9_image_08.png"/>
                    <pic:cNvPicPr/>
                  </pic:nvPicPr>
                  <pic:blipFill>
                    <a:blip r:embed="rId95"/>
                    <a:stretch>
                      <a:fillRect/>
                    </a:stretch>
                  </pic:blipFill>
                  <pic:spPr>
                    <a:xfrm>
                      <a:off x="0" y="0"/>
                      <a:ext cx="5760720" cy="4259555"/>
                    </a:xfrm>
                    <a:prstGeom prst="rect">
                      <a:avLst/>
                    </a:prstGeom>
                  </pic:spPr>
                </pic:pic>
              </a:graphicData>
            </a:graphic>
          </wp:inline>
        </w:drawing>
      </w:r>
    </w:p>
    <w:p w:rsidR="00DD15AE" w:rsidRDefault="002D16FE">
      <w:pPr>
        <w:spacing w:after="160"/>
        <w:jc w:val="center"/>
        <w:rPr>
          <w:lang w:eastAsia="zh-CN"/>
        </w:rPr>
      </w:pPr>
      <w:r>
        <w:rPr>
          <w:sz w:val="18"/>
          <w:lang w:eastAsia="zh-CN"/>
        </w:rPr>
        <w:t xml:space="preserve">Figure 5.2-7 Bluetooth </w:t>
      </w:r>
      <w:proofErr w:type="gramStart"/>
      <w:r>
        <w:rPr>
          <w:sz w:val="18"/>
          <w:lang w:eastAsia="zh-CN"/>
        </w:rPr>
        <w:t xml:space="preserve">range </w:t>
      </w:r>
      <w:proofErr w:type="gramEnd"/>
      <w:r>
        <w:rPr>
          <w:sz w:val="18"/>
          <w:lang w:eastAsia="zh-CN"/>
        </w:rPr>
        <w:t>test image</w:t>
      </w:r>
    </w:p>
    <w:p w:rsidR="00DD15AE" w:rsidRDefault="002D16FE">
      <w:pPr>
        <w:pStyle w:val="31"/>
        <w:rPr>
          <w:lang w:eastAsia="zh-CN"/>
        </w:rPr>
      </w:pPr>
      <w:r>
        <w:rPr>
          <w:lang w:eastAsia="zh-CN"/>
        </w:rPr>
        <w:t xml:space="preserve">5.2.6.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D879F4">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D879F4">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2025.5.19</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5.3. </w:t>
      </w:r>
      <w:r>
        <w:t>Playback Duration</w:t>
      </w:r>
    </w:p>
    <w:p w:rsidR="00DD15AE" w:rsidRDefault="002D16FE">
      <w:pPr>
        <w:pStyle w:val="31"/>
      </w:pPr>
      <w:r>
        <w:t xml:space="preserve">5.3.1.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Electrical Performance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Playback Duration</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BT Music Playback Time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Order requirements</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Archiving department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Customer</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Test result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Battery supplier</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Battery capacity</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quantity</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2pcs</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equipment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iPhone</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08:00-:00:00</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ambient temperature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28℃</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Tester</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Ji Zuyun</w:t>
            </w:r>
          </w:p>
        </w:tc>
      </w:tr>
    </w:tbl>
    <w:p w:rsidR="00DD15AE" w:rsidRDefault="00DD15AE">
      <w:pPr>
        <w:spacing w:after="0"/>
      </w:pPr>
    </w:p>
    <w:p w:rsidR="00DD15AE" w:rsidRDefault="002D16FE">
      <w:pPr>
        <w:pStyle w:val="31"/>
      </w:pPr>
      <w:r>
        <w:t xml:space="preserve">5.3.2. </w:t>
      </w:r>
      <w:r>
        <w:t>Test Conditions and Methods</w:t>
      </w:r>
    </w:p>
    <w:p w:rsidR="00DD15AE" w:rsidRDefault="002D16FE">
      <w:pPr>
        <w:rPr>
          <w:lang w:eastAsia="zh-CN"/>
        </w:rPr>
      </w:pPr>
      <w:r>
        <w:rPr>
          <w:lang w:eastAsia="zh-CN"/>
        </w:rPr>
        <w:t xml:space="preserve">1) Fully charge the sample's battery. An illuminated indicator </w:t>
      </w:r>
      <w:proofErr w:type="gramStart"/>
      <w:r>
        <w:rPr>
          <w:lang w:eastAsia="zh-CN"/>
        </w:rPr>
        <w:t xml:space="preserve">means </w:t>
      </w:r>
      <w:proofErr w:type="gramEnd"/>
      <w:r>
        <w:rPr>
          <w:lang w:eastAsia="zh-CN"/>
        </w:rPr>
        <w:t xml:space="preserve">charging is in progress; four steadily lit charging </w:t>
      </w:r>
      <w:proofErr w:type="gramStart"/>
      <w:r>
        <w:rPr>
          <w:lang w:eastAsia="zh-CN"/>
        </w:rPr>
        <w:t xml:space="preserve">LED bars </w:t>
      </w:r>
      <w:proofErr w:type="gramEnd"/>
      <w:r>
        <w:rPr>
          <w:lang w:eastAsia="zh-CN"/>
        </w:rPr>
        <w:t>indicate a full battery.</w:t>
      </w:r>
    </w:p>
    <w:p w:rsidR="00DD15AE" w:rsidRDefault="002D16FE">
      <w:pPr>
        <w:rPr>
          <w:lang w:eastAsia="zh-CN"/>
        </w:rPr>
      </w:pPr>
      <w:r>
        <w:rPr>
          <w:lang w:eastAsia="zh-CN"/>
        </w:rPr>
        <w:t xml:space="preserve">2) Enable </w:t>
      </w:r>
      <w:proofErr w:type="gramStart"/>
      <w:r>
        <w:rPr>
          <w:lang w:eastAsia="zh-CN"/>
        </w:rPr>
        <w:t xml:space="preserve">Bluetooth on </w:t>
      </w:r>
      <w:proofErr w:type="gramEnd"/>
      <w:r>
        <w:rPr>
          <w:lang w:eastAsia="zh-CN"/>
        </w:rPr>
        <w:t>the phone and connect. Play a single music track at 50%/100% volume, turn on the product, and synchronize its volume to 50%/100% for playback.</w:t>
      </w:r>
    </w:p>
    <w:p w:rsidR="00DD15AE" w:rsidRDefault="002D16FE">
      <w:pPr>
        <w:rPr>
          <w:lang w:eastAsia="zh-CN"/>
        </w:rPr>
      </w:pPr>
      <w:r>
        <w:rPr>
          <w:lang w:eastAsia="zh-CN"/>
        </w:rPr>
        <w:t>3) Continue until the speaker gives a low-battery alert or shuts down automatically, and record the start and completion times.</w:t>
      </w:r>
    </w:p>
    <w:p w:rsidR="00DD15AE" w:rsidRDefault="002D16FE">
      <w:pPr>
        <w:pStyle w:val="31"/>
        <w:rPr>
          <w:lang w:eastAsia="zh-CN"/>
        </w:rPr>
      </w:pPr>
      <w:r>
        <w:rPr>
          <w:lang w:eastAsia="zh-CN"/>
        </w:rPr>
        <w:lastRenderedPageBreak/>
        <w:t xml:space="preserve">5.3.3. </w:t>
      </w:r>
      <w:r>
        <w:rPr>
          <w:lang w:eastAsia="zh-CN"/>
        </w:rPr>
        <w:t>Test Standard Requirements and Test Records</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702"/>
        <w:gridCol w:w="1276"/>
        <w:gridCol w:w="1276"/>
        <w:gridCol w:w="1134"/>
        <w:gridCol w:w="980"/>
        <w:gridCol w:w="12"/>
        <w:gridCol w:w="1134"/>
        <w:gridCol w:w="992"/>
        <w:gridCol w:w="1224"/>
      </w:tblGrid>
      <w:tr w:rsidR="00D879F4" w:rsidTr="00611EBB">
        <w:trPr>
          <w:trHeight w:val="16"/>
          <w:tblHeader/>
          <w:jc w:val="center"/>
        </w:trPr>
        <w:tc>
          <w:tcPr>
            <w:tcW w:w="702"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No.</w:t>
            </w:r>
          </w:p>
        </w:tc>
        <w:tc>
          <w:tcPr>
            <w:tcW w:w="1276"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Start date and time</w:t>
            </w:r>
          </w:p>
        </w:tc>
        <w:tc>
          <w:tcPr>
            <w:tcW w:w="1276"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End date and time</w:t>
            </w:r>
          </w:p>
        </w:tc>
        <w:tc>
          <w:tcPr>
            <w:tcW w:w="1134"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Track name</w:t>
            </w:r>
          </w:p>
        </w:tc>
        <w:tc>
          <w:tcPr>
            <w:tcW w:w="980"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Test equipment</w:t>
            </w:r>
          </w:p>
        </w:tc>
        <w:tc>
          <w:tcPr>
            <w:tcW w:w="1146" w:type="dxa"/>
            <w:gridSpan w:val="2"/>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Actual requirement (H)</w:t>
            </w:r>
          </w:p>
        </w:tc>
        <w:tc>
          <w:tcPr>
            <w:tcW w:w="992"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Product lighting</w:t>
            </w:r>
          </w:p>
        </w:tc>
        <w:tc>
          <w:tcPr>
            <w:tcW w:w="1224" w:type="dxa"/>
            <w:tcBorders>
              <w:bottom w:val="single" w:sz="6" w:space="0" w:color="D9D9D9"/>
            </w:tcBorders>
            <w:shd w:val="clear" w:color="auto" w:fill="1F4E78"/>
            <w:tcMar>
              <w:top w:w="90" w:type="dxa"/>
              <w:left w:w="110" w:type="dxa"/>
              <w:bottom w:w="90" w:type="dxa"/>
              <w:right w:w="110" w:type="dxa"/>
            </w:tcMar>
            <w:vAlign w:val="center"/>
          </w:tcPr>
          <w:p w:rsidR="00D879F4" w:rsidRDefault="00D879F4">
            <w:pPr>
              <w:spacing w:after="0" w:line="259" w:lineRule="auto"/>
            </w:pPr>
            <w:r>
              <w:rPr>
                <w:b/>
                <w:color w:val="FFFFFF"/>
                <w:sz w:val="16"/>
              </w:rPr>
              <w:t>Remarks</w:t>
            </w:r>
          </w:p>
        </w:tc>
      </w:tr>
      <w:tr w:rsidR="00D879F4" w:rsidTr="00D879F4">
        <w:trPr>
          <w:trHeight w:val="24"/>
          <w:tblHeader/>
          <w:jc w:val="center"/>
        </w:trPr>
        <w:tc>
          <w:tcPr>
            <w:tcW w:w="8730" w:type="dxa"/>
            <w:gridSpan w:val="9"/>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D879F4" w:rsidRDefault="00D879F4" w:rsidP="00D879F4">
            <w:pPr>
              <w:spacing w:after="0" w:line="259" w:lineRule="auto"/>
              <w:jc w:val="center"/>
              <w:rPr>
                <w:b/>
                <w:color w:val="FFFFFF"/>
                <w:sz w:val="16"/>
                <w:lang w:eastAsia="zh-CN"/>
              </w:rPr>
            </w:pPr>
            <w:r w:rsidRPr="00D879F4">
              <w:rPr>
                <w:rFonts w:hint="eastAsia"/>
                <w:b/>
                <w:color w:val="auto"/>
                <w:sz w:val="16"/>
                <w:lang w:eastAsia="zh-CN"/>
              </w:rPr>
              <w:t xml:space="preserve">Test times with product and phone volume </w:t>
            </w:r>
            <w:r w:rsidRPr="00D879F4">
              <w:rPr>
                <w:b/>
                <w:color w:val="auto"/>
                <w:sz w:val="16"/>
                <w:lang w:eastAsia="zh-CN"/>
              </w:rPr>
              <w:t>synchronized to 100% are as follows:</w:t>
            </w:r>
          </w:p>
        </w:tc>
      </w:tr>
      <w:tr w:rsidR="00D879F4" w:rsidRPr="00D879F4" w:rsidTr="00611EBB">
        <w:trPr>
          <w:trHeight w:val="359"/>
          <w:tblHeader/>
          <w:jc w:val="center"/>
        </w:trPr>
        <w:tc>
          <w:tcPr>
            <w:tcW w:w="70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1#</w:t>
            </w:r>
          </w:p>
        </w:tc>
        <w:tc>
          <w:tcPr>
            <w:tcW w:w="127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rsidP="00D879F4">
            <w:pPr>
              <w:spacing w:after="0" w:line="259" w:lineRule="auto"/>
              <w:rPr>
                <w:color w:val="auto"/>
              </w:rPr>
            </w:pPr>
            <w:r w:rsidRPr="00D879F4">
              <w:rPr>
                <w:color w:val="auto"/>
                <w:sz w:val="16"/>
              </w:rPr>
              <w:t xml:space="preserve">May 13, </w:t>
            </w:r>
            <w:r>
              <w:rPr>
                <w:rFonts w:hint="eastAsia"/>
                <w:color w:val="auto"/>
                <w:sz w:val="16"/>
                <w:lang w:eastAsia="zh-CN"/>
              </w:rPr>
              <w:t>18:</w:t>
            </w:r>
            <w:r w:rsidRPr="00D879F4">
              <w:rPr>
                <w:color w:val="auto"/>
                <w:sz w:val="16"/>
              </w:rPr>
              <w:t>00</w:t>
            </w:r>
          </w:p>
        </w:tc>
        <w:tc>
          <w:tcPr>
            <w:tcW w:w="1276"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rsidP="00D879F4">
            <w:pPr>
              <w:spacing w:after="0" w:line="259" w:lineRule="auto"/>
              <w:rPr>
                <w:color w:val="auto"/>
              </w:rPr>
            </w:pPr>
            <w:r w:rsidRPr="00D879F4">
              <w:rPr>
                <w:color w:val="auto"/>
                <w:sz w:val="16"/>
              </w:rPr>
              <w:t xml:space="preserve">May 13, </w:t>
            </w:r>
            <w:r>
              <w:rPr>
                <w:rFonts w:hint="eastAsia"/>
                <w:color w:val="auto"/>
                <w:sz w:val="16"/>
                <w:lang w:eastAsia="zh-CN"/>
              </w:rPr>
              <w:t>20:</w:t>
            </w:r>
            <w:r w:rsidRPr="00D879F4">
              <w:rPr>
                <w:color w:val="auto"/>
                <w:sz w:val="16"/>
              </w:rPr>
              <w:t>10</w:t>
            </w:r>
          </w:p>
        </w:tc>
        <w:tc>
          <w:tcPr>
            <w:tcW w:w="1134" w:type="dxa"/>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ITS pink noise</w:t>
            </w:r>
          </w:p>
        </w:tc>
        <w:tc>
          <w:tcPr>
            <w:tcW w:w="992" w:type="dxa"/>
            <w:gridSpan w:val="2"/>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iPhone6</w:t>
            </w:r>
          </w:p>
        </w:tc>
        <w:tc>
          <w:tcPr>
            <w:tcW w:w="1134"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2H10min</w:t>
            </w:r>
          </w:p>
        </w:tc>
        <w:tc>
          <w:tcPr>
            <w:tcW w:w="992" w:type="dxa"/>
            <w:tcBorders>
              <w:top w:val="single" w:sz="6" w:space="0" w:color="D9D9D9"/>
              <w:left w:val="single" w:sz="6" w:space="0" w:color="D9D9D9"/>
              <w:bottom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Lights on</w:t>
            </w:r>
          </w:p>
        </w:tc>
        <w:tc>
          <w:tcPr>
            <w:tcW w:w="1224" w:type="dxa"/>
            <w:vMerge w:val="restart"/>
            <w:tcBorders>
              <w:top w:val="single" w:sz="6" w:space="0" w:color="D9D9D9"/>
              <w:left w:val="single" w:sz="6" w:space="0" w:color="D9D9D9"/>
              <w:right w:val="single" w:sz="6" w:space="0" w:color="D9D9D9"/>
            </w:tcBorders>
            <w:shd w:val="clear" w:color="auto" w:fill="auto"/>
            <w:tcMar>
              <w:top w:w="90" w:type="dxa"/>
              <w:left w:w="110" w:type="dxa"/>
              <w:bottom w:w="90" w:type="dxa"/>
              <w:right w:w="110" w:type="dxa"/>
            </w:tcMar>
            <w:vAlign w:val="center"/>
          </w:tcPr>
          <w:p w:rsidR="00D879F4" w:rsidRPr="00D879F4" w:rsidRDefault="00D879F4">
            <w:pPr>
              <w:spacing w:after="0" w:line="259" w:lineRule="auto"/>
              <w:rPr>
                <w:color w:val="auto"/>
              </w:rPr>
            </w:pPr>
            <w:r w:rsidRPr="00D879F4">
              <w:rPr>
                <w:color w:val="auto"/>
                <w:sz w:val="16"/>
              </w:rPr>
              <w:t>18650/3.7V/1200mah</w:t>
            </w:r>
          </w:p>
        </w:tc>
      </w:tr>
      <w:tr w:rsidR="00D879F4" w:rsidTr="00611EBB">
        <w:trPr>
          <w:jc w:val="center"/>
        </w:trPr>
        <w:tc>
          <w:tcPr>
            <w:tcW w:w="702" w:type="dxa"/>
            <w:tcBorders>
              <w:top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2#</w:t>
            </w:r>
          </w:p>
        </w:tc>
        <w:tc>
          <w:tcPr>
            <w:tcW w:w="1276" w:type="dxa"/>
            <w:tcBorders>
              <w:top w:val="single" w:sz="6" w:space="0" w:color="D9D9D9"/>
            </w:tcBorders>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 xml:space="preserve">May 13, </w:t>
            </w:r>
            <w:r>
              <w:rPr>
                <w:rFonts w:hint="eastAsia"/>
                <w:sz w:val="16"/>
                <w:lang w:eastAsia="zh-CN"/>
              </w:rPr>
              <w:t>18:</w:t>
            </w:r>
            <w:r>
              <w:rPr>
                <w:sz w:val="16"/>
              </w:rPr>
              <w:t>00</w:t>
            </w:r>
          </w:p>
        </w:tc>
        <w:tc>
          <w:tcPr>
            <w:tcW w:w="1276" w:type="dxa"/>
            <w:tcBorders>
              <w:top w:val="single" w:sz="6" w:space="0" w:color="D9D9D9"/>
              <w:right w:val="single" w:sz="6" w:space="0" w:color="D9D9D9"/>
            </w:tcBorders>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 xml:space="preserve">May 13, </w:t>
            </w:r>
            <w:r>
              <w:rPr>
                <w:sz w:val="16"/>
                <w:lang w:eastAsia="zh-CN"/>
              </w:rPr>
              <w:t>20:</w:t>
            </w:r>
            <w:r>
              <w:rPr>
                <w:sz w:val="16"/>
              </w:rPr>
              <w:t>12</w:t>
            </w:r>
          </w:p>
        </w:tc>
        <w:tc>
          <w:tcPr>
            <w:tcW w:w="1134" w:type="dxa"/>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p>
        </w:tc>
        <w:tc>
          <w:tcPr>
            <w:tcW w:w="992" w:type="dxa"/>
            <w:gridSpan w:val="2"/>
            <w:tcBorders>
              <w:top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iPhone8</w:t>
            </w:r>
          </w:p>
        </w:tc>
        <w:tc>
          <w:tcPr>
            <w:tcW w:w="1134" w:type="dxa"/>
            <w:tcBorders>
              <w:top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2H12min</w:t>
            </w:r>
          </w:p>
        </w:tc>
        <w:tc>
          <w:tcPr>
            <w:tcW w:w="992" w:type="dxa"/>
            <w:tcBorders>
              <w:top w:val="single" w:sz="6" w:space="0" w:color="D9D9D9"/>
              <w:right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Lights on</w:t>
            </w:r>
          </w:p>
        </w:tc>
        <w:tc>
          <w:tcPr>
            <w:tcW w:w="1224" w:type="dxa"/>
            <w:vMerge/>
            <w:tcBorders>
              <w:left w:val="single" w:sz="6" w:space="0" w:color="D9D9D9"/>
              <w:right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p>
        </w:tc>
      </w:tr>
      <w:tr w:rsidR="00D879F4" w:rsidTr="00611EBB">
        <w:trPr>
          <w:jc w:val="center"/>
        </w:trPr>
        <w:tc>
          <w:tcPr>
            <w:tcW w:w="702" w:type="dxa"/>
            <w:shd w:val="clear" w:color="auto" w:fill="auto"/>
            <w:tcMar>
              <w:top w:w="90" w:type="dxa"/>
              <w:left w:w="110" w:type="dxa"/>
              <w:bottom w:w="90" w:type="dxa"/>
              <w:right w:w="110" w:type="dxa"/>
            </w:tcMar>
            <w:vAlign w:val="center"/>
          </w:tcPr>
          <w:p w:rsidR="00D879F4" w:rsidRDefault="00D879F4">
            <w:pPr>
              <w:spacing w:after="0" w:line="259" w:lineRule="auto"/>
            </w:pPr>
            <w:r>
              <w:rPr>
                <w:sz w:val="16"/>
              </w:rPr>
              <w:t>1#</w:t>
            </w:r>
          </w:p>
        </w:tc>
        <w:tc>
          <w:tcPr>
            <w:tcW w:w="1276" w:type="dxa"/>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 xml:space="preserve">May 23, </w:t>
            </w:r>
            <w:r>
              <w:rPr>
                <w:rFonts w:hint="eastAsia"/>
                <w:sz w:val="16"/>
                <w:lang w:eastAsia="zh-CN"/>
              </w:rPr>
              <w:t>9:</w:t>
            </w:r>
            <w:r>
              <w:rPr>
                <w:sz w:val="16"/>
              </w:rPr>
              <w:t>00</w:t>
            </w:r>
          </w:p>
        </w:tc>
        <w:tc>
          <w:tcPr>
            <w:tcW w:w="1276" w:type="dxa"/>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May 23, 13</w:t>
            </w:r>
            <w:r>
              <w:rPr>
                <w:sz w:val="16"/>
                <w:lang w:eastAsia="zh-CN"/>
              </w:rPr>
              <w:t>:0</w:t>
            </w:r>
          </w:p>
        </w:tc>
        <w:tc>
          <w:tcPr>
            <w:tcW w:w="1134" w:type="dxa"/>
            <w:vMerge w:val="restart"/>
            <w:shd w:val="clear" w:color="auto" w:fill="auto"/>
            <w:tcMar>
              <w:top w:w="90" w:type="dxa"/>
              <w:left w:w="110" w:type="dxa"/>
              <w:bottom w:w="90" w:type="dxa"/>
              <w:right w:w="110" w:type="dxa"/>
            </w:tcMar>
            <w:vAlign w:val="center"/>
          </w:tcPr>
          <w:p w:rsidR="00D879F4" w:rsidRDefault="00D879F4">
            <w:pPr>
              <w:spacing w:after="0" w:line="259" w:lineRule="auto"/>
            </w:pPr>
            <w:r>
              <w:rPr>
                <w:sz w:val="16"/>
              </w:rPr>
              <w:t>Eagles - Hotel California</w:t>
            </w:r>
          </w:p>
        </w:tc>
        <w:tc>
          <w:tcPr>
            <w:tcW w:w="992" w:type="dxa"/>
            <w:gridSpan w:val="2"/>
            <w:shd w:val="clear" w:color="auto" w:fill="auto"/>
            <w:tcMar>
              <w:top w:w="90" w:type="dxa"/>
              <w:left w:w="110" w:type="dxa"/>
              <w:bottom w:w="90" w:type="dxa"/>
              <w:right w:w="110" w:type="dxa"/>
            </w:tcMar>
            <w:vAlign w:val="center"/>
          </w:tcPr>
          <w:p w:rsidR="00D879F4" w:rsidRDefault="00D879F4">
            <w:pPr>
              <w:spacing w:after="0" w:line="259" w:lineRule="auto"/>
            </w:pPr>
            <w:r>
              <w:rPr>
                <w:sz w:val="16"/>
              </w:rPr>
              <w:t>iPhone6</w:t>
            </w:r>
          </w:p>
        </w:tc>
        <w:tc>
          <w:tcPr>
            <w:tcW w:w="1134" w:type="dxa"/>
            <w:shd w:val="clear" w:color="auto" w:fill="auto"/>
            <w:tcMar>
              <w:top w:w="90" w:type="dxa"/>
              <w:left w:w="110" w:type="dxa"/>
              <w:bottom w:w="90" w:type="dxa"/>
              <w:right w:w="110" w:type="dxa"/>
            </w:tcMar>
            <w:vAlign w:val="center"/>
          </w:tcPr>
          <w:p w:rsidR="00D879F4" w:rsidRDefault="00D879F4">
            <w:pPr>
              <w:spacing w:after="0" w:line="259" w:lineRule="auto"/>
            </w:pPr>
            <w:r>
              <w:rPr>
                <w:sz w:val="16"/>
              </w:rPr>
              <w:t>4H02min</w:t>
            </w:r>
          </w:p>
        </w:tc>
        <w:tc>
          <w:tcPr>
            <w:tcW w:w="992" w:type="dxa"/>
            <w:shd w:val="clear" w:color="auto" w:fill="auto"/>
            <w:tcMar>
              <w:top w:w="90" w:type="dxa"/>
              <w:left w:w="110" w:type="dxa"/>
              <w:bottom w:w="90" w:type="dxa"/>
              <w:right w:w="110" w:type="dxa"/>
            </w:tcMar>
            <w:vAlign w:val="center"/>
          </w:tcPr>
          <w:p w:rsidR="00D879F4" w:rsidRDefault="00D879F4">
            <w:pPr>
              <w:spacing w:after="0" w:line="259" w:lineRule="auto"/>
            </w:pPr>
            <w:r>
              <w:rPr>
                <w:sz w:val="16"/>
              </w:rPr>
              <w:t>Lights off</w:t>
            </w:r>
          </w:p>
        </w:tc>
        <w:tc>
          <w:tcPr>
            <w:tcW w:w="1224" w:type="dxa"/>
            <w:vMerge w:val="restart"/>
            <w:shd w:val="clear" w:color="auto" w:fill="auto"/>
            <w:tcMar>
              <w:top w:w="90" w:type="dxa"/>
              <w:left w:w="110" w:type="dxa"/>
              <w:bottom w:w="90" w:type="dxa"/>
              <w:right w:w="110" w:type="dxa"/>
            </w:tcMar>
            <w:vAlign w:val="center"/>
          </w:tcPr>
          <w:p w:rsidR="00D879F4" w:rsidRDefault="00D879F4">
            <w:pPr>
              <w:spacing w:after="0" w:line="259" w:lineRule="auto"/>
            </w:pPr>
            <w:r>
              <w:rPr>
                <w:sz w:val="16"/>
              </w:rPr>
              <w:t>18650/3.7V/1200mah</w:t>
            </w:r>
          </w:p>
        </w:tc>
      </w:tr>
      <w:tr w:rsidR="00D879F4" w:rsidTr="00611EBB">
        <w:trPr>
          <w:jc w:val="center"/>
        </w:trPr>
        <w:tc>
          <w:tcPr>
            <w:tcW w:w="702" w:type="dxa"/>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2#</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 xml:space="preserve">May 23, </w:t>
            </w:r>
            <w:r>
              <w:rPr>
                <w:sz w:val="16"/>
                <w:lang w:eastAsia="zh-CN"/>
              </w:rPr>
              <w:t>9:</w:t>
            </w:r>
            <w:r>
              <w:rPr>
                <w:sz w:val="16"/>
              </w:rPr>
              <w:t>00</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D879F4" w:rsidRDefault="00D879F4" w:rsidP="00D879F4">
            <w:pPr>
              <w:spacing w:after="0" w:line="259" w:lineRule="auto"/>
            </w:pPr>
            <w:r>
              <w:rPr>
                <w:sz w:val="16"/>
              </w:rPr>
              <w:t xml:space="preserve">May 23, </w:t>
            </w:r>
            <w:r>
              <w:rPr>
                <w:rFonts w:hint="eastAsia"/>
                <w:sz w:val="16"/>
                <w:lang w:eastAsia="zh-CN"/>
              </w:rPr>
              <w:t>12:</w:t>
            </w:r>
            <w:r>
              <w:rPr>
                <w:sz w:val="16"/>
              </w:rPr>
              <w:t>0</w:t>
            </w:r>
          </w:p>
        </w:tc>
        <w:tc>
          <w:tcPr>
            <w:tcW w:w="1134" w:type="dxa"/>
            <w:vMerge/>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p>
        </w:tc>
        <w:tc>
          <w:tcPr>
            <w:tcW w:w="992" w:type="dxa"/>
            <w:gridSpan w:val="2"/>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iPhone8</w:t>
            </w:r>
          </w:p>
        </w:tc>
        <w:tc>
          <w:tcPr>
            <w:tcW w:w="1134" w:type="dxa"/>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3H50min</w:t>
            </w:r>
          </w:p>
        </w:tc>
        <w:tc>
          <w:tcPr>
            <w:tcW w:w="992" w:type="dxa"/>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r>
              <w:rPr>
                <w:sz w:val="16"/>
              </w:rPr>
              <w:t>Lights off</w:t>
            </w:r>
          </w:p>
        </w:tc>
        <w:tc>
          <w:tcPr>
            <w:tcW w:w="1224" w:type="dxa"/>
            <w:vMerge/>
            <w:tcBorders>
              <w:bottom w:val="single" w:sz="6" w:space="0" w:color="D9D9D9"/>
            </w:tcBorders>
            <w:shd w:val="clear" w:color="auto" w:fill="auto"/>
            <w:tcMar>
              <w:top w:w="90" w:type="dxa"/>
              <w:left w:w="110" w:type="dxa"/>
              <w:bottom w:w="90" w:type="dxa"/>
              <w:right w:w="110" w:type="dxa"/>
            </w:tcMar>
            <w:vAlign w:val="center"/>
          </w:tcPr>
          <w:p w:rsidR="00D879F4" w:rsidRDefault="00D879F4">
            <w:pPr>
              <w:spacing w:after="0" w:line="259" w:lineRule="auto"/>
            </w:pPr>
          </w:p>
        </w:tc>
      </w:tr>
      <w:tr w:rsidR="00D879F4" w:rsidTr="00D879F4">
        <w:trPr>
          <w:trHeight w:val="425"/>
          <w:jc w:val="center"/>
        </w:trPr>
        <w:tc>
          <w:tcPr>
            <w:tcW w:w="8730" w:type="dxa"/>
            <w:gridSpan w:val="9"/>
            <w:tcBorders>
              <w:top w:val="single" w:sz="6" w:space="0" w:color="D9D9D9"/>
              <w:left w:val="single" w:sz="6" w:space="0" w:color="D9D9D9"/>
              <w:bottom w:val="single" w:sz="6" w:space="0" w:color="D9D9D9"/>
              <w:right w:val="single" w:sz="6" w:space="0" w:color="D9D9D9"/>
            </w:tcBorders>
            <w:shd w:val="clear" w:color="auto" w:fill="EAF2F8"/>
            <w:tcMar>
              <w:top w:w="90" w:type="dxa"/>
              <w:left w:w="110" w:type="dxa"/>
              <w:bottom w:w="90" w:type="dxa"/>
              <w:right w:w="110" w:type="dxa"/>
            </w:tcMar>
            <w:vAlign w:val="center"/>
          </w:tcPr>
          <w:p w:rsidR="00D879F4" w:rsidRDefault="00D879F4" w:rsidP="00336A74">
            <w:pPr>
              <w:spacing w:after="0" w:line="259" w:lineRule="auto"/>
              <w:jc w:val="center"/>
              <w:rPr>
                <w:lang w:eastAsia="zh-CN"/>
              </w:rPr>
            </w:pPr>
            <w:r w:rsidRPr="00D879F4">
              <w:rPr>
                <w:rFonts w:hint="eastAsia"/>
                <w:b/>
                <w:color w:val="auto"/>
                <w:sz w:val="16"/>
                <w:lang w:eastAsia="zh-CN"/>
              </w:rPr>
              <w:t xml:space="preserve">Test times with product and phone volume synchronized to </w:t>
            </w:r>
            <w:r w:rsidR="00336A74">
              <w:rPr>
                <w:b/>
                <w:color w:val="auto"/>
                <w:sz w:val="16"/>
                <w:lang w:eastAsia="zh-CN"/>
              </w:rPr>
              <w:t>5</w:t>
            </w:r>
            <w:r w:rsidRPr="00D879F4">
              <w:rPr>
                <w:b/>
                <w:color w:val="auto"/>
                <w:sz w:val="16"/>
                <w:lang w:eastAsia="zh-CN"/>
              </w:rPr>
              <w:t>0% are as follows:</w:t>
            </w:r>
          </w:p>
        </w:tc>
      </w:tr>
      <w:tr w:rsidR="00611EBB" w:rsidTr="00611EBB">
        <w:trPr>
          <w:jc w:val="center"/>
        </w:trPr>
        <w:tc>
          <w:tcPr>
            <w:tcW w:w="70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1#</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19, </w:t>
            </w:r>
            <w:r>
              <w:rPr>
                <w:rFonts w:hint="eastAsia"/>
                <w:sz w:val="16"/>
                <w:szCs w:val="16"/>
                <w:lang w:eastAsia="zh-CN"/>
              </w:rPr>
              <w:t>8:</w:t>
            </w:r>
            <w:r w:rsidRPr="00611EBB">
              <w:rPr>
                <w:sz w:val="16"/>
                <w:szCs w:val="16"/>
              </w:rPr>
              <w:t>00</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19, </w:t>
            </w:r>
            <w:r>
              <w:rPr>
                <w:rFonts w:hint="eastAsia"/>
                <w:sz w:val="16"/>
                <w:szCs w:val="16"/>
                <w:lang w:eastAsia="zh-CN"/>
              </w:rPr>
              <w:t>15:</w:t>
            </w:r>
            <w:r w:rsidRPr="00611EBB">
              <w:rPr>
                <w:sz w:val="16"/>
                <w:szCs w:val="16"/>
              </w:rPr>
              <w:t>20</w:t>
            </w:r>
          </w:p>
        </w:tc>
        <w:tc>
          <w:tcPr>
            <w:tcW w:w="1134" w:type="dxa"/>
            <w:vMerge w:val="restart"/>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Eagles - Hotel California</w:t>
            </w:r>
          </w:p>
        </w:tc>
        <w:tc>
          <w:tcPr>
            <w:tcW w:w="992" w:type="dxa"/>
            <w:gridSpan w:val="2"/>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iPhone6</w:t>
            </w:r>
          </w:p>
        </w:tc>
        <w:tc>
          <w:tcPr>
            <w:tcW w:w="1134"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7H20min</w:t>
            </w:r>
          </w:p>
        </w:tc>
        <w:tc>
          <w:tcPr>
            <w:tcW w:w="99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Lights on</w:t>
            </w:r>
          </w:p>
        </w:tc>
        <w:tc>
          <w:tcPr>
            <w:tcW w:w="1224" w:type="dxa"/>
            <w:vMerge w:val="restart"/>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18650/3.7V/1200mah</w:t>
            </w:r>
          </w:p>
        </w:tc>
      </w:tr>
      <w:tr w:rsidR="00611EBB" w:rsidTr="00611EBB">
        <w:trPr>
          <w:trHeight w:val="35"/>
          <w:jc w:val="center"/>
        </w:trPr>
        <w:tc>
          <w:tcPr>
            <w:tcW w:w="70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2#</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19, </w:t>
            </w:r>
            <w:r>
              <w:rPr>
                <w:rFonts w:hint="eastAsia"/>
                <w:sz w:val="16"/>
                <w:szCs w:val="16"/>
                <w:lang w:eastAsia="zh-CN"/>
              </w:rPr>
              <w:t>8:</w:t>
            </w:r>
            <w:r w:rsidRPr="00611EBB">
              <w:rPr>
                <w:sz w:val="16"/>
                <w:szCs w:val="16"/>
              </w:rPr>
              <w:t>00</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19, </w:t>
            </w:r>
            <w:r>
              <w:rPr>
                <w:rFonts w:hint="eastAsia"/>
                <w:sz w:val="16"/>
                <w:szCs w:val="16"/>
                <w:lang w:eastAsia="zh-CN"/>
              </w:rPr>
              <w:t>15:</w:t>
            </w:r>
            <w:r w:rsidRPr="00611EBB">
              <w:rPr>
                <w:sz w:val="16"/>
                <w:szCs w:val="16"/>
              </w:rPr>
              <w:t>30</w:t>
            </w:r>
          </w:p>
        </w:tc>
        <w:tc>
          <w:tcPr>
            <w:tcW w:w="1134" w:type="dxa"/>
            <w:vMerge/>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p>
        </w:tc>
        <w:tc>
          <w:tcPr>
            <w:tcW w:w="992" w:type="dxa"/>
            <w:gridSpan w:val="2"/>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iPhone8</w:t>
            </w:r>
          </w:p>
        </w:tc>
        <w:tc>
          <w:tcPr>
            <w:tcW w:w="1134"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7H30min</w:t>
            </w:r>
          </w:p>
        </w:tc>
        <w:tc>
          <w:tcPr>
            <w:tcW w:w="99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Lights on</w:t>
            </w:r>
          </w:p>
        </w:tc>
        <w:tc>
          <w:tcPr>
            <w:tcW w:w="1224" w:type="dxa"/>
            <w:vMerge/>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p>
        </w:tc>
      </w:tr>
      <w:tr w:rsidR="00611EBB" w:rsidTr="00611EBB">
        <w:trPr>
          <w:jc w:val="center"/>
        </w:trPr>
        <w:tc>
          <w:tcPr>
            <w:tcW w:w="70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1#</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21, </w:t>
            </w:r>
            <w:r>
              <w:rPr>
                <w:rFonts w:hint="eastAsia"/>
                <w:sz w:val="16"/>
                <w:szCs w:val="16"/>
                <w:lang w:eastAsia="zh-CN"/>
              </w:rPr>
              <w:t>8:</w:t>
            </w:r>
            <w:r w:rsidRPr="00611EBB">
              <w:rPr>
                <w:sz w:val="16"/>
                <w:szCs w:val="16"/>
              </w:rPr>
              <w:t>00</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22, </w:t>
            </w:r>
            <w:r>
              <w:rPr>
                <w:rFonts w:hint="eastAsia"/>
                <w:sz w:val="16"/>
                <w:szCs w:val="16"/>
                <w:lang w:eastAsia="zh-CN"/>
              </w:rPr>
              <w:t>06:</w:t>
            </w:r>
            <w:r w:rsidRPr="00611EBB">
              <w:rPr>
                <w:sz w:val="16"/>
                <w:szCs w:val="16"/>
              </w:rPr>
              <w:t>50</w:t>
            </w:r>
          </w:p>
        </w:tc>
        <w:tc>
          <w:tcPr>
            <w:tcW w:w="1134" w:type="dxa"/>
            <w:vMerge w:val="restart"/>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Eagles - Hotel California</w:t>
            </w:r>
          </w:p>
        </w:tc>
        <w:tc>
          <w:tcPr>
            <w:tcW w:w="992" w:type="dxa"/>
            <w:gridSpan w:val="2"/>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iPhone6</w:t>
            </w:r>
          </w:p>
        </w:tc>
        <w:tc>
          <w:tcPr>
            <w:tcW w:w="1134"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22H50min</w:t>
            </w:r>
          </w:p>
        </w:tc>
        <w:tc>
          <w:tcPr>
            <w:tcW w:w="99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Lights on</w:t>
            </w:r>
          </w:p>
        </w:tc>
        <w:tc>
          <w:tcPr>
            <w:tcW w:w="1224" w:type="dxa"/>
            <w:vMerge w:val="restart"/>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18650/3.7V/1200mah</w:t>
            </w:r>
          </w:p>
        </w:tc>
      </w:tr>
      <w:tr w:rsidR="00611EBB" w:rsidTr="00611EBB">
        <w:trPr>
          <w:jc w:val="center"/>
        </w:trPr>
        <w:tc>
          <w:tcPr>
            <w:tcW w:w="70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2#</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21, </w:t>
            </w:r>
            <w:r>
              <w:rPr>
                <w:rFonts w:hint="eastAsia"/>
                <w:sz w:val="16"/>
                <w:szCs w:val="16"/>
                <w:lang w:eastAsia="zh-CN"/>
              </w:rPr>
              <w:t>8:</w:t>
            </w:r>
            <w:r w:rsidRPr="00611EBB">
              <w:rPr>
                <w:sz w:val="16"/>
                <w:szCs w:val="16"/>
              </w:rPr>
              <w:t>00</w:t>
            </w:r>
          </w:p>
        </w:tc>
        <w:tc>
          <w:tcPr>
            <w:tcW w:w="1276"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 xml:space="preserve">May 22, </w:t>
            </w:r>
            <w:r>
              <w:rPr>
                <w:rFonts w:hint="eastAsia"/>
                <w:sz w:val="16"/>
                <w:szCs w:val="16"/>
                <w:lang w:eastAsia="zh-CN"/>
              </w:rPr>
              <w:t>06:</w:t>
            </w:r>
            <w:r w:rsidRPr="00611EBB">
              <w:rPr>
                <w:sz w:val="16"/>
                <w:szCs w:val="16"/>
              </w:rPr>
              <w:t>50</w:t>
            </w:r>
          </w:p>
        </w:tc>
        <w:tc>
          <w:tcPr>
            <w:tcW w:w="1134" w:type="dxa"/>
            <w:vMerge/>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p>
        </w:tc>
        <w:tc>
          <w:tcPr>
            <w:tcW w:w="992" w:type="dxa"/>
            <w:gridSpan w:val="2"/>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iPhone8</w:t>
            </w:r>
          </w:p>
        </w:tc>
        <w:tc>
          <w:tcPr>
            <w:tcW w:w="1134"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22H26min</w:t>
            </w:r>
          </w:p>
        </w:tc>
        <w:tc>
          <w:tcPr>
            <w:tcW w:w="992" w:type="dxa"/>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r w:rsidRPr="00611EBB">
              <w:rPr>
                <w:sz w:val="16"/>
                <w:szCs w:val="16"/>
              </w:rPr>
              <w:t>Lights on</w:t>
            </w:r>
          </w:p>
        </w:tc>
        <w:tc>
          <w:tcPr>
            <w:tcW w:w="1224" w:type="dxa"/>
            <w:vMerge/>
            <w:tcBorders>
              <w:bottom w:val="single" w:sz="6" w:space="0" w:color="D9D9D9"/>
            </w:tcBorders>
            <w:shd w:val="clear" w:color="auto" w:fill="auto"/>
            <w:tcMar>
              <w:top w:w="90" w:type="dxa"/>
              <w:left w:w="110" w:type="dxa"/>
              <w:bottom w:w="90" w:type="dxa"/>
              <w:right w:w="110" w:type="dxa"/>
            </w:tcMar>
            <w:vAlign w:val="center"/>
          </w:tcPr>
          <w:p w:rsidR="00611EBB" w:rsidRPr="00611EBB" w:rsidRDefault="00611EBB" w:rsidP="00611EBB">
            <w:pPr>
              <w:rPr>
                <w:sz w:val="16"/>
                <w:szCs w:val="16"/>
              </w:rPr>
            </w:pPr>
          </w:p>
        </w:tc>
      </w:tr>
    </w:tbl>
    <w:p w:rsidR="00DD15AE" w:rsidRDefault="002D16FE">
      <w:pPr>
        <w:pStyle w:val="31"/>
        <w:rPr>
          <w:lang w:eastAsia="zh-CN"/>
        </w:rPr>
      </w:pPr>
      <w:r>
        <w:rPr>
          <w:lang w:eastAsia="zh-CN"/>
        </w:rPr>
        <w:t xml:space="preserve">5.3.4. </w:t>
      </w:r>
      <w:r>
        <w:rPr>
          <w:lang w:eastAsia="zh-CN"/>
        </w:rPr>
        <w:t>Equipment and Tools Used</w:t>
      </w:r>
    </w:p>
    <w:p w:rsidR="00DD15AE" w:rsidRDefault="00611EBB">
      <w:pPr>
        <w:spacing w:after="0"/>
        <w:rPr>
          <w:rFonts w:hint="eastAsia"/>
          <w:lang w:eastAsia="zh-CN"/>
        </w:rPr>
      </w:pPr>
      <w:r>
        <w:rPr>
          <w:rFonts w:hint="eastAsia"/>
          <w:lang w:eastAsia="zh-CN"/>
        </w:rPr>
        <w:t>1</w:t>
      </w:r>
      <w:r>
        <w:rPr>
          <w:lang w:eastAsia="zh-CN"/>
        </w:rPr>
        <w:t xml:space="preserve">)Test samples </w:t>
      </w:r>
      <w:r>
        <w:rPr>
          <w:rFonts w:hint="eastAsia"/>
          <w:lang w:eastAsia="zh-CN"/>
        </w:rPr>
        <w:t>*</w:t>
      </w:r>
      <w:r>
        <w:rPr>
          <w:lang w:eastAsia="zh-CN"/>
        </w:rPr>
        <w:t>2pcs</w:t>
      </w:r>
    </w:p>
    <w:p w:rsidR="00DD15AE" w:rsidRDefault="00611EBB">
      <w:pPr>
        <w:spacing w:after="0"/>
        <w:rPr>
          <w:rFonts w:hint="eastAsia"/>
          <w:lang w:eastAsia="zh-CN"/>
        </w:rPr>
      </w:pPr>
      <w:r>
        <w:rPr>
          <w:rFonts w:hint="eastAsia"/>
          <w:lang w:eastAsia="zh-CN"/>
        </w:rPr>
        <w:t>2</w:t>
      </w:r>
      <w:r>
        <w:rPr>
          <w:lang w:eastAsia="zh-CN"/>
        </w:rPr>
        <w:t xml:space="preserve">)Bluetooth </w:t>
      </w:r>
      <w:proofErr w:type="gramStart"/>
      <w:r w:rsidR="00913ACE">
        <w:rPr>
          <w:lang w:eastAsia="zh-CN"/>
        </w:rPr>
        <w:t/>
      </w:r>
      <w:proofErr w:type="gramEnd"/>
      <w:r w:rsidR="00913ACE">
        <w:rPr>
          <w:lang w:eastAsia="zh-CN"/>
        </w:rPr>
        <w:t xml:space="preserve">phone </w:t>
      </w:r>
      <w:r w:rsidR="00913ACE">
        <w:rPr>
          <w:lang w:eastAsia="zh-CN"/>
        </w:rPr>
        <w:t xml:space="preserve">device (iPhone) </w:t>
      </w:r>
      <w:r>
        <w:rPr>
          <w:rFonts w:hint="eastAsia"/>
          <w:lang w:eastAsia="zh-CN"/>
        </w:rPr>
        <w:t>*</w:t>
      </w:r>
      <w:r>
        <w:rPr>
          <w:lang w:eastAsia="zh-CN"/>
        </w:rPr>
        <w:t>1pcs</w:t>
      </w:r>
    </w:p>
    <w:p w:rsidR="00DD15AE" w:rsidRDefault="002D16FE">
      <w:pPr>
        <w:pStyle w:val="31"/>
        <w:rPr>
          <w:lang w:eastAsia="zh-CN"/>
        </w:rPr>
      </w:pPr>
      <w:r>
        <w:rPr>
          <w:lang w:eastAsia="zh-CN"/>
        </w:rPr>
        <w:t xml:space="preserve">5.3.5. </w:t>
      </w:r>
      <w:r>
        <w:rPr>
          <w:lang w:eastAsia="zh-CN"/>
        </w:rPr>
        <w:t>Test Procedure</w:t>
      </w:r>
    </w:p>
    <w:p w:rsidR="00DD15AE" w:rsidRDefault="002D16FE">
      <w:pPr>
        <w:rPr>
          <w:lang w:eastAsia="zh-CN"/>
        </w:rPr>
      </w:pPr>
      <w:r>
        <w:rPr>
          <w:lang w:eastAsia="zh-CN"/>
        </w:rPr>
        <w:t xml:space="preserve">1) Connect the product to the phone via </w:t>
      </w:r>
      <w:proofErr w:type="gramStart"/>
      <w:r>
        <w:rPr>
          <w:lang w:eastAsia="zh-CN"/>
        </w:rPr>
        <w:t xml:space="preserve">Bluetooth and place it on the </w:t>
      </w:r>
      <w:proofErr w:type="gramEnd"/>
      <w:r>
        <w:rPr>
          <w:lang w:eastAsia="zh-CN"/>
        </w:rPr>
        <w:t>aging rack for playback.</w:t>
      </w:r>
    </w:p>
    <w:p w:rsidR="00DD15AE" w:rsidRDefault="002D16FE">
      <w:r>
        <w:t>2) Phone playback in progress</w:t>
      </w:r>
    </w:p>
    <w:p w:rsidR="00DD15AE" w:rsidRDefault="002D16FE">
      <w:pPr>
        <w:pStyle w:val="31"/>
      </w:pPr>
      <w:r>
        <w:t xml:space="preserve">5.3.6. </w:t>
      </w:r>
      <w:r>
        <w:t>Test Results</w:t>
      </w:r>
    </w:p>
    <w:p w:rsidR="00DD15AE" w:rsidRDefault="002D16FE">
      <w:r>
        <w:t xml:space="preserve">Product playback </w:t>
      </w:r>
      <w:proofErr w:type="gramStart"/>
      <w:r>
        <w:t xml:space="preserve">at </w:t>
      </w:r>
      <w:proofErr w:type="gramEnd"/>
      <w:r>
        <w:t>100% volume (ITS pink noise) with lights on: ≥2H. Playback at 50% volume with lights on, Eagles - Hotel California: ≥7H.</w:t>
      </w:r>
    </w:p>
    <w:p w:rsidR="00DD15AE" w:rsidRDefault="002D16FE">
      <w:pPr>
        <w:pStyle w:val="31"/>
      </w:pPr>
      <w:r>
        <w:lastRenderedPageBreak/>
        <w:t xml:space="preserve">5.3.7. </w:t>
      </w:r>
      <w:r>
        <w:t>Images of the Test Procedure and Results</w:t>
      </w:r>
    </w:p>
    <w:p w:rsidR="00DD15AE" w:rsidRDefault="002D16FE">
      <w:pPr>
        <w:keepNext/>
        <w:jc w:val="center"/>
      </w:pPr>
      <w:r>
        <w:rPr>
          <w:noProof/>
          <w:lang w:eastAsia="zh-CN"/>
        </w:rPr>
        <w:drawing>
          <wp:inline distT="0" distB="0" distL="0" distR="0">
            <wp:extent cx="4312123" cy="5577840"/>
            <wp:effectExtent l="0" t="0" r="0" b="0"/>
            <wp:docPr id="107" name="Picture 107" descr="图 5.3-1 播放时长实验图片" title="图 5.3-1 播放时长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3.png"/>
                    <pic:cNvPicPr/>
                  </pic:nvPicPr>
                  <pic:blipFill>
                    <a:blip r:embed="rId96"/>
                    <a:stretch>
                      <a:fillRect/>
                    </a:stretch>
                  </pic:blipFill>
                  <pic:spPr>
                    <a:xfrm>
                      <a:off x="0" y="0"/>
                      <a:ext cx="4312123" cy="5577840"/>
                    </a:xfrm>
                    <a:prstGeom prst="rect">
                      <a:avLst/>
                    </a:prstGeom>
                  </pic:spPr>
                </pic:pic>
              </a:graphicData>
            </a:graphic>
          </wp:inline>
        </w:drawing>
      </w:r>
    </w:p>
    <w:p w:rsidR="00DD15AE" w:rsidRDefault="002D16FE">
      <w:pPr>
        <w:spacing w:after="160"/>
        <w:jc w:val="center"/>
      </w:pPr>
      <w:r>
        <w:rPr>
          <w:sz w:val="18"/>
        </w:rPr>
        <w:t>Figure 5.3-1 Playback duration test image</w:t>
      </w:r>
    </w:p>
    <w:p w:rsidR="00DD15AE" w:rsidRDefault="002D16FE">
      <w:pPr>
        <w:keepNext/>
        <w:jc w:val="center"/>
      </w:pPr>
      <w:r>
        <w:rPr>
          <w:noProof/>
          <w:lang w:eastAsia="zh-CN"/>
        </w:rPr>
        <w:lastRenderedPageBreak/>
        <w:drawing>
          <wp:inline distT="0" distB="0" distL="0" distR="0">
            <wp:extent cx="5760720" cy="4565904"/>
            <wp:effectExtent l="0" t="0" r="0" b="0"/>
            <wp:docPr id="108" name="Picture 108" descr="图 5.3-2 播放时长实验图片" title="图 5.3-2 播放时长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0_image_04.png"/>
                    <pic:cNvPicPr/>
                  </pic:nvPicPr>
                  <pic:blipFill>
                    <a:blip r:embed="rId97"/>
                    <a:stretch>
                      <a:fillRect/>
                    </a:stretch>
                  </pic:blipFill>
                  <pic:spPr>
                    <a:xfrm>
                      <a:off x="0" y="0"/>
                      <a:ext cx="5760720" cy="4565904"/>
                    </a:xfrm>
                    <a:prstGeom prst="rect">
                      <a:avLst/>
                    </a:prstGeom>
                  </pic:spPr>
                </pic:pic>
              </a:graphicData>
            </a:graphic>
          </wp:inline>
        </w:drawing>
      </w:r>
    </w:p>
    <w:p w:rsidR="00DD15AE" w:rsidRDefault="002D16FE">
      <w:pPr>
        <w:spacing w:after="160"/>
        <w:jc w:val="center"/>
        <w:rPr>
          <w:lang w:eastAsia="zh-CN"/>
        </w:rPr>
      </w:pPr>
      <w:r>
        <w:rPr>
          <w:sz w:val="18"/>
          <w:lang w:eastAsia="zh-CN"/>
        </w:rPr>
        <w:t>Figure 5.3-2 Playback duration test image</w:t>
      </w:r>
    </w:p>
    <w:p w:rsidR="00DD15AE" w:rsidRDefault="002D16FE">
      <w:pPr>
        <w:pStyle w:val="31"/>
        <w:rPr>
          <w:lang w:eastAsia="zh-CN"/>
        </w:rPr>
      </w:pPr>
      <w:r>
        <w:rPr>
          <w:lang w:eastAsia="zh-CN"/>
        </w:rPr>
        <w:t xml:space="preserve">5.3.8. </w:t>
      </w:r>
      <w:r>
        <w:rPr>
          <w:lang w:eastAsia="zh-CN"/>
        </w:rP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241B8A">
            <w:pPr>
              <w:spacing w:after="0" w:line="259" w:lineRule="auto"/>
              <w:jc w:val="center"/>
            </w:pPr>
            <w:r>
              <w:rPr>
                <w:sz w:val="19"/>
              </w:rPr>
              <w:t>Prepared by</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2025.5.23</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241B8A">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2025.5.23</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5.4. </w:t>
      </w:r>
      <w:r>
        <w:t>Charging Time</w:t>
      </w:r>
    </w:p>
    <w:p w:rsidR="00DD15AE" w:rsidRDefault="002D16FE">
      <w:pPr>
        <w:pStyle w:val="31"/>
      </w:pPr>
      <w:r>
        <w:t xml:space="preserve">5.4.1.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Electrical Performance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Charging Time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Charging Time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2025.5.17</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Requesting department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R&amp;D Department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phase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rPr>
                <w:lang w:eastAsia="zh-CN"/>
              </w:rPr>
            </w:pPr>
            <w:r>
              <w:rPr>
                <w:sz w:val="19"/>
                <w:lang w:eastAsia="zh-CN"/>
              </w:rPr>
              <w:t xml:space="preserve">DV samples  PV pilot production  Incoming inspection  In-process </w:t>
            </w:r>
            <w:proofErr w:type="gramStart"/>
            <w:r>
              <w:rPr>
                <w:sz w:val="19"/>
                <w:lang w:eastAsia="zh-CN"/>
              </w:rPr>
              <w:t xml:space="preserve">inspection  </w:t>
            </w:r>
            <w:proofErr w:type="gramEnd"/>
            <w:r>
              <w:rPr>
                <w:sz w:val="19"/>
                <w:lang w:eastAsia="zh-CN"/>
              </w:rPr>
              <w:t xml:space="preserve">Shipment  Quality abnormality</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equipment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Charging adapter</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Customer/supplier</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Battery capacity</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quantity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3pcs</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Solution</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Test completion time</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ambient temperature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28℃</w:t>
            </w:r>
          </w:p>
        </w:tc>
      </w:tr>
    </w:tbl>
    <w:p w:rsidR="00DD15AE" w:rsidRDefault="00DD15AE">
      <w:pPr>
        <w:spacing w:after="0"/>
      </w:pPr>
    </w:p>
    <w:p w:rsidR="00DD15AE" w:rsidRDefault="002D16FE">
      <w:pPr>
        <w:pStyle w:val="31"/>
      </w:pPr>
      <w:r>
        <w:t xml:space="preserve">5.4.2. </w:t>
      </w:r>
      <w:r>
        <w:t>Test Conditions and Methods</w:t>
      </w:r>
    </w:p>
    <w:p w:rsidR="00DD15AE" w:rsidRDefault="002D16FE">
      <w:pPr>
        <w:rPr>
          <w:lang w:eastAsia="zh-CN"/>
        </w:rPr>
      </w:pPr>
      <w:r>
        <w:rPr>
          <w:lang w:eastAsia="zh-CN"/>
        </w:rPr>
        <w:t>1) Discharge the product until it shuts down automatically.</w:t>
      </w:r>
    </w:p>
    <w:p w:rsidR="00DD15AE" w:rsidRDefault="002D16FE">
      <w:pPr>
        <w:rPr>
          <w:lang w:eastAsia="zh-CN"/>
        </w:rPr>
      </w:pPr>
      <w:r>
        <w:rPr>
          <w:lang w:eastAsia="zh-CN"/>
        </w:rPr>
        <w:t xml:space="preserve">2) Then connect the power cable to the power </w:t>
      </w:r>
      <w:proofErr w:type="gramStart"/>
      <w:r>
        <w:rPr>
          <w:lang w:eastAsia="zh-CN"/>
        </w:rPr>
        <w:t xml:space="preserve">outlet to charge </w:t>
      </w:r>
      <w:proofErr w:type="gramEnd"/>
      <w:r>
        <w:rPr>
          <w:lang w:eastAsia="zh-CN"/>
        </w:rPr>
        <w:t>the product.</w:t>
      </w:r>
    </w:p>
    <w:p w:rsidR="00DD15AE" w:rsidRDefault="002D16FE">
      <w:pPr>
        <w:rPr>
          <w:lang w:eastAsia="zh-CN"/>
        </w:rPr>
      </w:pPr>
      <w:r>
        <w:rPr>
          <w:lang w:eastAsia="zh-CN"/>
        </w:rPr>
        <w:t xml:space="preserve">3) Check the red charging indicator: </w:t>
      </w:r>
      <w:proofErr w:type="gramStart"/>
      <w:r>
        <w:rPr>
          <w:lang w:eastAsia="zh-CN"/>
        </w:rPr>
        <w:t xml:space="preserve">lit </w:t>
      </w:r>
      <w:proofErr w:type="gramEnd"/>
      <w:r>
        <w:rPr>
          <w:lang w:eastAsia="zh-CN"/>
        </w:rPr>
        <w:t>means charging; off means the battery is fully charged.</w:t>
      </w:r>
    </w:p>
    <w:p w:rsidR="00DD15AE" w:rsidRDefault="002D16FE">
      <w:pPr>
        <w:pStyle w:val="31"/>
        <w:rPr>
          <w:lang w:eastAsia="zh-CN"/>
        </w:rPr>
      </w:pPr>
      <w:r>
        <w:rPr>
          <w:lang w:eastAsia="zh-CN"/>
        </w:rPr>
        <w:lastRenderedPageBreak/>
        <w:t xml:space="preserve">5.4.3. </w:t>
      </w:r>
      <w:r>
        <w:rPr>
          <w:lang w:eastAsia="zh-CN"/>
        </w:rPr>
        <w:t>Test Standard Requirements and Test Records</w:t>
      </w:r>
    </w:p>
    <w:p w:rsidR="00DD15AE" w:rsidRDefault="002D16FE">
      <w:pPr>
        <w:rPr>
          <w:lang w:eastAsia="zh-CN"/>
        </w:rPr>
      </w:pPr>
      <w:r>
        <w:rPr>
          <w:lang w:eastAsia="zh-CN"/>
        </w:rPr>
        <w:t>1) The charging test times are as follows:</w:t>
      </w:r>
    </w:p>
    <w:tbl>
      <w:tblPr>
        <w:tblW w:w="5000" w:type="pct"/>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ook w:val="04A0" w:firstRow="1" w:lastRow="0" w:firstColumn="1" w:lastColumn="0" w:noHBand="0" w:noVBand="1"/>
      </w:tblPr>
      <w:tblGrid>
        <w:gridCol w:w="851"/>
        <w:gridCol w:w="2402"/>
        <w:gridCol w:w="2401"/>
        <w:gridCol w:w="959"/>
        <w:gridCol w:w="1678"/>
        <w:gridCol w:w="959"/>
        <w:gridCol w:w="848"/>
      </w:tblGrid>
      <w:tr w:rsidR="00113E2B" w:rsidTr="00113E2B">
        <w:trPr>
          <w:tblHeader/>
          <w:jc w:val="center"/>
        </w:trPr>
        <w:tc>
          <w:tcPr>
            <w:tcW w:w="421"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No.</w:t>
            </w:r>
          </w:p>
        </w:tc>
        <w:tc>
          <w:tcPr>
            <w:tcW w:w="1189"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Start date and time</w:t>
            </w:r>
          </w:p>
        </w:tc>
        <w:tc>
          <w:tcPr>
            <w:tcW w:w="1189"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End date and time</w:t>
            </w:r>
          </w:p>
        </w:tc>
        <w:tc>
          <w:tcPr>
            <w:tcW w:w="475"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Adapter</w:t>
            </w:r>
          </w:p>
        </w:tc>
        <w:tc>
          <w:tcPr>
            <w:tcW w:w="831"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Actual requirement (H)</w:t>
            </w:r>
          </w:p>
        </w:tc>
        <w:tc>
          <w:tcPr>
            <w:tcW w:w="475"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Product status</w:t>
            </w:r>
          </w:p>
        </w:tc>
        <w:tc>
          <w:tcPr>
            <w:tcW w:w="420" w:type="pct"/>
            <w:shd w:val="clear" w:color="auto" w:fill="1F4E78"/>
            <w:tcMar>
              <w:top w:w="90" w:type="dxa"/>
              <w:left w:w="110" w:type="dxa"/>
              <w:bottom w:w="90" w:type="dxa"/>
              <w:right w:w="110" w:type="dxa"/>
            </w:tcMar>
            <w:vAlign w:val="center"/>
          </w:tcPr>
          <w:p w:rsidR="00113E2B" w:rsidRDefault="00113E2B">
            <w:pPr>
              <w:spacing w:after="0" w:line="259" w:lineRule="auto"/>
            </w:pPr>
            <w:r>
              <w:rPr>
                <w:b/>
                <w:color w:val="FFFFFF"/>
                <w:sz w:val="16"/>
              </w:rPr>
              <w:t>Remarks</w:t>
            </w:r>
          </w:p>
        </w:tc>
      </w:tr>
      <w:tr w:rsidR="00113E2B" w:rsidTr="00113E2B">
        <w:trPr>
          <w:jc w:val="center"/>
        </w:trPr>
        <w:tc>
          <w:tcPr>
            <w:tcW w:w="421" w:type="pct"/>
            <w:tcMar>
              <w:top w:w="90" w:type="dxa"/>
              <w:left w:w="110" w:type="dxa"/>
              <w:bottom w:w="90" w:type="dxa"/>
              <w:right w:w="110" w:type="dxa"/>
            </w:tcMar>
            <w:vAlign w:val="center"/>
          </w:tcPr>
          <w:p w:rsidR="00113E2B" w:rsidRDefault="00113E2B">
            <w:pPr>
              <w:spacing w:after="0" w:line="259" w:lineRule="auto"/>
            </w:pPr>
            <w:r>
              <w:rPr>
                <w:sz w:val="16"/>
              </w:rPr>
              <w:t>1#</w:t>
            </w:r>
          </w:p>
        </w:tc>
        <w:tc>
          <w:tcPr>
            <w:tcW w:w="1189" w:type="pct"/>
            <w:tcMar>
              <w:top w:w="90" w:type="dxa"/>
              <w:left w:w="110" w:type="dxa"/>
              <w:bottom w:w="90" w:type="dxa"/>
              <w:right w:w="110" w:type="dxa"/>
            </w:tcMar>
            <w:vAlign w:val="center"/>
          </w:tcPr>
          <w:p w:rsidR="00113E2B" w:rsidRDefault="00113E2B">
            <w:pPr>
              <w:spacing w:after="0" w:line="259" w:lineRule="auto"/>
            </w:pPr>
            <w:r>
              <w:rPr>
                <w:sz w:val="16"/>
              </w:rPr>
              <w:t>May 17, 15:00</w:t>
            </w:r>
          </w:p>
        </w:tc>
        <w:tc>
          <w:tcPr>
            <w:tcW w:w="1189" w:type="pct"/>
            <w:tcMar>
              <w:top w:w="90" w:type="dxa"/>
              <w:left w:w="110" w:type="dxa"/>
              <w:bottom w:w="90" w:type="dxa"/>
              <w:right w:w="110" w:type="dxa"/>
            </w:tcMar>
            <w:vAlign w:val="center"/>
          </w:tcPr>
          <w:p w:rsidR="00113E2B" w:rsidRDefault="00113E2B">
            <w:pPr>
              <w:spacing w:after="0" w:line="259" w:lineRule="auto"/>
            </w:pPr>
            <w:r>
              <w:rPr>
                <w:sz w:val="16"/>
              </w:rPr>
              <w:t>May 17, 17:02</w:t>
            </w:r>
          </w:p>
        </w:tc>
        <w:tc>
          <w:tcPr>
            <w:tcW w:w="475" w:type="pct"/>
            <w:tcMar>
              <w:top w:w="90" w:type="dxa"/>
              <w:left w:w="110" w:type="dxa"/>
              <w:bottom w:w="90" w:type="dxa"/>
              <w:right w:w="110" w:type="dxa"/>
            </w:tcMar>
            <w:vAlign w:val="center"/>
          </w:tcPr>
          <w:p w:rsidR="00113E2B" w:rsidRDefault="00113E2B">
            <w:pPr>
              <w:spacing w:after="0" w:line="259" w:lineRule="auto"/>
            </w:pPr>
            <w:r>
              <w:rPr>
                <w:sz w:val="16"/>
              </w:rPr>
              <w:t>5V2A</w:t>
            </w:r>
          </w:p>
        </w:tc>
        <w:tc>
          <w:tcPr>
            <w:tcW w:w="831" w:type="pct"/>
            <w:tcMar>
              <w:top w:w="90" w:type="dxa"/>
              <w:left w:w="110" w:type="dxa"/>
              <w:bottom w:w="90" w:type="dxa"/>
              <w:right w:w="110" w:type="dxa"/>
            </w:tcMar>
            <w:vAlign w:val="center"/>
          </w:tcPr>
          <w:p w:rsidR="00113E2B" w:rsidRDefault="00113E2B">
            <w:pPr>
              <w:spacing w:after="0" w:line="259" w:lineRule="auto"/>
            </w:pPr>
            <w:r>
              <w:rPr>
                <w:sz w:val="16"/>
              </w:rPr>
              <w:t>2H02 minutes</w:t>
            </w:r>
          </w:p>
        </w:tc>
        <w:tc>
          <w:tcPr>
            <w:tcW w:w="475" w:type="pct"/>
            <w:tcMar>
              <w:top w:w="90" w:type="dxa"/>
              <w:left w:w="110" w:type="dxa"/>
              <w:bottom w:w="90" w:type="dxa"/>
              <w:right w:w="110" w:type="dxa"/>
            </w:tcMar>
            <w:vAlign w:val="center"/>
          </w:tcPr>
          <w:p w:rsidR="00113E2B" w:rsidRDefault="00113E2B">
            <w:pPr>
              <w:spacing w:after="0" w:line="259" w:lineRule="auto"/>
            </w:pPr>
            <w:r>
              <w:rPr>
                <w:sz w:val="16"/>
              </w:rPr>
              <w:t>Test with power off</w:t>
            </w:r>
          </w:p>
        </w:tc>
        <w:tc>
          <w:tcPr>
            <w:tcW w:w="420" w:type="pct"/>
            <w:tcMar>
              <w:top w:w="90" w:type="dxa"/>
              <w:left w:w="110" w:type="dxa"/>
              <w:bottom w:w="90" w:type="dxa"/>
              <w:right w:w="110" w:type="dxa"/>
            </w:tcMar>
            <w:vAlign w:val="center"/>
          </w:tcPr>
          <w:p w:rsidR="00113E2B" w:rsidRDefault="00113E2B">
            <w:pPr>
              <w:spacing w:after="0" w:line="259" w:lineRule="auto"/>
            </w:pPr>
          </w:p>
        </w:tc>
      </w:tr>
      <w:tr w:rsidR="00113E2B" w:rsidTr="00113E2B">
        <w:trPr>
          <w:jc w:val="center"/>
        </w:trPr>
        <w:tc>
          <w:tcPr>
            <w:tcW w:w="421"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2#</w:t>
            </w:r>
          </w:p>
        </w:tc>
        <w:tc>
          <w:tcPr>
            <w:tcW w:w="1189"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May 17, 15:00</w:t>
            </w:r>
          </w:p>
        </w:tc>
        <w:tc>
          <w:tcPr>
            <w:tcW w:w="1189"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May 17, 17:04</w:t>
            </w:r>
          </w:p>
        </w:tc>
        <w:tc>
          <w:tcPr>
            <w:tcW w:w="475"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5V2A</w:t>
            </w:r>
          </w:p>
        </w:tc>
        <w:tc>
          <w:tcPr>
            <w:tcW w:w="831"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2H02 minutes</w:t>
            </w:r>
          </w:p>
        </w:tc>
        <w:tc>
          <w:tcPr>
            <w:tcW w:w="475" w:type="pct"/>
            <w:shd w:val="clear" w:color="auto" w:fill="EAF2F8"/>
            <w:tcMar>
              <w:top w:w="90" w:type="dxa"/>
              <w:left w:w="110" w:type="dxa"/>
              <w:bottom w:w="90" w:type="dxa"/>
              <w:right w:w="110" w:type="dxa"/>
            </w:tcMar>
            <w:vAlign w:val="center"/>
          </w:tcPr>
          <w:p w:rsidR="00113E2B" w:rsidRDefault="00113E2B">
            <w:pPr>
              <w:spacing w:after="0" w:line="259" w:lineRule="auto"/>
            </w:pPr>
            <w:r>
              <w:rPr>
                <w:sz w:val="16"/>
              </w:rPr>
              <w:t>Test with power off</w:t>
            </w:r>
          </w:p>
        </w:tc>
        <w:tc>
          <w:tcPr>
            <w:tcW w:w="420" w:type="pct"/>
            <w:shd w:val="clear" w:color="auto" w:fill="EAF2F8"/>
            <w:tcMar>
              <w:top w:w="90" w:type="dxa"/>
              <w:left w:w="110" w:type="dxa"/>
              <w:bottom w:w="90" w:type="dxa"/>
              <w:right w:w="110" w:type="dxa"/>
            </w:tcMar>
            <w:vAlign w:val="center"/>
          </w:tcPr>
          <w:p w:rsidR="00113E2B" w:rsidRDefault="00113E2B">
            <w:pPr>
              <w:spacing w:after="0" w:line="259" w:lineRule="auto"/>
            </w:pPr>
          </w:p>
        </w:tc>
      </w:tr>
      <w:tr w:rsidR="00113E2B" w:rsidTr="00113E2B">
        <w:trPr>
          <w:jc w:val="center"/>
        </w:trPr>
        <w:tc>
          <w:tcPr>
            <w:tcW w:w="421" w:type="pct"/>
            <w:tcMar>
              <w:top w:w="90" w:type="dxa"/>
              <w:left w:w="110" w:type="dxa"/>
              <w:bottom w:w="90" w:type="dxa"/>
              <w:right w:w="110" w:type="dxa"/>
            </w:tcMar>
            <w:vAlign w:val="center"/>
          </w:tcPr>
          <w:p w:rsidR="00113E2B" w:rsidRDefault="00113E2B">
            <w:pPr>
              <w:spacing w:after="0" w:line="259" w:lineRule="auto"/>
            </w:pPr>
            <w:r>
              <w:rPr>
                <w:sz w:val="16"/>
              </w:rPr>
              <w:t>2#</w:t>
            </w:r>
          </w:p>
        </w:tc>
        <w:tc>
          <w:tcPr>
            <w:tcW w:w="1189" w:type="pct"/>
            <w:tcMar>
              <w:top w:w="90" w:type="dxa"/>
              <w:left w:w="110" w:type="dxa"/>
              <w:bottom w:w="90" w:type="dxa"/>
              <w:right w:w="110" w:type="dxa"/>
            </w:tcMar>
            <w:vAlign w:val="center"/>
          </w:tcPr>
          <w:p w:rsidR="00113E2B" w:rsidRDefault="00113E2B">
            <w:pPr>
              <w:spacing w:after="0" w:line="259" w:lineRule="auto"/>
            </w:pPr>
            <w:r>
              <w:rPr>
                <w:sz w:val="16"/>
              </w:rPr>
              <w:t>May 17, 15:00</w:t>
            </w:r>
          </w:p>
        </w:tc>
        <w:tc>
          <w:tcPr>
            <w:tcW w:w="1189" w:type="pct"/>
            <w:tcMar>
              <w:top w:w="90" w:type="dxa"/>
              <w:left w:w="110" w:type="dxa"/>
              <w:bottom w:w="90" w:type="dxa"/>
              <w:right w:w="110" w:type="dxa"/>
            </w:tcMar>
            <w:vAlign w:val="center"/>
          </w:tcPr>
          <w:p w:rsidR="00113E2B" w:rsidRDefault="00113E2B">
            <w:pPr>
              <w:spacing w:after="0" w:line="259" w:lineRule="auto"/>
            </w:pPr>
            <w:r>
              <w:rPr>
                <w:sz w:val="16"/>
              </w:rPr>
              <w:t>May 17, 17:15</w:t>
            </w:r>
          </w:p>
        </w:tc>
        <w:tc>
          <w:tcPr>
            <w:tcW w:w="475" w:type="pct"/>
            <w:tcMar>
              <w:top w:w="90" w:type="dxa"/>
              <w:left w:w="110" w:type="dxa"/>
              <w:bottom w:w="90" w:type="dxa"/>
              <w:right w:w="110" w:type="dxa"/>
            </w:tcMar>
            <w:vAlign w:val="center"/>
          </w:tcPr>
          <w:p w:rsidR="00113E2B" w:rsidRDefault="00113E2B">
            <w:pPr>
              <w:spacing w:after="0" w:line="259" w:lineRule="auto"/>
            </w:pPr>
            <w:r>
              <w:rPr>
                <w:sz w:val="16"/>
              </w:rPr>
              <w:t>5V2A</w:t>
            </w:r>
          </w:p>
        </w:tc>
        <w:tc>
          <w:tcPr>
            <w:tcW w:w="831" w:type="pct"/>
            <w:tcMar>
              <w:top w:w="90" w:type="dxa"/>
              <w:left w:w="110" w:type="dxa"/>
              <w:bottom w:w="90" w:type="dxa"/>
              <w:right w:w="110" w:type="dxa"/>
            </w:tcMar>
            <w:vAlign w:val="center"/>
          </w:tcPr>
          <w:p w:rsidR="00113E2B" w:rsidRDefault="00113E2B">
            <w:pPr>
              <w:spacing w:after="0" w:line="259" w:lineRule="auto"/>
            </w:pPr>
            <w:r>
              <w:rPr>
                <w:sz w:val="16"/>
              </w:rPr>
              <w:t>2H15 minutes</w:t>
            </w:r>
          </w:p>
        </w:tc>
        <w:tc>
          <w:tcPr>
            <w:tcW w:w="475" w:type="pct"/>
            <w:tcMar>
              <w:top w:w="90" w:type="dxa"/>
              <w:left w:w="110" w:type="dxa"/>
              <w:bottom w:w="90" w:type="dxa"/>
              <w:right w:w="110" w:type="dxa"/>
            </w:tcMar>
            <w:vAlign w:val="center"/>
          </w:tcPr>
          <w:p w:rsidR="00113E2B" w:rsidRDefault="00113E2B">
            <w:pPr>
              <w:spacing w:after="0" w:line="259" w:lineRule="auto"/>
            </w:pPr>
            <w:r>
              <w:rPr>
                <w:sz w:val="16"/>
              </w:rPr>
              <w:t>Test with power off</w:t>
            </w:r>
          </w:p>
        </w:tc>
        <w:tc>
          <w:tcPr>
            <w:tcW w:w="420" w:type="pct"/>
            <w:tcMar>
              <w:top w:w="90" w:type="dxa"/>
              <w:left w:w="110" w:type="dxa"/>
              <w:bottom w:w="90" w:type="dxa"/>
              <w:right w:w="110" w:type="dxa"/>
            </w:tcMar>
            <w:vAlign w:val="center"/>
          </w:tcPr>
          <w:p w:rsidR="00113E2B" w:rsidRDefault="00113E2B">
            <w:pPr>
              <w:spacing w:after="0" w:line="259" w:lineRule="auto"/>
            </w:pPr>
          </w:p>
        </w:tc>
      </w:tr>
    </w:tbl>
    <w:p w:rsidR="00DD15AE" w:rsidRDefault="00DD15AE">
      <w:pPr>
        <w:spacing w:after="0"/>
      </w:pPr>
    </w:p>
    <w:p w:rsidR="00DD15AE" w:rsidRDefault="002D16FE">
      <w:pPr>
        <w:pStyle w:val="31"/>
        <w:rPr>
          <w:lang w:eastAsia="zh-CN"/>
        </w:rPr>
      </w:pPr>
      <w:r>
        <w:rPr>
          <w:lang w:eastAsia="zh-CN"/>
        </w:rPr>
        <w:t xml:space="preserve">5.4.4. </w:t>
      </w:r>
      <w:r>
        <w:rPr>
          <w:lang w:eastAsia="zh-CN"/>
        </w:rPr>
        <w:t>Equipment and Tools Used</w:t>
      </w:r>
    </w:p>
    <w:p w:rsidR="00113E2B" w:rsidRDefault="00113E2B">
      <w:pPr>
        <w:spacing w:after="0"/>
        <w:rPr>
          <w:lang w:eastAsia="zh-CN"/>
        </w:rPr>
      </w:pPr>
      <w:r>
        <w:rPr>
          <w:rFonts w:hint="eastAsia"/>
          <w:lang w:eastAsia="zh-CN"/>
        </w:rPr>
        <w:t>1</w:t>
      </w:r>
      <w:r>
        <w:rPr>
          <w:lang w:eastAsia="zh-CN"/>
        </w:rPr>
        <w:t xml:space="preserve">)Test </w:t>
      </w:r>
      <w:r>
        <w:rPr>
          <w:rFonts w:hint="eastAsia"/>
          <w:lang w:eastAsia="zh-CN"/>
        </w:rPr>
        <w:t xml:space="preserve">samples </w:t>
      </w:r>
      <w:r>
        <w:rPr>
          <w:lang w:eastAsia="zh-CN"/>
        </w:rPr>
        <w:t>*3pcs;</w:t>
      </w:r>
    </w:p>
    <w:p w:rsidR="00113E2B" w:rsidRDefault="00113E2B">
      <w:pPr>
        <w:spacing w:after="0"/>
        <w:rPr>
          <w:lang w:eastAsia="zh-CN"/>
        </w:rPr>
      </w:pPr>
      <w:r>
        <w:rPr>
          <w:rFonts w:hint="eastAsia"/>
          <w:lang w:eastAsia="zh-CN"/>
        </w:rPr>
        <w:t>2)Charging adapters (5V</w:t>
      </w:r>
      <w:r>
        <w:rPr>
          <w:lang w:eastAsia="zh-CN"/>
        </w:rPr>
        <w:t>2A</w:t>
      </w:r>
      <w:r>
        <w:rPr>
          <w:rFonts w:hint="eastAsia"/>
          <w:lang w:eastAsia="zh-CN"/>
        </w:rPr>
        <w:t xml:space="preserve">) </w:t>
      </w:r>
      <w:r>
        <w:rPr>
          <w:lang w:eastAsia="zh-CN"/>
        </w:rPr>
        <w:t>*2pcs;</w:t>
      </w:r>
    </w:p>
    <w:p w:rsidR="00DD15AE" w:rsidRDefault="00113E2B">
      <w:pPr>
        <w:spacing w:after="0"/>
        <w:rPr>
          <w:rFonts w:hint="eastAsia"/>
          <w:lang w:eastAsia="zh-CN"/>
        </w:rPr>
      </w:pPr>
      <w:r>
        <w:rPr>
          <w:rFonts w:hint="eastAsia"/>
          <w:lang w:eastAsia="zh-CN"/>
        </w:rPr>
        <w:t xml:space="preserve">3)USB charging </w:t>
      </w:r>
      <w:proofErr w:type="gramStart"/>
      <w:r>
        <w:rPr>
          <w:rFonts w:hint="eastAsia"/>
          <w:lang w:eastAsia="zh-CN"/>
        </w:rPr>
        <w:t xml:space="preserve">cables </w:t>
      </w:r>
      <w:proofErr w:type="gramEnd"/>
      <w:r>
        <w:rPr>
          <w:rFonts w:hint="eastAsia"/>
          <w:lang w:eastAsia="zh-CN"/>
        </w:rPr>
        <w:t>*</w:t>
      </w:r>
      <w:r>
        <w:rPr>
          <w:lang w:eastAsia="zh-CN"/>
        </w:rPr>
        <w:t>2pcs</w:t>
      </w:r>
    </w:p>
    <w:p w:rsidR="00DD15AE" w:rsidRDefault="002D16FE">
      <w:pPr>
        <w:pStyle w:val="31"/>
        <w:rPr>
          <w:lang w:eastAsia="zh-CN"/>
        </w:rPr>
      </w:pPr>
      <w:r>
        <w:rPr>
          <w:lang w:eastAsia="zh-CN"/>
        </w:rPr>
        <w:t xml:space="preserve">5.4.5. </w:t>
      </w:r>
      <w:r>
        <w:rPr>
          <w:lang w:eastAsia="zh-CN"/>
        </w:rPr>
        <w:t>Test Procedure</w:t>
      </w:r>
    </w:p>
    <w:p w:rsidR="00DD15AE" w:rsidRDefault="002D16FE">
      <w:pPr>
        <w:rPr>
          <w:lang w:eastAsia="zh-CN"/>
        </w:rPr>
      </w:pPr>
      <w:r>
        <w:rPr>
          <w:lang w:eastAsia="zh-CN"/>
        </w:rPr>
        <w:t>1) During charging testing, the LED is red.</w:t>
      </w:r>
    </w:p>
    <w:p w:rsidR="00DD15AE" w:rsidRDefault="002D16FE" w:rsidP="00F822ED">
      <w:pPr>
        <w:rPr>
          <w:lang w:eastAsia="zh-CN"/>
        </w:rPr>
      </w:pPr>
      <w:r>
        <w:rPr>
          <w:lang w:eastAsia="zh-CN"/>
        </w:rPr>
        <w:t>2) The red charging LED turning off indicates a fully charged battery.</w:t>
      </w:r>
    </w:p>
    <w:p w:rsidR="00DD15AE" w:rsidRDefault="002D16FE">
      <w:pPr>
        <w:pStyle w:val="31"/>
        <w:rPr>
          <w:lang w:eastAsia="zh-CN"/>
        </w:rPr>
      </w:pPr>
      <w:r>
        <w:rPr>
          <w:lang w:eastAsia="zh-CN"/>
        </w:rPr>
        <w:t xml:space="preserve">5.4.6. </w:t>
      </w:r>
      <w:r>
        <w:rPr>
          <w:lang w:eastAsia="zh-CN"/>
        </w:rPr>
        <w:t>Test Results</w:t>
      </w:r>
    </w:p>
    <w:p w:rsidR="00DD15AE" w:rsidRDefault="002D16FE">
      <w:pPr>
        <w:rPr>
          <w:lang w:eastAsia="zh-CN"/>
        </w:rPr>
      </w:pPr>
      <w:r>
        <w:rPr>
          <w:lang w:eastAsia="zh-CN"/>
        </w:rPr>
        <w:t xml:space="preserve">Final assessment: </w:t>
      </w:r>
      <w:r w:rsidR="00E412BE">
        <w:rPr>
          <w:lang w:eastAsia="zh-CN"/>
        </w:rPr>
        <w:t>Test passed</w:t>
      </w:r>
    </w:p>
    <w:p w:rsidR="00DD15AE" w:rsidRDefault="002D16FE">
      <w:pPr>
        <w:pStyle w:val="31"/>
      </w:pPr>
      <w:r>
        <w:t xml:space="preserve">5.4.7.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4F67A5" w:rsidP="00685A71">
            <w:pPr>
              <w:spacing w:after="0" w:line="259" w:lineRule="auto"/>
              <w:jc w:val="center"/>
            </w:pPr>
            <w:r>
              <w:rPr>
                <w:sz w:val="19"/>
              </w:rPr>
              <w:t>Tester</w:t>
            </w:r>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685A71">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DD15AE" w:rsidRDefault="002D16FE">
      <w:pPr>
        <w:pStyle w:val="21"/>
        <w:pageBreakBefore/>
      </w:pPr>
      <w:r>
        <w:lastRenderedPageBreak/>
        <w:t xml:space="preserve">5.5. </w:t>
      </w:r>
      <w:r>
        <w:t>Product Functional Aging Test</w:t>
      </w:r>
    </w:p>
    <w:p w:rsidR="00DD15AE" w:rsidRDefault="002D16FE">
      <w:pPr>
        <w:pStyle w:val="31"/>
      </w:pPr>
      <w:r>
        <w:t xml:space="preserve">5.5.1. </w:t>
      </w:r>
      <w:r>
        <w:t>Basic Test Item Information</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2232"/>
        <w:gridCol w:w="7416"/>
      </w:tblGrid>
      <w:tr w:rsidR="00DD15AE">
        <w:trPr>
          <w:tblHeader/>
          <w:jc w:val="center"/>
        </w:trPr>
        <w:tc>
          <w:tcPr>
            <w:tcW w:w="2232"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Item</w:t>
            </w:r>
          </w:p>
        </w:tc>
        <w:tc>
          <w:tcPr>
            <w:tcW w:w="7416" w:type="dxa"/>
            <w:shd w:val="clear" w:color="auto" w:fill="1F4E78"/>
            <w:tcMar>
              <w:top w:w="90" w:type="dxa"/>
              <w:left w:w="110" w:type="dxa"/>
              <w:bottom w:w="90" w:type="dxa"/>
              <w:right w:w="110" w:type="dxa"/>
            </w:tcMar>
            <w:vAlign w:val="center"/>
          </w:tcPr>
          <w:p w:rsidR="00DD15AE" w:rsidRDefault="002D16FE">
            <w:pPr>
              <w:spacing w:after="0" w:line="259" w:lineRule="auto"/>
            </w:pPr>
            <w:r>
              <w:rPr>
                <w:b/>
                <w:color w:val="FFFFFF"/>
                <w:sz w:val="19"/>
              </w:rPr>
              <w:t>Content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category</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Electrical Performance Testing</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item</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Product Functional Aging Test</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item stated in the report</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Product Functional Aging Test</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Product model</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F33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Report test date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Test start time</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2025.5.13</w:t>
            </w:r>
          </w:p>
        </w:tc>
      </w:tr>
      <w:tr w:rsidR="00DD15AE">
        <w:trPr>
          <w:jc w:val="center"/>
        </w:trPr>
        <w:tc>
          <w:tcPr>
            <w:tcW w:w="2232" w:type="dxa"/>
            <w:tcMar>
              <w:top w:w="90" w:type="dxa"/>
              <w:left w:w="110" w:type="dxa"/>
              <w:bottom w:w="90" w:type="dxa"/>
              <w:right w:w="110" w:type="dxa"/>
            </w:tcMar>
            <w:vAlign w:val="center"/>
          </w:tcPr>
          <w:p w:rsidR="00DD15AE" w:rsidRDefault="002D16FE">
            <w:pPr>
              <w:spacing w:after="0" w:line="259" w:lineRule="auto"/>
              <w:jc w:val="center"/>
            </w:pPr>
            <w:r>
              <w:rPr>
                <w:sz w:val="19"/>
              </w:rPr>
              <w:t>Test completion time</w:t>
            </w:r>
          </w:p>
        </w:tc>
        <w:tc>
          <w:tcPr>
            <w:tcW w:w="7416" w:type="dxa"/>
            <w:tcMar>
              <w:top w:w="90" w:type="dxa"/>
              <w:left w:w="110" w:type="dxa"/>
              <w:bottom w:w="90" w:type="dxa"/>
              <w:right w:w="110" w:type="dxa"/>
            </w:tcMar>
            <w:vAlign w:val="center"/>
          </w:tcPr>
          <w:p w:rsidR="00DD15AE" w:rsidRDefault="002D16FE">
            <w:pPr>
              <w:spacing w:after="0" w:line="259" w:lineRule="auto"/>
            </w:pPr>
            <w:r>
              <w:rPr>
                <w:sz w:val="19"/>
              </w:rPr>
              <w:t>2025.5.20</w:t>
            </w:r>
          </w:p>
        </w:tc>
      </w:tr>
      <w:tr w:rsidR="00DD15AE">
        <w:trPr>
          <w:jc w:val="center"/>
        </w:trPr>
        <w:tc>
          <w:tcPr>
            <w:tcW w:w="2232" w:type="dxa"/>
            <w:shd w:val="clear" w:color="auto" w:fill="EAF2F8"/>
            <w:tcMar>
              <w:top w:w="90" w:type="dxa"/>
              <w:left w:w="110" w:type="dxa"/>
              <w:bottom w:w="90" w:type="dxa"/>
              <w:right w:w="110" w:type="dxa"/>
            </w:tcMar>
            <w:vAlign w:val="center"/>
          </w:tcPr>
          <w:p w:rsidR="00DD15AE" w:rsidRDefault="002D16FE">
            <w:pPr>
              <w:spacing w:after="0" w:line="259" w:lineRule="auto"/>
              <w:jc w:val="center"/>
            </w:pPr>
            <w:r>
              <w:rPr>
                <w:sz w:val="19"/>
              </w:rPr>
              <w:t>Archiving department</w:t>
            </w:r>
          </w:p>
        </w:tc>
        <w:tc>
          <w:tcPr>
            <w:tcW w:w="7416" w:type="dxa"/>
            <w:shd w:val="clear" w:color="auto" w:fill="EAF2F8"/>
            <w:tcMar>
              <w:top w:w="90" w:type="dxa"/>
              <w:left w:w="110" w:type="dxa"/>
              <w:bottom w:w="90" w:type="dxa"/>
              <w:right w:w="110" w:type="dxa"/>
            </w:tcMar>
            <w:vAlign w:val="center"/>
          </w:tcPr>
          <w:p w:rsidR="00DD15AE" w:rsidRDefault="002D16FE">
            <w:pPr>
              <w:spacing w:after="0" w:line="259" w:lineRule="auto"/>
            </w:pPr>
            <w:r>
              <w:rPr>
                <w:sz w:val="19"/>
              </w:rPr>
              <w:t>Quality Department</w:t>
            </w:r>
          </w:p>
        </w:tc>
      </w:tr>
    </w:tbl>
    <w:p w:rsidR="00DD15AE" w:rsidRDefault="00DD15AE">
      <w:pPr>
        <w:spacing w:after="0"/>
      </w:pPr>
    </w:p>
    <w:p w:rsidR="00DD15AE" w:rsidRDefault="002D16FE">
      <w:pPr>
        <w:pStyle w:val="31"/>
      </w:pPr>
      <w:r>
        <w:t xml:space="preserve">5.5.2. </w:t>
      </w:r>
      <w:r>
        <w:t>Test Conditions and Methods</w:t>
      </w:r>
    </w:p>
    <w:p w:rsidR="00DD15AE" w:rsidRDefault="002D16FE">
      <w:pPr>
        <w:rPr>
          <w:lang w:eastAsia="zh-CN"/>
        </w:rPr>
      </w:pPr>
      <w:r>
        <w:rPr>
          <w:lang w:eastAsia="zh-CN"/>
        </w:rPr>
        <w:t>1) R&amp;D provided 5 pilot-production sample units for functional checks, which were OK.</w:t>
      </w:r>
    </w:p>
    <w:p w:rsidR="00DD15AE" w:rsidRDefault="002D16FE">
      <w:pPr>
        <w:rPr>
          <w:lang w:eastAsia="zh-CN"/>
        </w:rPr>
      </w:pPr>
      <w:r>
        <w:rPr>
          <w:lang w:eastAsia="zh-CN"/>
        </w:rPr>
        <w:t xml:space="preserve">2) R&amp;D provided 5 pilot-production sample units for aging testing, playing </w:t>
      </w:r>
      <w:proofErr w:type="gramStart"/>
      <w:r>
        <w:rPr>
          <w:lang w:eastAsia="zh-CN"/>
        </w:rPr>
        <w:t xml:space="preserve">while charging at </w:t>
      </w:r>
      <w:proofErr w:type="gramEnd"/>
      <w:r>
        <w:rPr>
          <w:lang w:eastAsia="zh-CN"/>
        </w:rPr>
        <w:t xml:space="preserve">maximum volume. The test requires no product abnormalities </w:t>
      </w:r>
      <w:proofErr w:type="gramStart"/>
      <w:r>
        <w:rPr>
          <w:lang w:eastAsia="zh-CN"/>
        </w:rPr>
        <w:t xml:space="preserve">after 168 </w:t>
      </w:r>
      <w:proofErr w:type="gramEnd"/>
      <w:r>
        <w:rPr>
          <w:lang w:eastAsia="zh-CN"/>
        </w:rPr>
        <w:t>hours of simultaneous charging and playback.</w:t>
      </w:r>
    </w:p>
    <w:p w:rsidR="00DD15AE" w:rsidRDefault="002D16FE">
      <w:pPr>
        <w:rPr>
          <w:lang w:eastAsia="zh-CN"/>
        </w:rPr>
      </w:pPr>
      <w:r>
        <w:rPr>
          <w:lang w:eastAsia="zh-CN"/>
        </w:rPr>
        <w:t xml:space="preserve">3) Place the product on the aging rack, insert the TF card </w:t>
      </w:r>
      <w:proofErr w:type="gramStart"/>
      <w:r>
        <w:rPr>
          <w:lang w:eastAsia="zh-CN"/>
        </w:rPr>
        <w:t xml:space="preserve">and charging </w:t>
      </w:r>
      <w:proofErr w:type="gramEnd"/>
      <w:r>
        <w:rPr>
          <w:lang w:eastAsia="zh-CN"/>
        </w:rPr>
        <w:t>cable, power on, and play at 100% volume.</w:t>
      </w:r>
    </w:p>
    <w:p w:rsidR="00DD15AE" w:rsidRDefault="002D16FE">
      <w:pPr>
        <w:rPr>
          <w:lang w:eastAsia="zh-CN"/>
        </w:rPr>
      </w:pPr>
      <w:r>
        <w:rPr>
          <w:lang w:eastAsia="zh-CN"/>
        </w:rPr>
        <w:t xml:space="preserve">4) Loop tracks with mid-, high-, and low-frequency content. </w:t>
      </w:r>
      <w:r w:rsidR="00ED2A9C">
        <w:rPr>
          <w:lang w:eastAsia="zh-CN"/>
        </w:rPr>
        <w:t xml:space="preserve">(This </w:t>
      </w:r>
      <w:r w:rsidR="00DD5D61">
        <w:rPr>
          <w:lang w:eastAsia="zh-CN"/>
        </w:rPr>
        <w:t/>
      </w:r>
      <w:r w:rsidR="00DD5D61">
        <w:rPr>
          <w:lang w:eastAsia="zh-CN"/>
        </w:rPr>
        <w:t xml:space="preserve">test looped </w:t>
      </w:r>
      <w:r w:rsidR="00DD5D61">
        <w:rPr>
          <w:lang w:eastAsia="zh-CN"/>
        </w:rPr>
        <w:t/>
      </w:r>
      <w:r>
        <w:rPr>
          <w:lang w:eastAsia="zh-CN"/>
        </w:rPr>
        <w:t>the DJ track “朋友的酒”.)</w:t>
      </w:r>
    </w:p>
    <w:p w:rsidR="00DD15AE" w:rsidRDefault="002D16FE">
      <w:pPr>
        <w:pStyle w:val="31"/>
        <w:rPr>
          <w:lang w:eastAsia="zh-CN"/>
        </w:rPr>
      </w:pPr>
      <w:r>
        <w:rPr>
          <w:lang w:eastAsia="zh-CN"/>
        </w:rPr>
        <w:t xml:space="preserve">5.5.3. </w:t>
      </w:r>
      <w:r>
        <w:rPr>
          <w:lang w:eastAsia="zh-CN"/>
        </w:rPr>
        <w:t>Test Standard Requirements and Test Records</w:t>
      </w:r>
    </w:p>
    <w:p w:rsidR="00DD15AE" w:rsidRDefault="002D16FE">
      <w:pPr>
        <w:rPr>
          <w:lang w:eastAsia="zh-CN"/>
        </w:rPr>
      </w:pPr>
      <w:r>
        <w:rPr>
          <w:lang w:eastAsia="zh-CN"/>
        </w:rPr>
        <w:t xml:space="preserve">1) A pass requires </w:t>
      </w:r>
      <w:proofErr w:type="gramStart"/>
      <w:r>
        <w:rPr>
          <w:lang w:eastAsia="zh-CN"/>
        </w:rPr>
        <w:t xml:space="preserve">no product </w:t>
      </w:r>
      <w:proofErr w:type="gramEnd"/>
      <w:r>
        <w:rPr>
          <w:lang w:eastAsia="zh-CN"/>
        </w:rPr>
        <w:t>abnormalities, noise, or loss of sound after 168 hours of simultaneous charging and playback.</w:t>
      </w:r>
    </w:p>
    <w:p w:rsidR="00DD15AE" w:rsidRDefault="002D16FE">
      <w:pPr>
        <w:pStyle w:val="31"/>
        <w:rPr>
          <w:lang w:eastAsia="zh-CN"/>
        </w:rPr>
      </w:pPr>
      <w:r>
        <w:rPr>
          <w:lang w:eastAsia="zh-CN"/>
        </w:rPr>
        <w:t xml:space="preserve">5.5.4. </w:t>
      </w:r>
      <w:r>
        <w:rPr>
          <w:lang w:eastAsia="zh-CN"/>
        </w:rPr>
        <w:t>Equipment and Tools Used</w:t>
      </w:r>
    </w:p>
    <w:p w:rsidR="00DD15AE" w:rsidRDefault="002D16FE">
      <w:pPr>
        <w:rPr>
          <w:lang w:eastAsia="zh-CN"/>
        </w:rPr>
      </w:pPr>
      <w:r>
        <w:rPr>
          <w:lang w:eastAsia="zh-CN"/>
        </w:rPr>
        <w:t>1) Test samples 5*psc</w:t>
      </w:r>
    </w:p>
    <w:p w:rsidR="00DD15AE" w:rsidRDefault="002D16FE">
      <w:pPr>
        <w:rPr>
          <w:lang w:eastAsia="zh-CN"/>
        </w:rPr>
      </w:pPr>
      <w:r>
        <w:rPr>
          <w:lang w:eastAsia="zh-CN"/>
        </w:rPr>
        <w:t>2) Phone *1pcs</w:t>
      </w:r>
    </w:p>
    <w:p w:rsidR="00DD15AE" w:rsidRDefault="002D16FE">
      <w:pPr>
        <w:rPr>
          <w:lang w:eastAsia="zh-CN"/>
        </w:rPr>
      </w:pPr>
      <w:r>
        <w:rPr>
          <w:lang w:eastAsia="zh-CN"/>
        </w:rPr>
        <w:t xml:space="preserve">3) 5V2A charger, </w:t>
      </w:r>
      <w:r w:rsidR="006546AC">
        <w:rPr>
          <w:lang w:eastAsia="zh-CN"/>
        </w:rPr>
        <w:t/>
      </w:r>
      <w:r>
        <w:rPr>
          <w:lang w:eastAsia="zh-CN"/>
        </w:rPr>
        <w:t>USB cables 5pcs</w:t>
      </w:r>
    </w:p>
    <w:p w:rsidR="00DD15AE" w:rsidRDefault="002D16FE">
      <w:pPr>
        <w:pStyle w:val="31"/>
        <w:rPr>
          <w:lang w:eastAsia="zh-CN"/>
        </w:rPr>
      </w:pPr>
      <w:r>
        <w:rPr>
          <w:lang w:eastAsia="zh-CN"/>
        </w:rPr>
        <w:lastRenderedPageBreak/>
        <w:t xml:space="preserve">5.5.5. </w:t>
      </w:r>
      <w:r>
        <w:rPr>
          <w:lang w:eastAsia="zh-CN"/>
        </w:rPr>
        <w:t>Test Procedure</w:t>
      </w:r>
    </w:p>
    <w:p w:rsidR="00DD15AE" w:rsidRDefault="002D16FE">
      <w:pPr>
        <w:rPr>
          <w:lang w:eastAsia="zh-CN"/>
        </w:rPr>
      </w:pPr>
      <w:r>
        <w:rPr>
          <w:lang w:eastAsia="zh-CN"/>
        </w:rPr>
        <w:t>1) Image of product aging in progress</w:t>
      </w:r>
    </w:p>
    <w:p w:rsidR="00DD15AE" w:rsidRDefault="002D16FE">
      <w:pPr>
        <w:pStyle w:val="31"/>
        <w:rPr>
          <w:lang w:eastAsia="zh-CN"/>
        </w:rPr>
      </w:pPr>
      <w:r>
        <w:rPr>
          <w:lang w:eastAsia="zh-CN"/>
        </w:rPr>
        <w:t xml:space="preserve">5.5.6. </w:t>
      </w:r>
      <w:r>
        <w:rPr>
          <w:lang w:eastAsia="zh-CN"/>
        </w:rPr>
        <w:t>Test Results</w:t>
      </w:r>
    </w:p>
    <w:p w:rsidR="00DD15AE" w:rsidRDefault="002D16FE">
      <w:pPr>
        <w:rPr>
          <w:lang w:eastAsia="zh-CN"/>
        </w:rPr>
      </w:pPr>
      <w:r>
        <w:rPr>
          <w:lang w:eastAsia="zh-CN"/>
        </w:rPr>
        <w:t>1) Aging started on 5.13 at 08:30 and ended on 5.20 at 08:30, totaling 168H with no abnormalities found. Considered a pass.</w:t>
      </w:r>
    </w:p>
    <w:p w:rsidR="00DD15AE" w:rsidRDefault="002D16FE">
      <w:pPr>
        <w:pStyle w:val="31"/>
      </w:pPr>
      <w:r>
        <w:t xml:space="preserve">5.5.7. </w:t>
      </w:r>
      <w:r>
        <w:t>Images of the Test Procedure and Results</w:t>
      </w:r>
    </w:p>
    <w:p w:rsidR="00DD15AE" w:rsidRDefault="002D16FE">
      <w:pPr>
        <w:keepNext/>
        <w:jc w:val="center"/>
      </w:pPr>
      <w:r>
        <w:rPr>
          <w:noProof/>
          <w:lang w:eastAsia="zh-CN"/>
        </w:rPr>
        <w:drawing>
          <wp:inline distT="0" distB="0" distL="0" distR="0">
            <wp:extent cx="5760720" cy="3955602"/>
            <wp:effectExtent l="0" t="0" r="0" b="0"/>
            <wp:docPr id="109" name="Picture 109" descr="图 5.5-1 产品功能老化测试实验图片" title="图 5.5-1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15_image_01.png"/>
                    <pic:cNvPicPr/>
                  </pic:nvPicPr>
                  <pic:blipFill>
                    <a:blip r:embed="rId63"/>
                    <a:stretch>
                      <a:fillRect/>
                    </a:stretch>
                  </pic:blipFill>
                  <pic:spPr>
                    <a:xfrm>
                      <a:off x="0" y="0"/>
                      <a:ext cx="5760720" cy="3955602"/>
                    </a:xfrm>
                    <a:prstGeom prst="rect">
                      <a:avLst/>
                    </a:prstGeom>
                  </pic:spPr>
                </pic:pic>
              </a:graphicData>
            </a:graphic>
          </wp:inline>
        </w:drawing>
      </w:r>
    </w:p>
    <w:p w:rsidR="00DD15AE" w:rsidRDefault="002D16FE">
      <w:pPr>
        <w:spacing w:after="160"/>
        <w:jc w:val="center"/>
        <w:rPr>
          <w:lang w:eastAsia="zh-CN"/>
        </w:rPr>
      </w:pPr>
      <w:r>
        <w:rPr>
          <w:sz w:val="18"/>
          <w:lang w:eastAsia="zh-CN"/>
        </w:rPr>
        <w:t>Figure 5.5-1 Product functional aging test image</w:t>
      </w:r>
    </w:p>
    <w:p w:rsidR="00DD15AE" w:rsidRDefault="002D16FE">
      <w:pPr>
        <w:keepNext/>
        <w:jc w:val="center"/>
      </w:pPr>
      <w:r>
        <w:rPr>
          <w:noProof/>
          <w:lang w:eastAsia="zh-CN"/>
        </w:rPr>
        <w:lastRenderedPageBreak/>
        <w:drawing>
          <wp:inline distT="0" distB="0" distL="0" distR="0">
            <wp:extent cx="4152706" cy="5577840"/>
            <wp:effectExtent l="0" t="0" r="0" b="0"/>
            <wp:docPr id="110" name="Picture 110" descr="图 5.5-2 产品功能老化测试实验图片" title="图 5.5-2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3.png"/>
                    <pic:cNvPicPr/>
                  </pic:nvPicPr>
                  <pic:blipFill>
                    <a:blip r:embed="rId98"/>
                    <a:stretch>
                      <a:fillRect/>
                    </a:stretch>
                  </pic:blipFill>
                  <pic:spPr>
                    <a:xfrm>
                      <a:off x="0" y="0"/>
                      <a:ext cx="4152706" cy="5577840"/>
                    </a:xfrm>
                    <a:prstGeom prst="rect">
                      <a:avLst/>
                    </a:prstGeom>
                  </pic:spPr>
                </pic:pic>
              </a:graphicData>
            </a:graphic>
          </wp:inline>
        </w:drawing>
      </w:r>
    </w:p>
    <w:p w:rsidR="00DD15AE" w:rsidRDefault="002D16FE">
      <w:pPr>
        <w:spacing w:after="160"/>
        <w:jc w:val="center"/>
        <w:rPr>
          <w:lang w:eastAsia="zh-CN"/>
        </w:rPr>
      </w:pPr>
      <w:r>
        <w:rPr>
          <w:sz w:val="18"/>
          <w:lang w:eastAsia="zh-CN"/>
        </w:rPr>
        <w:t>Figure 5.5-2 Product functional aging test image</w:t>
      </w:r>
    </w:p>
    <w:p w:rsidR="00DD15AE" w:rsidRDefault="002D16FE">
      <w:pPr>
        <w:keepNext/>
        <w:jc w:val="center"/>
      </w:pPr>
      <w:r>
        <w:rPr>
          <w:noProof/>
          <w:lang w:eastAsia="zh-CN"/>
        </w:rPr>
        <w:lastRenderedPageBreak/>
        <w:drawing>
          <wp:inline distT="0" distB="0" distL="0" distR="0">
            <wp:extent cx="5760720" cy="4047730"/>
            <wp:effectExtent l="0" t="0" r="0" b="0"/>
            <wp:docPr id="111" name="Picture 111" descr="图 5.5-3 产品功能老化测试实验图片" title="图 5.5-3 产品功能老化测试实验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et_22_image_04.png"/>
                    <pic:cNvPicPr/>
                  </pic:nvPicPr>
                  <pic:blipFill>
                    <a:blip r:embed="rId99"/>
                    <a:stretch>
                      <a:fillRect/>
                    </a:stretch>
                  </pic:blipFill>
                  <pic:spPr>
                    <a:xfrm>
                      <a:off x="0" y="0"/>
                      <a:ext cx="5760720" cy="4047730"/>
                    </a:xfrm>
                    <a:prstGeom prst="rect">
                      <a:avLst/>
                    </a:prstGeom>
                  </pic:spPr>
                </pic:pic>
              </a:graphicData>
            </a:graphic>
          </wp:inline>
        </w:drawing>
      </w:r>
    </w:p>
    <w:p w:rsidR="00DD15AE" w:rsidRDefault="002D16FE">
      <w:pPr>
        <w:spacing w:after="160"/>
        <w:jc w:val="center"/>
        <w:rPr>
          <w:lang w:eastAsia="zh-CN"/>
        </w:rPr>
      </w:pPr>
      <w:r>
        <w:rPr>
          <w:sz w:val="18"/>
          <w:lang w:eastAsia="zh-CN"/>
        </w:rPr>
        <w:t>Figure 5.5-3 Product functional aging test image</w:t>
      </w:r>
    </w:p>
    <w:p w:rsidR="00DD15AE" w:rsidRDefault="002D16FE">
      <w:pPr>
        <w:pStyle w:val="31"/>
      </w:pPr>
      <w:r>
        <w:t xml:space="preserve">5.5.8. </w:t>
      </w:r>
      <w:r>
        <w:t>Preparation, Review, and Approval</w:t>
      </w:r>
    </w:p>
    <w:tbl>
      <w:tblPr>
        <w:tblW w:w="0" w:type="auto"/>
        <w:jc w:val="center"/>
        <w:tblBorders>
          <w:top w:val="single" w:sz="5" w:space="0" w:color="D9D9D9"/>
          <w:left w:val="single" w:sz="5" w:space="0" w:color="D9D9D9"/>
          <w:bottom w:val="single" w:sz="5" w:space="0" w:color="D9D9D9"/>
          <w:right w:val="single" w:sz="5" w:space="0" w:color="D9D9D9"/>
          <w:insideH w:val="single" w:sz="5" w:space="0" w:color="D9D9D9"/>
          <w:insideV w:val="single" w:sz="5" w:space="0" w:color="D9D9D9"/>
        </w:tblBorders>
        <w:tblLayout w:type="fixed"/>
        <w:tblLook w:val="04A0" w:firstRow="1" w:lastRow="0" w:firstColumn="1" w:lastColumn="0" w:noHBand="0" w:noVBand="1"/>
      </w:tblPr>
      <w:tblGrid>
        <w:gridCol w:w="1728"/>
        <w:gridCol w:w="3888"/>
        <w:gridCol w:w="3960"/>
      </w:tblGrid>
      <w:tr w:rsidR="00DD15AE">
        <w:trPr>
          <w:cantSplit/>
          <w:jc w:val="center"/>
        </w:trPr>
        <w:tc>
          <w:tcPr>
            <w:tcW w:w="172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Stage</w:t>
            </w:r>
          </w:p>
        </w:tc>
        <w:tc>
          <w:tcPr>
            <w:tcW w:w="3888"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Personnel</w:t>
            </w:r>
          </w:p>
        </w:tc>
        <w:tc>
          <w:tcPr>
            <w:tcW w:w="3960" w:type="dxa"/>
            <w:shd w:val="clear" w:color="auto" w:fill="1F4E78"/>
            <w:tcMar>
              <w:top w:w="90" w:type="dxa"/>
              <w:left w:w="110" w:type="dxa"/>
              <w:bottom w:w="90" w:type="dxa"/>
              <w:right w:w="110" w:type="dxa"/>
            </w:tcMar>
            <w:vAlign w:val="center"/>
          </w:tcPr>
          <w:p w:rsidR="00DD15AE" w:rsidRDefault="002D16FE">
            <w:pPr>
              <w:keepNext/>
              <w:spacing w:after="0" w:line="259" w:lineRule="auto"/>
            </w:pPr>
            <w:r>
              <w:rPr>
                <w:b/>
                <w:color w:val="FFFFFF"/>
                <w:sz w:val="19"/>
              </w:rPr>
              <w:t>Date</w:t>
            </w:r>
          </w:p>
        </w:tc>
      </w:tr>
      <w:tr w:rsidR="00DD15AE">
        <w:trPr>
          <w:cantSplit/>
          <w:jc w:val="center"/>
        </w:trPr>
        <w:tc>
          <w:tcPr>
            <w:tcW w:w="1728" w:type="dxa"/>
            <w:tcMar>
              <w:top w:w="90" w:type="dxa"/>
              <w:left w:w="110" w:type="dxa"/>
              <w:bottom w:w="90" w:type="dxa"/>
              <w:right w:w="110" w:type="dxa"/>
            </w:tcMar>
            <w:vAlign w:val="center"/>
          </w:tcPr>
          <w:p w:rsidR="00DD15AE" w:rsidRDefault="002D16FE" w:rsidP="00960746">
            <w:pPr>
              <w:spacing w:after="0" w:line="259" w:lineRule="auto"/>
              <w:jc w:val="center"/>
            </w:pPr>
            <w:bookmarkStart w:id="0" w:name="_GoBack"/>
            <w:r>
              <w:rPr>
                <w:sz w:val="19"/>
              </w:rPr>
              <w:t>Prepared by</w:t>
            </w:r>
            <w:bookmarkEnd w:id="0"/>
          </w:p>
        </w:tc>
        <w:tc>
          <w:tcPr>
            <w:tcW w:w="3888" w:type="dxa"/>
            <w:tcMar>
              <w:top w:w="90" w:type="dxa"/>
              <w:left w:w="110" w:type="dxa"/>
              <w:bottom w:w="90" w:type="dxa"/>
              <w:right w:w="110" w:type="dxa"/>
            </w:tcMar>
            <w:vAlign w:val="center"/>
          </w:tcPr>
          <w:p w:rsidR="00DD15AE" w:rsidRDefault="002D16FE">
            <w:pPr>
              <w:keepNext/>
              <w:spacing w:after="0" w:line="259" w:lineRule="auto"/>
              <w:jc w:val="center"/>
            </w:pPr>
            <w:r>
              <w:rPr>
                <w:sz w:val="19"/>
              </w:rPr>
              <w:t>Ji Zuyun</w:t>
            </w:r>
          </w:p>
        </w:tc>
        <w:tc>
          <w:tcPr>
            <w:tcW w:w="3960" w:type="dxa"/>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shd w:val="clear" w:color="auto" w:fill="EAF2F8"/>
            <w:tcMar>
              <w:top w:w="90" w:type="dxa"/>
              <w:left w:w="110" w:type="dxa"/>
              <w:bottom w:w="90" w:type="dxa"/>
              <w:right w:w="110" w:type="dxa"/>
            </w:tcMar>
            <w:vAlign w:val="center"/>
          </w:tcPr>
          <w:p w:rsidR="00DD15AE" w:rsidRDefault="002D16FE" w:rsidP="00960746">
            <w:pPr>
              <w:spacing w:after="0" w:line="259" w:lineRule="auto"/>
              <w:jc w:val="center"/>
            </w:pPr>
            <w:r>
              <w:rPr>
                <w:sz w:val="19"/>
              </w:rPr>
              <w:t>Reviewed by</w:t>
            </w:r>
          </w:p>
        </w:tc>
        <w:tc>
          <w:tcPr>
            <w:tcW w:w="3888"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Lu Yuqian</w:t>
            </w:r>
          </w:p>
        </w:tc>
        <w:tc>
          <w:tcPr>
            <w:tcW w:w="3960" w:type="dxa"/>
            <w:shd w:val="clear" w:color="auto" w:fill="EAF2F8"/>
            <w:tcMar>
              <w:top w:w="90" w:type="dxa"/>
              <w:left w:w="110" w:type="dxa"/>
              <w:bottom w:w="90" w:type="dxa"/>
              <w:right w:w="110" w:type="dxa"/>
            </w:tcMar>
            <w:vAlign w:val="center"/>
          </w:tcPr>
          <w:p w:rsidR="00DD15AE" w:rsidRDefault="002D16FE">
            <w:pPr>
              <w:keepNext/>
              <w:spacing w:after="0" w:line="259" w:lineRule="auto"/>
              <w:jc w:val="center"/>
            </w:pPr>
            <w:r>
              <w:rPr>
                <w:sz w:val="19"/>
              </w:rPr>
              <w:t>2025.5.20</w:t>
            </w:r>
          </w:p>
        </w:tc>
      </w:tr>
      <w:tr w:rsidR="00DD15AE">
        <w:trPr>
          <w:cantSplit/>
          <w:jc w:val="center"/>
        </w:trPr>
        <w:tc>
          <w:tcPr>
            <w:tcW w:w="1728" w:type="dxa"/>
            <w:tcMar>
              <w:top w:w="90" w:type="dxa"/>
              <w:left w:w="110" w:type="dxa"/>
              <w:bottom w:w="90" w:type="dxa"/>
              <w:right w:w="110" w:type="dxa"/>
            </w:tcMar>
            <w:vAlign w:val="center"/>
          </w:tcPr>
          <w:p w:rsidR="00DD15AE" w:rsidRDefault="002D16FE">
            <w:pPr>
              <w:spacing w:after="0" w:line="259" w:lineRule="auto"/>
              <w:jc w:val="center"/>
            </w:pPr>
            <w:r>
              <w:rPr>
                <w:sz w:val="19"/>
              </w:rPr>
              <w:t>Approved by</w:t>
            </w:r>
          </w:p>
        </w:tc>
        <w:tc>
          <w:tcPr>
            <w:tcW w:w="3888" w:type="dxa"/>
            <w:tcMar>
              <w:top w:w="90" w:type="dxa"/>
              <w:left w:w="110" w:type="dxa"/>
              <w:bottom w:w="90" w:type="dxa"/>
              <w:right w:w="110" w:type="dxa"/>
            </w:tcMar>
            <w:vAlign w:val="center"/>
          </w:tcPr>
          <w:p w:rsidR="00DD15AE" w:rsidRDefault="002D16FE">
            <w:pPr>
              <w:spacing w:after="0" w:line="259" w:lineRule="auto"/>
              <w:jc w:val="center"/>
            </w:pPr>
            <w:r>
              <w:rPr>
                <w:sz w:val="19"/>
              </w:rPr>
              <w:t>—</w:t>
            </w:r>
          </w:p>
        </w:tc>
        <w:tc>
          <w:tcPr>
            <w:tcW w:w="3960" w:type="dxa"/>
            <w:tcMar>
              <w:top w:w="90" w:type="dxa"/>
              <w:left w:w="110" w:type="dxa"/>
              <w:bottom w:w="90" w:type="dxa"/>
              <w:right w:w="110" w:type="dxa"/>
            </w:tcMar>
            <w:vAlign w:val="center"/>
          </w:tcPr>
          <w:p w:rsidR="00DD15AE" w:rsidRDefault="002D16FE">
            <w:pPr>
              <w:spacing w:after="0" w:line="259" w:lineRule="auto"/>
              <w:jc w:val="center"/>
            </w:pPr>
            <w:r>
              <w:rPr>
                <w:sz w:val="19"/>
              </w:rPr>
              <w:t>—</w:t>
            </w:r>
          </w:p>
        </w:tc>
      </w:tr>
    </w:tbl>
    <w:p w:rsidR="002D16FE" w:rsidRDefault="002D16FE"/>
    <w:sectPr w:rsidR="002D16FE" w:rsidSect="00034616">
      <w:footerReference w:type="default" r:id="rId100"/>
      <w:pgSz w:w="12240" w:h="15840"/>
      <w:pgMar w:top="1037" w:right="1181" w:bottom="1008" w:left="1181" w:header="504" w:footer="50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1F9C" w:rsidRDefault="00241F9C">
      <w:pPr>
        <w:spacing w:after="0" w:line="240" w:lineRule="auto"/>
      </w:pPr>
      <w:r>
        <w:separator/>
      </w:r>
    </w:p>
  </w:endnote>
  <w:endnote w:type="continuationSeparator" w:id="0">
    <w:p w:rsidR="00241F9C" w:rsidRDefault="00241F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7202" w:rsidRDefault="004A7202">
    <w:pPr>
      <w:pStyle w:val="a6"/>
      <w:jc w:val="center"/>
    </w:pPr>
    <w:r>
      <w:rPr>
        <w:sz w:val="18"/>
      </w:rPr>
      <w:fldChar w:fldCharType="begin"/>
    </w:r>
    <w:r>
      <w:rPr>
        <w:sz w:val="18"/>
      </w:rPr>
      <w:instrText>PAGE</w:instrText>
    </w:r>
    <w:r>
      <w:rPr>
        <w:sz w:val="18"/>
      </w:rPr>
      <w:fldChar w:fldCharType="separate"/>
    </w:r>
    <w:r w:rsidR="00960746">
      <w:rPr>
        <w:noProof/>
        <w:sz w:val="18"/>
      </w:rPr>
      <w:t>146</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1F9C" w:rsidRDefault="00241F9C">
      <w:pPr>
        <w:spacing w:after="0" w:line="240" w:lineRule="auto"/>
      </w:pPr>
      <w:r>
        <w:separator/>
      </w:r>
    </w:p>
  </w:footnote>
  <w:footnote w:type="continuationSeparator" w:id="0">
    <w:p w:rsidR="00241F9C" w:rsidRDefault="00241F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0F8A"/>
    <w:rsid w:val="00034616"/>
    <w:rsid w:val="00044CEF"/>
    <w:rsid w:val="0006063C"/>
    <w:rsid w:val="00113E2B"/>
    <w:rsid w:val="0015074B"/>
    <w:rsid w:val="001C7E1C"/>
    <w:rsid w:val="00225E35"/>
    <w:rsid w:val="00241B8A"/>
    <w:rsid w:val="00241F9C"/>
    <w:rsid w:val="0029639D"/>
    <w:rsid w:val="002C5ED7"/>
    <w:rsid w:val="002D16FE"/>
    <w:rsid w:val="00326F90"/>
    <w:rsid w:val="00336A74"/>
    <w:rsid w:val="00357A1A"/>
    <w:rsid w:val="0038096E"/>
    <w:rsid w:val="004A7202"/>
    <w:rsid w:val="004C0A43"/>
    <w:rsid w:val="004F67A5"/>
    <w:rsid w:val="00530F48"/>
    <w:rsid w:val="00534630"/>
    <w:rsid w:val="00535782"/>
    <w:rsid w:val="00544B89"/>
    <w:rsid w:val="00611EBB"/>
    <w:rsid w:val="00653CD0"/>
    <w:rsid w:val="006546AC"/>
    <w:rsid w:val="00685A71"/>
    <w:rsid w:val="00694D26"/>
    <w:rsid w:val="006B2E7D"/>
    <w:rsid w:val="006E17BA"/>
    <w:rsid w:val="00744E94"/>
    <w:rsid w:val="00775BDA"/>
    <w:rsid w:val="00786599"/>
    <w:rsid w:val="007A56E8"/>
    <w:rsid w:val="008D1C6D"/>
    <w:rsid w:val="008F476A"/>
    <w:rsid w:val="00913ACE"/>
    <w:rsid w:val="00960746"/>
    <w:rsid w:val="00A0617E"/>
    <w:rsid w:val="00A83C3E"/>
    <w:rsid w:val="00AA1D8D"/>
    <w:rsid w:val="00AD0579"/>
    <w:rsid w:val="00AD4D0F"/>
    <w:rsid w:val="00B377AE"/>
    <w:rsid w:val="00B47730"/>
    <w:rsid w:val="00C47D9A"/>
    <w:rsid w:val="00C60F62"/>
    <w:rsid w:val="00C82241"/>
    <w:rsid w:val="00CB0664"/>
    <w:rsid w:val="00CD633C"/>
    <w:rsid w:val="00D0014D"/>
    <w:rsid w:val="00D56BAC"/>
    <w:rsid w:val="00D77ECA"/>
    <w:rsid w:val="00D879F4"/>
    <w:rsid w:val="00DD15AE"/>
    <w:rsid w:val="00DD5D61"/>
    <w:rsid w:val="00E412BE"/>
    <w:rsid w:val="00ED2A9C"/>
    <w:rsid w:val="00EF50A9"/>
    <w:rsid w:val="00F822ED"/>
    <w:rsid w:val="00FB09B1"/>
    <w:rsid w:val="00FC3A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B73F09E-7EBA-4002-AEC0-B1D805FD7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pPr>
      <w:spacing w:after="80" w:line="300" w:lineRule="auto"/>
    </w:pPr>
    <w:rPr>
      <w:rFonts w:ascii="微软雅黑" w:eastAsia="微软雅黑" w:hAnsi="微软雅黑"/>
      <w:color w:val="000000"/>
      <w:sz w:val="21"/>
    </w:rPr>
  </w:style>
  <w:style w:type="paragraph" w:styleId="1">
    <w:name w:val="heading 1"/>
    <w:basedOn w:val="a1"/>
    <w:next w:val="a1"/>
    <w:link w:val="1Char"/>
    <w:uiPriority w:val="9"/>
    <w:qFormat/>
    <w:rsid w:val="00FC693F"/>
    <w:pPr>
      <w:keepNext/>
      <w:keepLines/>
      <w:pageBreakBefore/>
      <w:spacing w:before="320" w:after="160"/>
      <w:outlineLvl w:val="0"/>
    </w:pPr>
    <w:rPr>
      <w:rFonts w:asciiTheme="majorHAnsi" w:eastAsiaTheme="majorEastAsia" w:hAnsiTheme="majorHAnsi" w:cstheme="majorBidi"/>
      <w:b/>
      <w:bCs/>
      <w:sz w:val="36"/>
      <w:szCs w:val="28"/>
    </w:rPr>
  </w:style>
  <w:style w:type="paragraph" w:styleId="21">
    <w:name w:val="heading 2"/>
    <w:basedOn w:val="a1"/>
    <w:next w:val="a1"/>
    <w:link w:val="2Char"/>
    <w:uiPriority w:val="9"/>
    <w:unhideWhenUsed/>
    <w:qFormat/>
    <w:rsid w:val="00FC693F"/>
    <w:pPr>
      <w:keepNext/>
      <w:keepLines/>
      <w:spacing w:before="260" w:after="120"/>
      <w:outlineLvl w:val="1"/>
    </w:pPr>
    <w:rPr>
      <w:rFonts w:asciiTheme="majorHAnsi" w:eastAsiaTheme="majorEastAsia" w:hAnsiTheme="majorHAnsi" w:cstheme="majorBidi"/>
      <w:b/>
      <w:bCs/>
      <w:sz w:val="30"/>
      <w:szCs w:val="26"/>
    </w:rPr>
  </w:style>
  <w:style w:type="paragraph" w:styleId="31">
    <w:name w:val="heading 3"/>
    <w:basedOn w:val="a1"/>
    <w:next w:val="a1"/>
    <w:link w:val="3Char"/>
    <w:uiPriority w:val="9"/>
    <w:unhideWhenUsed/>
    <w:qFormat/>
    <w:rsid w:val="00FC693F"/>
    <w:pPr>
      <w:keepNext/>
      <w:keepLines/>
      <w:spacing w:before="200"/>
      <w:outlineLvl w:val="2"/>
    </w:pPr>
    <w:rPr>
      <w:rFonts w:asciiTheme="majorHAnsi" w:eastAsiaTheme="majorEastAsia" w:hAnsiTheme="majorHAnsi" w:cstheme="majorBidi"/>
      <w:b/>
      <w:bCs/>
      <w:sz w:val="25"/>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页眉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页脚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标题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标题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标题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400" w:line="240" w:lineRule="auto"/>
      <w:contextualSpacing/>
    </w:pPr>
    <w:rPr>
      <w:rFonts w:asciiTheme="majorHAnsi" w:eastAsiaTheme="majorEastAsia" w:hAnsiTheme="majorHAnsi" w:cstheme="majorBidi"/>
      <w:b/>
      <w:spacing w:val="5"/>
      <w:kern w:val="28"/>
      <w:sz w:val="48"/>
      <w:szCs w:val="52"/>
    </w:rPr>
  </w:style>
  <w:style w:type="character" w:customStyle="1" w:styleId="Char1">
    <w:name w:val="标题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副标题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正文文本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正文文本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正文文本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宏文本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引用 Char"/>
    <w:basedOn w:val="a2"/>
    <w:link w:val="af"/>
    <w:uiPriority w:val="29"/>
    <w:rsid w:val="00FC693F"/>
    <w:rPr>
      <w:i/>
      <w:iCs/>
      <w:color w:val="000000" w:themeColor="text1"/>
    </w:rPr>
  </w:style>
  <w:style w:type="character" w:customStyle="1" w:styleId="4Char">
    <w:name w:val="标题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标题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标题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标题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标题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标题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明显引用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image" Target="media/image88.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96" Type="http://schemas.openxmlformats.org/officeDocument/2006/relationships/image" Target="media/image8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png"/><Relationship Id="rId99" Type="http://schemas.openxmlformats.org/officeDocument/2006/relationships/image" Target="media/image92.pn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image" Target="media/image90.png"/><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 Id="rId100"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image" Target="media/image9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258BA8-5D32-4127-A1E3-339A59285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147</Pages>
  <Words>3232</Words>
  <Characters>18423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21612</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F33-DVT可靠性测试报告</dc:title>
  <dc:subject>F33蓝牙音箱DVT可靠性测试</dc:subject>
  <dc:creator>东莞市金文华数码科技有限公司</dc:creator>
  <cp:keywords>F33,DVT,可靠性测试</cp:keywords>
  <dc:description>generated by python-docx</dc:description>
  <cp:lastModifiedBy>邵佳敏</cp:lastModifiedBy>
  <cp:revision>45</cp:revision>
  <dcterms:created xsi:type="dcterms:W3CDTF">2013-12-23T23:15:00Z</dcterms:created>
  <dcterms:modified xsi:type="dcterms:W3CDTF">2026-10-13T02:37:00Z</dcterms:modified>
  <cp:category/>
</cp:coreProperties>
</file>