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6E48" w:rsidRPr="00732E43" w:rsidRDefault="00A16A70">
      <w:pPr>
        <w:pStyle w:val="a8"/>
        <w:jc w:val="center"/>
        <w:rPr>
          <w:rFonts w:ascii="仿宋" w:eastAsia="仿宋" w:hAnsi="仿宋"/>
          <w:lang w:eastAsia="zh-CN"/>
        </w:rPr>
      </w:pPr>
      <w:r w:rsidRPr="00732E43">
        <w:rPr>
          <w:rFonts w:ascii="仿宋" w:eastAsia="仿宋" w:hAnsi="仿宋"/>
          <w:lang w:eastAsia="zh-CN"/>
        </w:rPr>
        <w:t>N7/N7A-DVT Reliability Test Report</w:t>
      </w:r>
    </w:p>
    <w:p w:rsidR="00396E48" w:rsidRPr="00732E43" w:rsidRDefault="00A16A70">
      <w:pPr>
        <w:spacing w:after="480"/>
        <w:jc w:val="center"/>
        <w:rPr>
          <w:rFonts w:ascii="仿宋" w:eastAsia="仿宋" w:hAnsi="仿宋"/>
          <w:lang w:eastAsia="zh-CN"/>
        </w:rPr>
      </w:pPr>
      <w:r w:rsidRPr="00732E43">
        <w:rPr>
          <w:rFonts w:ascii="仿宋" w:eastAsia="仿宋" w:hAnsi="仿宋"/>
          <w:b/>
          <w:sz w:val="26"/>
          <w:lang w:eastAsia="zh-CN"/>
        </w:rPr>
        <w:t>Dongguan Jinwenhua Digital Technology Co., Ltd.</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trPr>
          <w:tblHeader/>
          <w:jc w:val="center"/>
        </w:trPr>
        <w:tc>
          <w:tcPr>
            <w:tcW w:w="2232"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trPr>
          <w:jc w:val="center"/>
        </w:trPr>
        <w:tc>
          <w:tcPr>
            <w:tcW w:w="2232"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Company Name</w:t>
            </w:r>
          </w:p>
        </w:tc>
        <w:tc>
          <w:tcPr>
            <w:tcW w:w="7416" w:type="dxa"/>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lang w:eastAsia="zh-CN"/>
              </w:rPr>
            </w:pPr>
            <w:r w:rsidRPr="00732E43">
              <w:rPr>
                <w:rFonts w:ascii="仿宋" w:eastAsia="仿宋" w:hAnsi="仿宋"/>
                <w:sz w:val="19"/>
                <w:lang w:eastAsia="zh-CN"/>
              </w:rPr>
              <w:t>Dongguan Jinwenhua Digital Technology Co., Ltd.</w:t>
            </w:r>
          </w:p>
        </w:tc>
      </w:tr>
      <w:tr w:rsidR="00396E48" w:rsidRPr="00732E43">
        <w:trPr>
          <w:jc w:val="center"/>
        </w:trPr>
        <w:tc>
          <w:tcPr>
            <w:tcW w:w="2232" w:type="dxa"/>
            <w:shd w:val="clear" w:color="auto" w:fill="EAF2F8"/>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Report Title</w:t>
            </w:r>
          </w:p>
        </w:tc>
        <w:tc>
          <w:tcPr>
            <w:tcW w:w="7416" w:type="dxa"/>
            <w:shd w:val="clear" w:color="auto" w:fill="EAF2F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Product Reliability Test Report</w:t>
            </w:r>
          </w:p>
        </w:tc>
      </w:tr>
      <w:tr w:rsidR="00396E48" w:rsidRPr="00732E43">
        <w:trPr>
          <w:jc w:val="center"/>
        </w:trPr>
        <w:tc>
          <w:tcPr>
            <w:tcW w:w="2232"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trPr>
          <w:jc w:val="center"/>
        </w:trPr>
        <w:tc>
          <w:tcPr>
            <w:tcW w:w="2232" w:type="dxa"/>
            <w:shd w:val="clear" w:color="auto" w:fill="EAF2F8"/>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Period</w:t>
            </w:r>
          </w:p>
        </w:tc>
        <w:tc>
          <w:tcPr>
            <w:tcW w:w="7416" w:type="dxa"/>
            <w:shd w:val="clear" w:color="auto" w:fill="EAF2F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 to 2025.12.24</w:t>
            </w:r>
          </w:p>
        </w:tc>
      </w:tr>
      <w:tr w:rsidR="00396E48" w:rsidRPr="00732E43">
        <w:trPr>
          <w:jc w:val="center"/>
        </w:trPr>
        <w:tc>
          <w:tcPr>
            <w:tcW w:w="2232"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spacing w:before="200" w:line="324" w:lineRule="auto"/>
        <w:rPr>
          <w:rFonts w:ascii="仿宋" w:eastAsia="仿宋" w:hAnsi="仿宋"/>
          <w:lang w:eastAsia="zh-CN"/>
        </w:rPr>
      </w:pPr>
      <w:r w:rsidRPr="00732E43">
        <w:rPr>
          <w:rFonts w:ascii="仿宋" w:eastAsia="仿宋" w:hAnsi="仿宋"/>
          <w:sz w:val="22"/>
          <w:lang w:eastAsia="zh-CN"/>
        </w:rPr>
        <w:t>This report records environmental reliability, mechanical reliability, EMC and electrical performance tests for the N7/N7A Bluetooth speaker at the DVT stage. Conditions, methods, test records, procedures and results are presented by test item in separate sections.</w:t>
      </w:r>
    </w:p>
    <w:p w:rsidR="00396E48" w:rsidRPr="00732E43" w:rsidRDefault="00A16A70">
      <w:pPr>
        <w:pStyle w:val="1"/>
        <w:rPr>
          <w:rFonts w:ascii="仿宋" w:eastAsia="仿宋" w:hAnsi="仿宋"/>
          <w:lang w:eastAsia="zh-CN"/>
        </w:rPr>
      </w:pPr>
      <w:r w:rsidRPr="00732E43">
        <w:rPr>
          <w:rFonts w:ascii="仿宋" w:eastAsia="仿宋" w:hAnsi="仿宋"/>
          <w:lang w:eastAsia="zh-CN"/>
        </w:rPr>
        <w:lastRenderedPageBreak/>
        <w:t>1. Environmental Reliability</w:t>
      </w:r>
    </w:p>
    <w:p w:rsidR="00396E48" w:rsidRPr="00732E43" w:rsidRDefault="00A16A70">
      <w:pPr>
        <w:pStyle w:val="21"/>
        <w:rPr>
          <w:rFonts w:ascii="仿宋" w:eastAsia="仿宋" w:hAnsi="仿宋"/>
          <w:lang w:eastAsia="zh-CN"/>
        </w:rPr>
      </w:pPr>
      <w:r w:rsidRPr="00732E43">
        <w:rPr>
          <w:rFonts w:ascii="仿宋" w:eastAsia="仿宋" w:hAnsi="仿宋"/>
          <w:lang w:eastAsia="zh-CN"/>
        </w:rPr>
        <w:t xml:space="preserve">1.1. Unpackaged </w:t>
      </w:r>
      <w:r w:rsidR="00AA4432" w:rsidRPr="00AA4432">
        <w:rPr>
          <w:rFonts w:ascii="仿宋" w:eastAsia="仿宋" w:hAnsi="仿宋" w:hint="eastAsia"/>
          <w:lang w:eastAsia="zh-CN"/>
        </w:rPr>
        <w:t>Unit Low-Temperature Storage Test</w:t>
      </w:r>
    </w:p>
    <w:p w:rsidR="00396E48" w:rsidRPr="00732E43" w:rsidRDefault="00A16A70">
      <w:pPr>
        <w:pStyle w:val="31"/>
        <w:rPr>
          <w:rFonts w:ascii="仿宋" w:eastAsia="仿宋" w:hAnsi="仿宋"/>
          <w:lang w:eastAsia="zh-CN"/>
        </w:rPr>
      </w:pPr>
      <w:r w:rsidRPr="00732E43">
        <w:rPr>
          <w:rFonts w:ascii="仿宋" w:eastAsia="仿宋" w:hAnsi="仿宋"/>
          <w:lang w:eastAsia="zh-CN"/>
        </w:rPr>
        <w:t>1.1.1.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Environmental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lang w:eastAsia="zh-CN"/>
              </w:rPr>
            </w:pPr>
            <w:r w:rsidRPr="00732E43">
              <w:rPr>
                <w:rFonts w:ascii="仿宋" w:eastAsia="仿宋" w:hAnsi="仿宋"/>
                <w:sz w:val="19"/>
                <w:lang w:eastAsia="zh-CN"/>
              </w:rPr>
              <w:t>Unpackaged Unit Low-Temperature Storage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rsidP="00E406B0">
            <w:pPr>
              <w:spacing w:after="0" w:line="259" w:lineRule="auto"/>
              <w:jc w:val="center"/>
              <w:rPr>
                <w:rFonts w:ascii="仿宋" w:eastAsia="仿宋" w:hAnsi="仿宋"/>
              </w:rPr>
            </w:pPr>
            <w:r w:rsidRPr="00732E43">
              <w:rPr>
                <w:rFonts w:ascii="仿宋" w:eastAsia="仿宋" w:hAnsi="仿宋"/>
                <w:sz w:val="19"/>
              </w:rPr>
              <w:t xml:space="preserve">Test </w:t>
            </w:r>
            <w:r w:rsidR="00E406B0">
              <w:rPr>
                <w:rFonts w:ascii="仿宋" w:eastAsia="仿宋" w:hAnsi="仿宋"/>
                <w:sz w:val="19"/>
              </w:rPr>
              <w:t>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2025.4.27</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1.1.2.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Check that the speaker passes visual and functional inspections before testing.</w:t>
      </w:r>
    </w:p>
    <w:p w:rsidR="00396E48" w:rsidRPr="00732E43" w:rsidRDefault="00A16A70">
      <w:pPr>
        <w:rPr>
          <w:rFonts w:ascii="仿宋" w:eastAsia="仿宋" w:hAnsi="仿宋"/>
          <w:lang w:eastAsia="zh-CN"/>
        </w:rPr>
      </w:pPr>
      <w:r w:rsidRPr="00732E43">
        <w:rPr>
          <w:rFonts w:ascii="仿宋" w:eastAsia="仿宋" w:hAnsi="仿宋"/>
          <w:lang w:eastAsia="zh-CN"/>
        </w:rPr>
        <w:t>2) Place the product that has passed visual and functional inspections in an environmental test chamber for 48H of storage.</w:t>
      </w:r>
    </w:p>
    <w:p w:rsidR="00396E48" w:rsidRPr="00732E43" w:rsidRDefault="00A16A70">
      <w:pPr>
        <w:rPr>
          <w:rFonts w:ascii="仿宋" w:eastAsia="仿宋" w:hAnsi="仿宋"/>
          <w:lang w:eastAsia="zh-CN"/>
        </w:rPr>
      </w:pPr>
      <w:r w:rsidRPr="00732E43">
        <w:rPr>
          <w:rFonts w:ascii="仿宋" w:eastAsia="仿宋" w:hAnsi="仿宋"/>
          <w:lang w:eastAsia="zh-CN"/>
        </w:rPr>
        <w:t>3) Operating temperature: set the low temperature to -20℃, 0%RH, with a running time of 48 hours.</w:t>
      </w:r>
    </w:p>
    <w:p w:rsidR="00396E48" w:rsidRPr="00732E43" w:rsidRDefault="00A16A70">
      <w:pPr>
        <w:rPr>
          <w:rFonts w:ascii="仿宋" w:eastAsia="仿宋" w:hAnsi="仿宋"/>
          <w:lang w:eastAsia="zh-CN"/>
        </w:rPr>
      </w:pPr>
      <w:r w:rsidRPr="00732E43">
        <w:rPr>
          <w:rFonts w:ascii="仿宋" w:eastAsia="仿宋" w:hAnsi="仿宋"/>
          <w:lang w:eastAsia="zh-CN"/>
        </w:rPr>
        <w:t>4) After the low-temperature storage test, remove the test samples and leave them at room temperature for 2 hours before inspecting appearance and functions.</w:t>
      </w:r>
    </w:p>
    <w:p w:rsidR="00396E48" w:rsidRPr="00732E43" w:rsidRDefault="00A16A70">
      <w:pPr>
        <w:pStyle w:val="31"/>
        <w:rPr>
          <w:rFonts w:ascii="仿宋" w:eastAsia="仿宋" w:hAnsi="仿宋"/>
          <w:lang w:eastAsia="zh-CN"/>
        </w:rPr>
      </w:pPr>
      <w:r w:rsidRPr="00732E43">
        <w:rPr>
          <w:rFonts w:ascii="仿宋" w:eastAsia="仿宋" w:hAnsi="仿宋"/>
          <w:lang w:eastAsia="zh-CN"/>
        </w:rPr>
        <w:t>1.1.3.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From 20:00 on April 25 to 20:00 on April 27: after 48 hours of low-temperature testing, remove the samples and leave them at room temperature for 2 hours, then inspect appearance and functions.</w:t>
      </w:r>
    </w:p>
    <w:p w:rsidR="00396E48" w:rsidRPr="00732E43" w:rsidRDefault="00A16A70">
      <w:pPr>
        <w:rPr>
          <w:rFonts w:ascii="仿宋" w:eastAsia="仿宋" w:hAnsi="仿宋"/>
          <w:lang w:eastAsia="zh-CN"/>
        </w:rPr>
      </w:pPr>
      <w:r w:rsidRPr="00732E43">
        <w:rPr>
          <w:rFonts w:ascii="仿宋" w:eastAsia="仿宋" w:hAnsi="仿宋"/>
          <w:lang w:eastAsia="zh-CN"/>
        </w:rPr>
        <w:t>2) Appearance inspection: no deformation, color difference, surface scorching or adhesive separation is considered a pass.</w:t>
      </w:r>
    </w:p>
    <w:p w:rsidR="00396E48" w:rsidRPr="00732E43" w:rsidRDefault="00A16A70">
      <w:pPr>
        <w:rPr>
          <w:rFonts w:ascii="仿宋" w:eastAsia="仿宋" w:hAnsi="仿宋"/>
          <w:lang w:eastAsia="zh-CN"/>
        </w:rPr>
      </w:pPr>
      <w:r w:rsidRPr="00732E43">
        <w:rPr>
          <w:rFonts w:ascii="仿宋" w:eastAsia="仿宋" w:hAnsi="仿宋"/>
          <w:lang w:eastAsia="zh-CN"/>
        </w:rPr>
        <w:t>3) Basic product functions show no abnormalities. Considered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1.1.4. Equipment and Tools</w:t>
      </w:r>
    </w:p>
    <w:p w:rsidR="00396E48" w:rsidRPr="00732E43" w:rsidRDefault="00A16A70">
      <w:pPr>
        <w:rPr>
          <w:rFonts w:ascii="仿宋" w:eastAsia="仿宋" w:hAnsi="仿宋"/>
          <w:lang w:eastAsia="zh-CN"/>
        </w:rPr>
      </w:pPr>
      <w:r w:rsidRPr="00732E43">
        <w:rPr>
          <w:rFonts w:ascii="仿宋" w:eastAsia="仿宋" w:hAnsi="仿宋"/>
          <w:lang w:eastAsia="zh-CN"/>
        </w:rPr>
        <w:t>1) Test samples*3pcs</w:t>
      </w:r>
    </w:p>
    <w:p w:rsidR="00396E48" w:rsidRPr="00732E43" w:rsidRDefault="00A16A70">
      <w:pPr>
        <w:rPr>
          <w:rFonts w:ascii="仿宋" w:eastAsia="仿宋" w:hAnsi="仿宋"/>
          <w:lang w:eastAsia="zh-CN"/>
        </w:rPr>
      </w:pPr>
      <w:r w:rsidRPr="00732E43">
        <w:rPr>
          <w:rFonts w:ascii="仿宋" w:eastAsia="仿宋" w:hAnsi="仿宋"/>
          <w:lang w:eastAsia="zh-CN"/>
        </w:rPr>
        <w:t>2) High/low-temperature test chamber</w:t>
      </w:r>
    </w:p>
    <w:p w:rsidR="00396E48" w:rsidRPr="00732E43" w:rsidRDefault="00A16A70">
      <w:pPr>
        <w:pStyle w:val="31"/>
        <w:rPr>
          <w:rFonts w:ascii="仿宋" w:eastAsia="仿宋" w:hAnsi="仿宋"/>
          <w:lang w:eastAsia="zh-CN"/>
        </w:rPr>
      </w:pPr>
      <w:r w:rsidRPr="00732E43">
        <w:rPr>
          <w:rFonts w:ascii="仿宋" w:eastAsia="仿宋" w:hAnsi="仿宋"/>
          <w:lang w:eastAsia="zh-CN"/>
        </w:rPr>
        <w:t>1.1.5. Test Procedure</w:t>
      </w:r>
    </w:p>
    <w:p w:rsidR="00396E48" w:rsidRPr="00732E43" w:rsidRDefault="00A16A70">
      <w:pPr>
        <w:rPr>
          <w:rFonts w:ascii="仿宋" w:eastAsia="仿宋" w:hAnsi="仿宋"/>
          <w:lang w:eastAsia="zh-CN"/>
        </w:rPr>
      </w:pPr>
      <w:r w:rsidRPr="00732E43">
        <w:rPr>
          <w:rFonts w:ascii="仿宋" w:eastAsia="仿宋" w:hAnsi="仿宋"/>
          <w:lang w:eastAsia="zh-CN"/>
        </w:rPr>
        <w:t>1) Place the product in the high/low-temperature chamber.</w:t>
      </w:r>
    </w:p>
    <w:p w:rsidR="00396E48" w:rsidRPr="00732E43" w:rsidRDefault="00A16A70">
      <w:pPr>
        <w:rPr>
          <w:rFonts w:ascii="仿宋" w:eastAsia="仿宋" w:hAnsi="仿宋"/>
          <w:lang w:eastAsia="zh-CN"/>
        </w:rPr>
      </w:pPr>
      <w:r w:rsidRPr="00732E43">
        <w:rPr>
          <w:rFonts w:ascii="仿宋" w:eastAsia="仿宋" w:hAnsi="仿宋"/>
          <w:lang w:eastAsia="zh-CN"/>
        </w:rPr>
        <w:t>2) Turn on the switch, set the parameters and select Run to start.</w:t>
      </w:r>
    </w:p>
    <w:p w:rsidR="00396E48" w:rsidRPr="00732E43" w:rsidRDefault="00A16A70">
      <w:pPr>
        <w:rPr>
          <w:rFonts w:ascii="仿宋" w:eastAsia="仿宋" w:hAnsi="仿宋"/>
          <w:lang w:eastAsia="zh-CN"/>
        </w:rPr>
      </w:pPr>
      <w:r w:rsidRPr="00732E43">
        <w:rPr>
          <w:rFonts w:ascii="仿宋" w:eastAsia="仿宋" w:hAnsi="仿宋"/>
          <w:lang w:eastAsia="zh-CN"/>
        </w:rPr>
        <w:lastRenderedPageBreak/>
        <w:t>3) Current temperature during low-temperature testing: -19.99℃; humidity</w:t>
      </w:r>
    </w:p>
    <w:p w:rsidR="00396E48" w:rsidRPr="00732E43" w:rsidRDefault="00A16A70">
      <w:pPr>
        <w:rPr>
          <w:rFonts w:ascii="仿宋" w:eastAsia="仿宋" w:hAnsi="仿宋"/>
          <w:lang w:eastAsia="zh-CN"/>
        </w:rPr>
      </w:pPr>
      <w:r w:rsidRPr="00732E43">
        <w:rPr>
          <w:rFonts w:ascii="仿宋" w:eastAsia="仿宋" w:hAnsi="仿宋"/>
          <w:lang w:eastAsia="zh-CN"/>
        </w:rPr>
        <w:t>4) Remove the product and check that the tested functions operate normally.</w:t>
      </w:r>
    </w:p>
    <w:p w:rsidR="00396E48" w:rsidRPr="00732E43" w:rsidRDefault="00A16A70">
      <w:pPr>
        <w:pStyle w:val="31"/>
        <w:rPr>
          <w:rFonts w:ascii="仿宋" w:eastAsia="仿宋" w:hAnsi="仿宋"/>
          <w:lang w:eastAsia="zh-CN"/>
        </w:rPr>
      </w:pPr>
      <w:r w:rsidRPr="00732E43">
        <w:rPr>
          <w:rFonts w:ascii="仿宋" w:eastAsia="仿宋" w:hAnsi="仿宋"/>
          <w:lang w:eastAsia="zh-CN"/>
        </w:rPr>
        <w:t>1.1.6. Test Results</w:t>
      </w:r>
    </w:p>
    <w:p w:rsidR="00396E48" w:rsidRPr="00732E43" w:rsidRDefault="00A16A70">
      <w:pPr>
        <w:rPr>
          <w:rFonts w:ascii="仿宋" w:eastAsia="仿宋" w:hAnsi="仿宋"/>
          <w:lang w:eastAsia="zh-CN"/>
        </w:rPr>
      </w:pPr>
      <w:r w:rsidRPr="00732E43">
        <w:rPr>
          <w:rFonts w:ascii="仿宋" w:eastAsia="仿宋" w:hAnsi="仿宋"/>
          <w:lang w:eastAsia="zh-CN"/>
        </w:rPr>
        <w:t>After 48 hours in the high/low-temperature test, remove the product and check that its functions operate normally. Appearance: no deformation, color difference, surface scorching or adhesive separation. Considered a pass.</w:t>
      </w:r>
    </w:p>
    <w:p w:rsidR="00396E48" w:rsidRPr="00732E43" w:rsidRDefault="00A16A70">
      <w:pPr>
        <w:pStyle w:val="31"/>
        <w:rPr>
          <w:rFonts w:ascii="仿宋" w:eastAsia="仿宋" w:hAnsi="仿宋"/>
        </w:rPr>
      </w:pPr>
      <w:r w:rsidRPr="00732E43">
        <w:rPr>
          <w:rFonts w:ascii="仿宋" w:eastAsia="仿宋" w:hAnsi="仿宋"/>
        </w:rPr>
        <w:t>1.1.7.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320540"/>
            <wp:effectExtent l="0" t="0" r="0" b="0"/>
            <wp:docPr id="1" name="Picture 1" descr="图 1.1-1 低温贮存试验实验图片" title="图 1.1-1 低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1_image_02.png"/>
                    <pic:cNvPicPr/>
                  </pic:nvPicPr>
                  <pic:blipFill>
                    <a:blip r:embed="rId8"/>
                    <a:stretch>
                      <a:fillRect/>
                    </a:stretch>
                  </pic:blipFill>
                  <pic:spPr>
                    <a:xfrm>
                      <a:off x="0" y="0"/>
                      <a:ext cx="5760720" cy="432054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1.1-1 Low-Temperature Storage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2941024"/>
            <wp:effectExtent l="0" t="0" r="0" b="0"/>
            <wp:docPr id="2" name="Picture 2" descr="图 1.1-2 低温贮存试验实验图片" title="图 1.1-2 低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1_image_03.png"/>
                    <pic:cNvPicPr/>
                  </pic:nvPicPr>
                  <pic:blipFill>
                    <a:blip r:embed="rId9"/>
                    <a:stretch>
                      <a:fillRect/>
                    </a:stretch>
                  </pic:blipFill>
                  <pic:spPr>
                    <a:xfrm>
                      <a:off x="0" y="0"/>
                      <a:ext cx="5760720" cy="2941024"/>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1.1-2 Low-Temperature Storage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995811"/>
            <wp:effectExtent l="0" t="0" r="0" b="0"/>
            <wp:docPr id="3" name="Picture 3" descr="图 1.1-3 低温贮存试验实验图片" title="图 1.1-3 低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1_image_04.png"/>
                    <pic:cNvPicPr/>
                  </pic:nvPicPr>
                  <pic:blipFill>
                    <a:blip r:embed="rId10"/>
                    <a:stretch>
                      <a:fillRect/>
                    </a:stretch>
                  </pic:blipFill>
                  <pic:spPr>
                    <a:xfrm>
                      <a:off x="0" y="0"/>
                      <a:ext cx="5760720" cy="4995811"/>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1.1-3 Low-Temperature Storage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786162"/>
            <wp:effectExtent l="0" t="0" r="0" b="0"/>
            <wp:docPr id="4" name="Picture 4" descr="图 1.1-4 低温贮存试验实验图片" title="图 1.1-4 低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1_image_05.png"/>
                    <pic:cNvPicPr/>
                  </pic:nvPicPr>
                  <pic:blipFill>
                    <a:blip r:embed="rId11"/>
                    <a:stretch>
                      <a:fillRect/>
                    </a:stretch>
                  </pic:blipFill>
                  <pic:spPr>
                    <a:xfrm>
                      <a:off x="0" y="0"/>
                      <a:ext cx="5760720" cy="4786162"/>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1.1-4 Low-Temperature Storage Test Photograph</w:t>
      </w:r>
    </w:p>
    <w:p w:rsidR="00396E48" w:rsidRPr="00732E43" w:rsidRDefault="00A16A70">
      <w:pPr>
        <w:pStyle w:val="31"/>
        <w:rPr>
          <w:rFonts w:ascii="仿宋" w:eastAsia="仿宋" w:hAnsi="仿宋"/>
        </w:rPr>
      </w:pPr>
      <w:r w:rsidRPr="00732E43">
        <w:rPr>
          <w:rFonts w:ascii="仿宋" w:eastAsia="仿宋" w:hAnsi="仿宋"/>
        </w:rPr>
        <w:t>1.1.8.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2025.4.27</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2025.4.27</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lang w:eastAsia="zh-CN"/>
        </w:rPr>
      </w:pPr>
      <w:r w:rsidRPr="00732E43">
        <w:rPr>
          <w:rFonts w:ascii="仿宋" w:eastAsia="仿宋" w:hAnsi="仿宋"/>
          <w:lang w:eastAsia="zh-CN"/>
        </w:rPr>
        <w:lastRenderedPageBreak/>
        <w:t xml:space="preserve">1.2. Unpackaged </w:t>
      </w:r>
      <w:r w:rsidR="00AA4432" w:rsidRPr="00AA4432">
        <w:rPr>
          <w:rFonts w:ascii="仿宋" w:eastAsia="仿宋" w:hAnsi="仿宋" w:hint="eastAsia"/>
        </w:rPr>
        <w:t>Unit Low-Temperature Operating Test</w:t>
      </w:r>
    </w:p>
    <w:p w:rsidR="00396E48" w:rsidRPr="00732E43" w:rsidRDefault="00A16A70">
      <w:pPr>
        <w:pStyle w:val="31"/>
        <w:rPr>
          <w:rFonts w:ascii="仿宋" w:eastAsia="仿宋" w:hAnsi="仿宋"/>
        </w:rPr>
      </w:pPr>
      <w:r w:rsidRPr="00732E43">
        <w:rPr>
          <w:rFonts w:ascii="仿宋" w:eastAsia="仿宋" w:hAnsi="仿宋"/>
        </w:rPr>
        <w:t>1.2.1.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Environmental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lang w:eastAsia="zh-CN"/>
              </w:rPr>
            </w:pPr>
            <w:r w:rsidRPr="00732E43">
              <w:rPr>
                <w:rFonts w:ascii="仿宋" w:eastAsia="仿宋" w:hAnsi="仿宋"/>
                <w:sz w:val="19"/>
                <w:lang w:eastAsia="zh-CN"/>
              </w:rPr>
              <w:t>Unpackaged Unit Low-Temperature Operating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2025.4.27</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2025.4.27</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2025.4.28</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1.2.2.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Check that the speaker passes visual and functional inspections before testing.</w:t>
      </w:r>
    </w:p>
    <w:p w:rsidR="00396E48" w:rsidRPr="00732E43" w:rsidRDefault="00A16A70">
      <w:pPr>
        <w:rPr>
          <w:rFonts w:ascii="仿宋" w:eastAsia="仿宋" w:hAnsi="仿宋"/>
          <w:lang w:eastAsia="zh-CN"/>
        </w:rPr>
      </w:pPr>
      <w:r w:rsidRPr="00732E43">
        <w:rPr>
          <w:rFonts w:ascii="仿宋" w:eastAsia="仿宋" w:hAnsi="仿宋"/>
          <w:lang w:eastAsia="zh-CN"/>
        </w:rPr>
        <w:t>2) Place the product that has passed visual and functional inspections in an environmental test chamber for 24H of storage.</w:t>
      </w:r>
    </w:p>
    <w:p w:rsidR="00396E48" w:rsidRPr="00732E43" w:rsidRDefault="00A16A70">
      <w:pPr>
        <w:rPr>
          <w:rFonts w:ascii="仿宋" w:eastAsia="仿宋" w:hAnsi="仿宋"/>
          <w:lang w:eastAsia="zh-CN"/>
        </w:rPr>
      </w:pPr>
      <w:r w:rsidRPr="00732E43">
        <w:rPr>
          <w:rFonts w:ascii="仿宋" w:eastAsia="仿宋" w:hAnsi="仿宋"/>
          <w:lang w:eastAsia="zh-CN"/>
        </w:rPr>
        <w:t>3) Operating temperature: set the low temperature to -20℃, 00%RH, with a running time of 24 hours.</w:t>
      </w:r>
    </w:p>
    <w:p w:rsidR="00396E48" w:rsidRPr="00732E43" w:rsidRDefault="00A16A70">
      <w:pPr>
        <w:rPr>
          <w:rFonts w:ascii="仿宋" w:eastAsia="仿宋" w:hAnsi="仿宋"/>
          <w:lang w:eastAsia="zh-CN"/>
        </w:rPr>
      </w:pPr>
      <w:r w:rsidRPr="00732E43">
        <w:rPr>
          <w:rFonts w:ascii="仿宋" w:eastAsia="仿宋" w:hAnsi="仿宋"/>
          <w:lang w:eastAsia="zh-CN"/>
        </w:rPr>
        <w:t>4) After the low-temperature operating test, remove the samples and leave them at room temperature for 2 hours before inspecting appearance and functions.</w:t>
      </w:r>
    </w:p>
    <w:p w:rsidR="00396E48" w:rsidRPr="00732E43" w:rsidRDefault="00A16A70">
      <w:pPr>
        <w:pStyle w:val="31"/>
        <w:rPr>
          <w:rFonts w:ascii="仿宋" w:eastAsia="仿宋" w:hAnsi="仿宋"/>
          <w:lang w:eastAsia="zh-CN"/>
        </w:rPr>
      </w:pPr>
      <w:r w:rsidRPr="00732E43">
        <w:rPr>
          <w:rFonts w:ascii="仿宋" w:eastAsia="仿宋" w:hAnsi="仿宋"/>
          <w:lang w:eastAsia="zh-CN"/>
        </w:rPr>
        <w:t>1.2.3.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From 10:00 on April 27 to 10:00 on April 28: after 24 hours of low-temperature testing, remove the samples and leave them at room temperature for 2 hours, then inspect appearance and functions.</w:t>
      </w:r>
    </w:p>
    <w:p w:rsidR="00396E48" w:rsidRPr="00732E43" w:rsidRDefault="00A16A70">
      <w:pPr>
        <w:rPr>
          <w:rFonts w:ascii="仿宋" w:eastAsia="仿宋" w:hAnsi="仿宋"/>
          <w:lang w:eastAsia="zh-CN"/>
        </w:rPr>
      </w:pPr>
      <w:r w:rsidRPr="00732E43">
        <w:rPr>
          <w:rFonts w:ascii="仿宋" w:eastAsia="仿宋" w:hAnsi="仿宋"/>
          <w:lang w:eastAsia="zh-CN"/>
        </w:rPr>
        <w:t>2) Appearance inspection: no deformation, color difference, surface scorching or adhesive separation is considered a pass.</w:t>
      </w:r>
    </w:p>
    <w:p w:rsidR="00396E48" w:rsidRPr="00732E43" w:rsidRDefault="00A16A70">
      <w:pPr>
        <w:rPr>
          <w:rFonts w:ascii="仿宋" w:eastAsia="仿宋" w:hAnsi="仿宋"/>
          <w:lang w:eastAsia="zh-CN"/>
        </w:rPr>
      </w:pPr>
      <w:r w:rsidRPr="00732E43">
        <w:rPr>
          <w:rFonts w:ascii="仿宋" w:eastAsia="仿宋" w:hAnsi="仿宋"/>
          <w:lang w:eastAsia="zh-CN"/>
        </w:rPr>
        <w:t>3) Basic product functions show no abnormalities. Considered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1.2.4. Equipment and Tools</w:t>
      </w:r>
    </w:p>
    <w:p w:rsidR="00396E48" w:rsidRPr="00732E43" w:rsidRDefault="00A16A70">
      <w:pPr>
        <w:rPr>
          <w:rFonts w:ascii="仿宋" w:eastAsia="仿宋" w:hAnsi="仿宋"/>
          <w:lang w:eastAsia="zh-CN"/>
        </w:rPr>
      </w:pPr>
      <w:r w:rsidRPr="00732E43">
        <w:rPr>
          <w:rFonts w:ascii="仿宋" w:eastAsia="仿宋" w:hAnsi="仿宋"/>
          <w:lang w:eastAsia="zh-CN"/>
        </w:rPr>
        <w:t>1) Test samples*3pcs</w:t>
      </w:r>
    </w:p>
    <w:p w:rsidR="00396E48" w:rsidRPr="00732E43" w:rsidRDefault="00A16A70">
      <w:pPr>
        <w:rPr>
          <w:rFonts w:ascii="仿宋" w:eastAsia="仿宋" w:hAnsi="仿宋"/>
          <w:lang w:eastAsia="zh-CN"/>
        </w:rPr>
      </w:pPr>
      <w:r w:rsidRPr="00732E43">
        <w:rPr>
          <w:rFonts w:ascii="仿宋" w:eastAsia="仿宋" w:hAnsi="仿宋"/>
          <w:lang w:eastAsia="zh-CN"/>
        </w:rPr>
        <w:t>2) High/low-temperature test chamber</w:t>
      </w:r>
    </w:p>
    <w:p w:rsidR="00396E48" w:rsidRPr="00732E43" w:rsidRDefault="00A16A70">
      <w:pPr>
        <w:pStyle w:val="31"/>
        <w:rPr>
          <w:rFonts w:ascii="仿宋" w:eastAsia="仿宋" w:hAnsi="仿宋"/>
          <w:lang w:eastAsia="zh-CN"/>
        </w:rPr>
      </w:pPr>
      <w:r w:rsidRPr="00732E43">
        <w:rPr>
          <w:rFonts w:ascii="仿宋" w:eastAsia="仿宋" w:hAnsi="仿宋"/>
          <w:lang w:eastAsia="zh-CN"/>
        </w:rPr>
        <w:t>1.2.5. Test Procedure</w:t>
      </w:r>
    </w:p>
    <w:p w:rsidR="00396E48" w:rsidRPr="00732E43" w:rsidRDefault="00A16A70">
      <w:pPr>
        <w:rPr>
          <w:rFonts w:ascii="仿宋" w:eastAsia="仿宋" w:hAnsi="仿宋"/>
          <w:lang w:eastAsia="zh-CN"/>
        </w:rPr>
      </w:pPr>
      <w:r w:rsidRPr="00732E43">
        <w:rPr>
          <w:rFonts w:ascii="仿宋" w:eastAsia="仿宋" w:hAnsi="仿宋"/>
          <w:lang w:eastAsia="zh-CN"/>
        </w:rPr>
        <w:t>1) Place the product in the high/low-temperature chamber, connect the charging cable and switch it on. Connect a phone and play at 60% volume.</w:t>
      </w:r>
    </w:p>
    <w:p w:rsidR="00396E48" w:rsidRPr="00732E43" w:rsidRDefault="00A16A70">
      <w:pPr>
        <w:rPr>
          <w:rFonts w:ascii="仿宋" w:eastAsia="仿宋" w:hAnsi="仿宋"/>
          <w:lang w:eastAsia="zh-CN"/>
        </w:rPr>
      </w:pPr>
      <w:r w:rsidRPr="00732E43">
        <w:rPr>
          <w:rFonts w:ascii="仿宋" w:eastAsia="仿宋" w:hAnsi="仿宋"/>
          <w:lang w:eastAsia="zh-CN"/>
        </w:rPr>
        <w:t>2) Turn on the switch, set the parameters and select Run to start.</w:t>
      </w:r>
    </w:p>
    <w:p w:rsidR="00396E48" w:rsidRPr="00732E43" w:rsidRDefault="00A16A70">
      <w:pPr>
        <w:rPr>
          <w:rFonts w:ascii="仿宋" w:eastAsia="仿宋" w:hAnsi="仿宋"/>
          <w:lang w:eastAsia="zh-CN"/>
        </w:rPr>
      </w:pPr>
      <w:r w:rsidRPr="00732E43">
        <w:rPr>
          <w:rFonts w:ascii="仿宋" w:eastAsia="仿宋" w:hAnsi="仿宋"/>
          <w:lang w:eastAsia="zh-CN"/>
        </w:rPr>
        <w:t>3) Current temperature during low-temperature testing: -19.99℃; humidity</w:t>
      </w:r>
    </w:p>
    <w:p w:rsidR="00396E48" w:rsidRPr="00732E43" w:rsidRDefault="00A16A70">
      <w:pPr>
        <w:rPr>
          <w:rFonts w:ascii="仿宋" w:eastAsia="仿宋" w:hAnsi="仿宋"/>
          <w:lang w:eastAsia="zh-CN"/>
        </w:rPr>
      </w:pPr>
      <w:r w:rsidRPr="00732E43">
        <w:rPr>
          <w:rFonts w:ascii="仿宋" w:eastAsia="仿宋" w:hAnsi="仿宋"/>
          <w:lang w:eastAsia="zh-CN"/>
        </w:rPr>
        <w:t>4) Remove the product and check that the tested functions operate normally.</w:t>
      </w:r>
    </w:p>
    <w:p w:rsidR="00396E48" w:rsidRPr="00732E43" w:rsidRDefault="00A16A70">
      <w:pPr>
        <w:pStyle w:val="31"/>
        <w:rPr>
          <w:rFonts w:ascii="仿宋" w:eastAsia="仿宋" w:hAnsi="仿宋"/>
          <w:lang w:eastAsia="zh-CN"/>
        </w:rPr>
      </w:pPr>
      <w:r w:rsidRPr="00732E43">
        <w:rPr>
          <w:rFonts w:ascii="仿宋" w:eastAsia="仿宋" w:hAnsi="仿宋"/>
          <w:lang w:eastAsia="zh-CN"/>
        </w:rPr>
        <w:lastRenderedPageBreak/>
        <w:t>1.2.6. Test Results</w:t>
      </w:r>
    </w:p>
    <w:p w:rsidR="00396E48" w:rsidRPr="00732E43" w:rsidRDefault="00A16A70">
      <w:pPr>
        <w:rPr>
          <w:rFonts w:ascii="仿宋" w:eastAsia="仿宋" w:hAnsi="仿宋"/>
          <w:lang w:eastAsia="zh-CN"/>
        </w:rPr>
      </w:pPr>
      <w:r w:rsidRPr="00732E43">
        <w:rPr>
          <w:rFonts w:ascii="仿宋" w:eastAsia="仿宋" w:hAnsi="仿宋"/>
          <w:lang w:eastAsia="zh-CN"/>
        </w:rPr>
        <w:t>After 24 hours of low-temperature testing, remove the product and check that its functions operate normally. Appearance: no deformation, color difference or surface scorching. Considered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1.2.7.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3950065" cy="5577840"/>
            <wp:effectExtent l="0" t="0" r="0" b="0"/>
            <wp:docPr id="5" name="Picture 5" descr="图 1.2-1 低温运行试验实验图片" title="图 1.2-1 低温运行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2.png"/>
                    <pic:cNvPicPr/>
                  </pic:nvPicPr>
                  <pic:blipFill>
                    <a:blip r:embed="rId12"/>
                    <a:stretch>
                      <a:fillRect/>
                    </a:stretch>
                  </pic:blipFill>
                  <pic:spPr>
                    <a:xfrm>
                      <a:off x="0" y="0"/>
                      <a:ext cx="3950065" cy="557784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1.2-1 Low-Temperature Operating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3005334"/>
            <wp:effectExtent l="0" t="0" r="0" b="0"/>
            <wp:docPr id="6" name="Picture 6" descr="图 1.2-2 低温运行试验实验图片" title="图 1.2-2 低温运行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3.png"/>
                    <pic:cNvPicPr/>
                  </pic:nvPicPr>
                  <pic:blipFill>
                    <a:blip r:embed="rId13"/>
                    <a:stretch>
                      <a:fillRect/>
                    </a:stretch>
                  </pic:blipFill>
                  <pic:spPr>
                    <a:xfrm>
                      <a:off x="0" y="0"/>
                      <a:ext cx="5760720" cy="3005334"/>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1.2-2 Low-Temperature Operating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899233"/>
            <wp:effectExtent l="0" t="0" r="0" b="0"/>
            <wp:docPr id="7" name="Picture 7" descr="图 1.2-3 低温运行试验实验图片" title="图 1.2-3 低温运行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4.png"/>
                    <pic:cNvPicPr/>
                  </pic:nvPicPr>
                  <pic:blipFill>
                    <a:blip r:embed="rId14"/>
                    <a:stretch>
                      <a:fillRect/>
                    </a:stretch>
                  </pic:blipFill>
                  <pic:spPr>
                    <a:xfrm>
                      <a:off x="0" y="0"/>
                      <a:ext cx="5760720" cy="4899233"/>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1.2-3 Low-Temperature Operating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423306"/>
            <wp:effectExtent l="0" t="0" r="0" b="0"/>
            <wp:docPr id="8" name="Picture 8" descr="图 1.2-4 低温运行试验实验图片" title="图 1.2-4 低温运行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5.png"/>
                    <pic:cNvPicPr/>
                  </pic:nvPicPr>
                  <pic:blipFill>
                    <a:blip r:embed="rId15"/>
                    <a:stretch>
                      <a:fillRect/>
                    </a:stretch>
                  </pic:blipFill>
                  <pic:spPr>
                    <a:xfrm>
                      <a:off x="0" y="0"/>
                      <a:ext cx="5760720" cy="4423306"/>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1.2-4 Low-Temperature Operating Test Photograph</w:t>
      </w:r>
    </w:p>
    <w:p w:rsidR="00396E48" w:rsidRPr="00732E43" w:rsidRDefault="00A16A70">
      <w:pPr>
        <w:pStyle w:val="31"/>
        <w:rPr>
          <w:rFonts w:ascii="仿宋" w:eastAsia="仿宋" w:hAnsi="仿宋"/>
        </w:rPr>
      </w:pPr>
      <w:r w:rsidRPr="00732E43">
        <w:rPr>
          <w:rFonts w:ascii="仿宋" w:eastAsia="仿宋" w:hAnsi="仿宋"/>
        </w:rPr>
        <w:t>1.2.8.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2025.4.28</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2025.4.28</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lang w:eastAsia="zh-CN"/>
        </w:rPr>
      </w:pPr>
      <w:r w:rsidRPr="00732E43">
        <w:rPr>
          <w:rFonts w:ascii="仿宋" w:eastAsia="仿宋" w:hAnsi="仿宋"/>
          <w:lang w:eastAsia="zh-CN"/>
        </w:rPr>
        <w:lastRenderedPageBreak/>
        <w:t xml:space="preserve">1.3. Unpackaged </w:t>
      </w:r>
      <w:r w:rsidR="00FE2766" w:rsidRPr="00FE2766">
        <w:rPr>
          <w:rFonts w:ascii="仿宋" w:eastAsia="仿宋" w:hAnsi="仿宋" w:hint="eastAsia"/>
        </w:rPr>
        <w:t>Unit High-Temperature Storage Test</w:t>
      </w:r>
    </w:p>
    <w:p w:rsidR="00396E48" w:rsidRPr="00732E43" w:rsidRDefault="00A16A70">
      <w:pPr>
        <w:pStyle w:val="31"/>
        <w:rPr>
          <w:rFonts w:ascii="仿宋" w:eastAsia="仿宋" w:hAnsi="仿宋"/>
        </w:rPr>
      </w:pPr>
      <w:r w:rsidRPr="00732E43">
        <w:rPr>
          <w:rFonts w:ascii="仿宋" w:eastAsia="仿宋" w:hAnsi="仿宋"/>
        </w:rPr>
        <w:t>1.3.1.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Environmental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lang w:eastAsia="zh-CN"/>
              </w:rPr>
            </w:pPr>
            <w:r w:rsidRPr="00732E43">
              <w:rPr>
                <w:rFonts w:ascii="仿宋" w:eastAsia="仿宋" w:hAnsi="仿宋"/>
                <w:sz w:val="19"/>
                <w:lang w:eastAsia="zh-CN"/>
              </w:rPr>
              <w:t>Unpackaged Unit High-Temperature Storage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2025.4.28</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2025.4.28</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2025.4.30</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1.3.2.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Check that the speaker passes visual and functional inspections before testing.</w:t>
      </w:r>
    </w:p>
    <w:p w:rsidR="00396E48" w:rsidRPr="00732E43" w:rsidRDefault="00A16A70">
      <w:pPr>
        <w:rPr>
          <w:rFonts w:ascii="仿宋" w:eastAsia="仿宋" w:hAnsi="仿宋"/>
          <w:lang w:eastAsia="zh-CN"/>
        </w:rPr>
      </w:pPr>
      <w:r w:rsidRPr="00732E43">
        <w:rPr>
          <w:rFonts w:ascii="仿宋" w:eastAsia="仿宋" w:hAnsi="仿宋"/>
          <w:lang w:eastAsia="zh-CN"/>
        </w:rPr>
        <w:t>2) Place the product that has passed visual and functional inspections in an environmental test chamber for 48H of storage.</w:t>
      </w:r>
    </w:p>
    <w:p w:rsidR="00396E48" w:rsidRPr="00732E43" w:rsidRDefault="00A16A70">
      <w:pPr>
        <w:rPr>
          <w:rFonts w:ascii="仿宋" w:eastAsia="仿宋" w:hAnsi="仿宋"/>
          <w:lang w:eastAsia="zh-CN"/>
        </w:rPr>
      </w:pPr>
      <w:r w:rsidRPr="00732E43">
        <w:rPr>
          <w:rFonts w:ascii="仿宋" w:eastAsia="仿宋" w:hAnsi="仿宋"/>
          <w:lang w:eastAsia="zh-CN"/>
        </w:rPr>
        <w:t>3) Operating temperature: set the low temperature to 60℃, 85%RH, with a running time of 48 hours.</w:t>
      </w:r>
    </w:p>
    <w:p w:rsidR="00396E48" w:rsidRPr="00732E43" w:rsidRDefault="00A16A70">
      <w:pPr>
        <w:rPr>
          <w:rFonts w:ascii="仿宋" w:eastAsia="仿宋" w:hAnsi="仿宋"/>
          <w:lang w:eastAsia="zh-CN"/>
        </w:rPr>
      </w:pPr>
      <w:r w:rsidRPr="00732E43">
        <w:rPr>
          <w:rFonts w:ascii="仿宋" w:eastAsia="仿宋" w:hAnsi="仿宋"/>
          <w:lang w:eastAsia="zh-CN"/>
        </w:rPr>
        <w:t>4) After the low-temperature operating test, remove the samples and leave them at room temperature for 2 hours before inspecting appearance and functions.</w:t>
      </w:r>
    </w:p>
    <w:p w:rsidR="00396E48" w:rsidRPr="00732E43" w:rsidRDefault="00A16A70">
      <w:pPr>
        <w:pStyle w:val="31"/>
        <w:rPr>
          <w:rFonts w:ascii="仿宋" w:eastAsia="仿宋" w:hAnsi="仿宋"/>
          <w:lang w:eastAsia="zh-CN"/>
        </w:rPr>
      </w:pPr>
      <w:r w:rsidRPr="00732E43">
        <w:rPr>
          <w:rFonts w:ascii="仿宋" w:eastAsia="仿宋" w:hAnsi="仿宋"/>
          <w:lang w:eastAsia="zh-CN"/>
        </w:rPr>
        <w:t>1.3.3.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From 11:00 on April 28 to 11:00 on April 30: after 48 hours of high-temperature testing, remove the samples and leave them at room temperature for 2 hours, then inspect appearance and functions.</w:t>
      </w:r>
    </w:p>
    <w:p w:rsidR="00396E48" w:rsidRPr="00732E43" w:rsidRDefault="00A16A70">
      <w:pPr>
        <w:rPr>
          <w:rFonts w:ascii="仿宋" w:eastAsia="仿宋" w:hAnsi="仿宋"/>
          <w:lang w:eastAsia="zh-CN"/>
        </w:rPr>
      </w:pPr>
      <w:r w:rsidRPr="00732E43">
        <w:rPr>
          <w:rFonts w:ascii="仿宋" w:eastAsia="仿宋" w:hAnsi="仿宋"/>
          <w:lang w:eastAsia="zh-CN"/>
        </w:rPr>
        <w:t>2) Appearance inspection: no deformation, color difference, surface scorching or adhesive separation is considered a pass.</w:t>
      </w:r>
    </w:p>
    <w:p w:rsidR="00396E48" w:rsidRPr="00732E43" w:rsidRDefault="00A16A70">
      <w:pPr>
        <w:rPr>
          <w:rFonts w:ascii="仿宋" w:eastAsia="仿宋" w:hAnsi="仿宋"/>
          <w:lang w:eastAsia="zh-CN"/>
        </w:rPr>
      </w:pPr>
      <w:r w:rsidRPr="00732E43">
        <w:rPr>
          <w:rFonts w:ascii="仿宋" w:eastAsia="仿宋" w:hAnsi="仿宋"/>
          <w:lang w:eastAsia="zh-CN"/>
        </w:rPr>
        <w:t>3) Basic product functions show no streaking, defects or other abnormalities. Considered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1.3.4. Equipment and Tools</w:t>
      </w:r>
    </w:p>
    <w:p w:rsidR="00396E48" w:rsidRPr="00732E43" w:rsidRDefault="00A16A70">
      <w:pPr>
        <w:rPr>
          <w:rFonts w:ascii="仿宋" w:eastAsia="仿宋" w:hAnsi="仿宋"/>
          <w:lang w:eastAsia="zh-CN"/>
        </w:rPr>
      </w:pPr>
      <w:r w:rsidRPr="00732E43">
        <w:rPr>
          <w:rFonts w:ascii="仿宋" w:eastAsia="仿宋" w:hAnsi="仿宋"/>
          <w:lang w:eastAsia="zh-CN"/>
        </w:rPr>
        <w:t>1) Test samples*2pcs</w:t>
      </w:r>
    </w:p>
    <w:p w:rsidR="00396E48" w:rsidRPr="00732E43" w:rsidRDefault="00A16A70">
      <w:pPr>
        <w:rPr>
          <w:rFonts w:ascii="仿宋" w:eastAsia="仿宋" w:hAnsi="仿宋"/>
          <w:lang w:eastAsia="zh-CN"/>
        </w:rPr>
      </w:pPr>
      <w:r w:rsidRPr="00732E43">
        <w:rPr>
          <w:rFonts w:ascii="仿宋" w:eastAsia="仿宋" w:hAnsi="仿宋"/>
          <w:lang w:eastAsia="zh-CN"/>
        </w:rPr>
        <w:t>2) High/low-temperature test chamber</w:t>
      </w:r>
    </w:p>
    <w:p w:rsidR="00396E48" w:rsidRPr="00732E43" w:rsidRDefault="00A16A70">
      <w:pPr>
        <w:pStyle w:val="31"/>
        <w:rPr>
          <w:rFonts w:ascii="仿宋" w:eastAsia="仿宋" w:hAnsi="仿宋"/>
          <w:lang w:eastAsia="zh-CN"/>
        </w:rPr>
      </w:pPr>
      <w:r w:rsidRPr="00732E43">
        <w:rPr>
          <w:rFonts w:ascii="仿宋" w:eastAsia="仿宋" w:hAnsi="仿宋"/>
          <w:lang w:eastAsia="zh-CN"/>
        </w:rPr>
        <w:t>1.3.5. Test Procedure</w:t>
      </w:r>
    </w:p>
    <w:p w:rsidR="00396E48" w:rsidRPr="00732E43" w:rsidRDefault="00A16A70">
      <w:pPr>
        <w:rPr>
          <w:rFonts w:ascii="仿宋" w:eastAsia="仿宋" w:hAnsi="仿宋"/>
          <w:lang w:eastAsia="zh-CN"/>
        </w:rPr>
      </w:pPr>
      <w:r w:rsidRPr="00732E43">
        <w:rPr>
          <w:rFonts w:ascii="仿宋" w:eastAsia="仿宋" w:hAnsi="仿宋"/>
          <w:lang w:eastAsia="zh-CN"/>
        </w:rPr>
        <w:t>1) Place the product in the high/low-temperature chamber.</w:t>
      </w:r>
    </w:p>
    <w:p w:rsidR="00396E48" w:rsidRPr="00732E43" w:rsidRDefault="00A16A70">
      <w:pPr>
        <w:rPr>
          <w:rFonts w:ascii="仿宋" w:eastAsia="仿宋" w:hAnsi="仿宋"/>
          <w:lang w:eastAsia="zh-CN"/>
        </w:rPr>
      </w:pPr>
      <w:r w:rsidRPr="00732E43">
        <w:rPr>
          <w:rFonts w:ascii="仿宋" w:eastAsia="仿宋" w:hAnsi="仿宋"/>
          <w:lang w:eastAsia="zh-CN"/>
        </w:rPr>
        <w:t>2) Turn on the switch, set the parameters and select Run to start.</w:t>
      </w:r>
    </w:p>
    <w:p w:rsidR="00396E48" w:rsidRPr="00732E43" w:rsidRDefault="00A16A70">
      <w:pPr>
        <w:rPr>
          <w:rFonts w:ascii="仿宋" w:eastAsia="仿宋" w:hAnsi="仿宋"/>
          <w:lang w:eastAsia="zh-CN"/>
        </w:rPr>
      </w:pPr>
      <w:r w:rsidRPr="00732E43">
        <w:rPr>
          <w:rFonts w:ascii="仿宋" w:eastAsia="仿宋" w:hAnsi="仿宋"/>
          <w:lang w:eastAsia="zh-CN"/>
        </w:rPr>
        <w:t>3) Current temperature during high-temperature testing: 59.9℃; humidity: 98.1%</w:t>
      </w:r>
    </w:p>
    <w:p w:rsidR="00396E48" w:rsidRPr="00732E43" w:rsidRDefault="00A16A70">
      <w:pPr>
        <w:rPr>
          <w:rFonts w:ascii="仿宋" w:eastAsia="仿宋" w:hAnsi="仿宋"/>
          <w:lang w:eastAsia="zh-CN"/>
        </w:rPr>
      </w:pPr>
      <w:r w:rsidRPr="00732E43">
        <w:rPr>
          <w:rFonts w:ascii="仿宋" w:eastAsia="仿宋" w:hAnsi="仿宋"/>
          <w:lang w:eastAsia="zh-CN"/>
        </w:rPr>
        <w:t>4) Remove the product and check that the tested functions operate normally.</w:t>
      </w:r>
    </w:p>
    <w:p w:rsidR="00396E48" w:rsidRPr="00732E43" w:rsidRDefault="00A16A70">
      <w:pPr>
        <w:pStyle w:val="31"/>
        <w:rPr>
          <w:rFonts w:ascii="仿宋" w:eastAsia="仿宋" w:hAnsi="仿宋"/>
          <w:lang w:eastAsia="zh-CN"/>
        </w:rPr>
      </w:pPr>
      <w:r w:rsidRPr="00732E43">
        <w:rPr>
          <w:rFonts w:ascii="仿宋" w:eastAsia="仿宋" w:hAnsi="仿宋"/>
          <w:lang w:eastAsia="zh-CN"/>
        </w:rPr>
        <w:lastRenderedPageBreak/>
        <w:t>1.3.6. Test Results</w:t>
      </w:r>
    </w:p>
    <w:p w:rsidR="00396E48" w:rsidRPr="00732E43" w:rsidRDefault="00A16A70">
      <w:pPr>
        <w:rPr>
          <w:rFonts w:ascii="仿宋" w:eastAsia="仿宋" w:hAnsi="仿宋"/>
          <w:lang w:eastAsia="zh-CN"/>
        </w:rPr>
      </w:pPr>
      <w:r w:rsidRPr="00732E43">
        <w:rPr>
          <w:rFonts w:ascii="仿宋" w:eastAsia="仿宋" w:hAnsi="仿宋"/>
          <w:lang w:eastAsia="zh-CN"/>
        </w:rPr>
        <w:t>After 48 hours of high/low-temperature testing, remove the product and check that its functions operate normally, with no defects. Appearance: no deformation, color difference, surface scorching or adhesive separation. Considered a pass.</w:t>
      </w:r>
    </w:p>
    <w:p w:rsidR="00396E48" w:rsidRPr="00732E43" w:rsidRDefault="00A16A70">
      <w:pPr>
        <w:pStyle w:val="31"/>
        <w:rPr>
          <w:rFonts w:ascii="仿宋" w:eastAsia="仿宋" w:hAnsi="仿宋"/>
        </w:rPr>
      </w:pPr>
      <w:r w:rsidRPr="00732E43">
        <w:rPr>
          <w:rFonts w:ascii="仿宋" w:eastAsia="仿宋" w:hAnsi="仿宋"/>
        </w:rPr>
        <w:t>1.3.7.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3950065" cy="5577840"/>
            <wp:effectExtent l="0" t="0" r="0" b="0"/>
            <wp:docPr id="9" name="Picture 9" descr="图 1.3-1 高温贮存试验实验图片" title="图 1.3-1 高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2.png"/>
                    <pic:cNvPicPr/>
                  </pic:nvPicPr>
                  <pic:blipFill>
                    <a:blip r:embed="rId12"/>
                    <a:stretch>
                      <a:fillRect/>
                    </a:stretch>
                  </pic:blipFill>
                  <pic:spPr>
                    <a:xfrm>
                      <a:off x="0" y="0"/>
                      <a:ext cx="3950065" cy="557784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1.3-1 High-Temperature Storage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2948939"/>
            <wp:effectExtent l="0" t="0" r="0" b="0"/>
            <wp:docPr id="10" name="Picture 10" descr="图 1.3-2 高温贮存试验实验图片" title="图 1.3-2 高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3_image_03.png"/>
                    <pic:cNvPicPr/>
                  </pic:nvPicPr>
                  <pic:blipFill>
                    <a:blip r:embed="rId16"/>
                    <a:stretch>
                      <a:fillRect/>
                    </a:stretch>
                  </pic:blipFill>
                  <pic:spPr>
                    <a:xfrm>
                      <a:off x="0" y="0"/>
                      <a:ext cx="5760720" cy="2948939"/>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1.3-2 High-Temperature Storage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995811"/>
            <wp:effectExtent l="0" t="0" r="0" b="0"/>
            <wp:docPr id="11" name="Picture 11" descr="图 1.3-3 高温贮存试验实验图片" title="图 1.3-3 高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1_image_04.png"/>
                    <pic:cNvPicPr/>
                  </pic:nvPicPr>
                  <pic:blipFill>
                    <a:blip r:embed="rId10"/>
                    <a:stretch>
                      <a:fillRect/>
                    </a:stretch>
                  </pic:blipFill>
                  <pic:spPr>
                    <a:xfrm>
                      <a:off x="0" y="0"/>
                      <a:ext cx="5760720" cy="4995811"/>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1.3-3 High-Temperature Storage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672858"/>
            <wp:effectExtent l="0" t="0" r="0" b="0"/>
            <wp:docPr id="12" name="Picture 12" descr="图 1.3-4 高温贮存试验实验图片" title="图 1.3-4 高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3_image_05.png"/>
                    <pic:cNvPicPr/>
                  </pic:nvPicPr>
                  <pic:blipFill>
                    <a:blip r:embed="rId17"/>
                    <a:stretch>
                      <a:fillRect/>
                    </a:stretch>
                  </pic:blipFill>
                  <pic:spPr>
                    <a:xfrm>
                      <a:off x="0" y="0"/>
                      <a:ext cx="5760720" cy="4672858"/>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1.3-4 High-Temperature Storage Test Photograph</w:t>
      </w:r>
    </w:p>
    <w:p w:rsidR="00396E48" w:rsidRPr="00732E43" w:rsidRDefault="00A16A70">
      <w:pPr>
        <w:pStyle w:val="31"/>
        <w:rPr>
          <w:rFonts w:ascii="仿宋" w:eastAsia="仿宋" w:hAnsi="仿宋"/>
        </w:rPr>
      </w:pPr>
      <w:r w:rsidRPr="00732E43">
        <w:rPr>
          <w:rFonts w:ascii="仿宋" w:eastAsia="仿宋" w:hAnsi="仿宋"/>
        </w:rPr>
        <w:t>1.3.8.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2025.4.30</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2025.4.30</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lang w:eastAsia="zh-CN"/>
        </w:rPr>
      </w:pPr>
      <w:r w:rsidRPr="00732E43">
        <w:rPr>
          <w:rFonts w:ascii="仿宋" w:eastAsia="仿宋" w:hAnsi="仿宋"/>
          <w:lang w:eastAsia="zh-CN"/>
        </w:rPr>
        <w:lastRenderedPageBreak/>
        <w:t xml:space="preserve">1.4. Unpackaged </w:t>
      </w:r>
      <w:r w:rsidR="00FE2766" w:rsidRPr="00FE2766">
        <w:rPr>
          <w:rFonts w:ascii="仿宋" w:eastAsia="仿宋" w:hAnsi="仿宋" w:hint="eastAsia"/>
          <w:lang w:eastAsia="zh-CN"/>
        </w:rPr>
        <w:t>Unit High-Temperature Operating Test</w:t>
      </w:r>
    </w:p>
    <w:p w:rsidR="00396E48" w:rsidRPr="00732E43" w:rsidRDefault="00A16A70">
      <w:pPr>
        <w:pStyle w:val="31"/>
        <w:rPr>
          <w:rFonts w:ascii="仿宋" w:eastAsia="仿宋" w:hAnsi="仿宋"/>
          <w:lang w:eastAsia="zh-CN"/>
        </w:rPr>
      </w:pPr>
      <w:r w:rsidRPr="00732E43">
        <w:rPr>
          <w:rFonts w:ascii="仿宋" w:eastAsia="仿宋" w:hAnsi="仿宋"/>
          <w:lang w:eastAsia="zh-CN"/>
        </w:rPr>
        <w:t>1.4.1.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Environmental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lang w:eastAsia="zh-CN"/>
              </w:rPr>
            </w:pPr>
            <w:r w:rsidRPr="00732E43">
              <w:rPr>
                <w:rFonts w:ascii="仿宋" w:eastAsia="仿宋" w:hAnsi="仿宋"/>
                <w:sz w:val="19"/>
                <w:lang w:eastAsia="zh-CN"/>
              </w:rPr>
              <w:t>Unpackaged Unit High-Temperature Operating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2025.4.30</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2025.4.30</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2025.5.1</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1.4.2.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Check that the speaker passes visual and functional inspections before testing.</w:t>
      </w:r>
    </w:p>
    <w:p w:rsidR="00396E48" w:rsidRPr="00732E43" w:rsidRDefault="00A16A70">
      <w:pPr>
        <w:rPr>
          <w:rFonts w:ascii="仿宋" w:eastAsia="仿宋" w:hAnsi="仿宋"/>
          <w:lang w:eastAsia="zh-CN"/>
        </w:rPr>
      </w:pPr>
      <w:r w:rsidRPr="00732E43">
        <w:rPr>
          <w:rFonts w:ascii="仿宋" w:eastAsia="仿宋" w:hAnsi="仿宋"/>
          <w:lang w:eastAsia="zh-CN"/>
        </w:rPr>
        <w:t>2) Place the product that has passed visual and functional inspections in an environmental test chamber for 24H of storage.</w:t>
      </w:r>
    </w:p>
    <w:p w:rsidR="00396E48" w:rsidRPr="00732E43" w:rsidRDefault="00A16A70">
      <w:pPr>
        <w:rPr>
          <w:rFonts w:ascii="仿宋" w:eastAsia="仿宋" w:hAnsi="仿宋"/>
          <w:lang w:eastAsia="zh-CN"/>
        </w:rPr>
      </w:pPr>
      <w:r w:rsidRPr="00732E43">
        <w:rPr>
          <w:rFonts w:ascii="仿宋" w:eastAsia="仿宋" w:hAnsi="仿宋"/>
          <w:lang w:eastAsia="zh-CN"/>
        </w:rPr>
        <w:t>3) Operating temperature: set the low temperature to 60℃, 85%RH, with a running time of 24 hours.</w:t>
      </w:r>
    </w:p>
    <w:p w:rsidR="00396E48" w:rsidRPr="00732E43" w:rsidRDefault="00A16A70">
      <w:pPr>
        <w:rPr>
          <w:rFonts w:ascii="仿宋" w:eastAsia="仿宋" w:hAnsi="仿宋"/>
          <w:lang w:eastAsia="zh-CN"/>
        </w:rPr>
      </w:pPr>
      <w:r w:rsidRPr="00732E43">
        <w:rPr>
          <w:rFonts w:ascii="仿宋" w:eastAsia="仿宋" w:hAnsi="仿宋"/>
          <w:lang w:eastAsia="zh-CN"/>
        </w:rPr>
        <w:t>4) After the high-temperature operating test, remove the samples and leave them at room temperature for 2 hours before inspecting appearance and functions.</w:t>
      </w:r>
    </w:p>
    <w:p w:rsidR="00396E48" w:rsidRPr="00732E43" w:rsidRDefault="00A16A70">
      <w:pPr>
        <w:pStyle w:val="31"/>
        <w:rPr>
          <w:rFonts w:ascii="仿宋" w:eastAsia="仿宋" w:hAnsi="仿宋"/>
          <w:lang w:eastAsia="zh-CN"/>
        </w:rPr>
      </w:pPr>
      <w:r w:rsidRPr="00732E43">
        <w:rPr>
          <w:rFonts w:ascii="仿宋" w:eastAsia="仿宋" w:hAnsi="仿宋"/>
          <w:lang w:eastAsia="zh-CN"/>
        </w:rPr>
        <w:t>1.4.3.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From 10:00 on April 30 to 10:00 on May 1: after 24 hours of low-temperature testing, remove the samples and leave them at room temperature for 2 hours, then inspect appearance and functions.</w:t>
      </w:r>
    </w:p>
    <w:p w:rsidR="00396E48" w:rsidRPr="00732E43" w:rsidRDefault="00A16A70">
      <w:pPr>
        <w:rPr>
          <w:rFonts w:ascii="仿宋" w:eastAsia="仿宋" w:hAnsi="仿宋"/>
          <w:lang w:eastAsia="zh-CN"/>
        </w:rPr>
      </w:pPr>
      <w:r w:rsidRPr="00732E43">
        <w:rPr>
          <w:rFonts w:ascii="仿宋" w:eastAsia="仿宋" w:hAnsi="仿宋"/>
          <w:lang w:eastAsia="zh-CN"/>
        </w:rPr>
        <w:t>2) Appearance inspection: no deformation, color difference, surface scorching or adhesive separation is considered a pass.</w:t>
      </w:r>
    </w:p>
    <w:p w:rsidR="00396E48" w:rsidRPr="00732E43" w:rsidRDefault="00A16A70">
      <w:pPr>
        <w:rPr>
          <w:rFonts w:ascii="仿宋" w:eastAsia="仿宋" w:hAnsi="仿宋"/>
          <w:lang w:eastAsia="zh-CN"/>
        </w:rPr>
      </w:pPr>
      <w:r w:rsidRPr="00732E43">
        <w:rPr>
          <w:rFonts w:ascii="仿宋" w:eastAsia="仿宋" w:hAnsi="仿宋"/>
          <w:lang w:eastAsia="zh-CN"/>
        </w:rPr>
        <w:t>3) Basic product functions show no streaking, defects or other abnormalities. Considered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1.4.4. Equipment and Tools</w:t>
      </w:r>
    </w:p>
    <w:p w:rsidR="00396E48" w:rsidRPr="00732E43" w:rsidRDefault="00A16A70">
      <w:pPr>
        <w:rPr>
          <w:rFonts w:ascii="仿宋" w:eastAsia="仿宋" w:hAnsi="仿宋"/>
          <w:lang w:eastAsia="zh-CN"/>
        </w:rPr>
      </w:pPr>
      <w:r w:rsidRPr="00732E43">
        <w:rPr>
          <w:rFonts w:ascii="仿宋" w:eastAsia="仿宋" w:hAnsi="仿宋"/>
          <w:lang w:eastAsia="zh-CN"/>
        </w:rPr>
        <w:t>1) Test samples*2pcs</w:t>
      </w:r>
    </w:p>
    <w:p w:rsidR="00396E48" w:rsidRPr="00732E43" w:rsidRDefault="00A16A70">
      <w:pPr>
        <w:rPr>
          <w:rFonts w:ascii="仿宋" w:eastAsia="仿宋" w:hAnsi="仿宋"/>
          <w:lang w:eastAsia="zh-CN"/>
        </w:rPr>
      </w:pPr>
      <w:r w:rsidRPr="00732E43">
        <w:rPr>
          <w:rFonts w:ascii="仿宋" w:eastAsia="仿宋" w:hAnsi="仿宋"/>
          <w:lang w:eastAsia="zh-CN"/>
        </w:rPr>
        <w:t>2) High/low-temperature test chamber</w:t>
      </w:r>
    </w:p>
    <w:p w:rsidR="00396E48" w:rsidRPr="00732E43" w:rsidRDefault="00A16A70">
      <w:pPr>
        <w:pStyle w:val="31"/>
        <w:rPr>
          <w:rFonts w:ascii="仿宋" w:eastAsia="仿宋" w:hAnsi="仿宋"/>
          <w:lang w:eastAsia="zh-CN"/>
        </w:rPr>
      </w:pPr>
      <w:r w:rsidRPr="00732E43">
        <w:rPr>
          <w:rFonts w:ascii="仿宋" w:eastAsia="仿宋" w:hAnsi="仿宋"/>
          <w:lang w:eastAsia="zh-CN"/>
        </w:rPr>
        <w:t>1.4.5. Test Procedure</w:t>
      </w:r>
    </w:p>
    <w:p w:rsidR="00396E48" w:rsidRPr="00732E43" w:rsidRDefault="00A16A70">
      <w:pPr>
        <w:rPr>
          <w:rFonts w:ascii="仿宋" w:eastAsia="仿宋" w:hAnsi="仿宋"/>
          <w:lang w:eastAsia="zh-CN"/>
        </w:rPr>
      </w:pPr>
      <w:r w:rsidRPr="00732E43">
        <w:rPr>
          <w:rFonts w:ascii="仿宋" w:eastAsia="仿宋" w:hAnsi="仿宋"/>
          <w:lang w:eastAsia="zh-CN"/>
        </w:rPr>
        <w:t>1) Place the product in the high/low-temperature chamber, connect the charging cable and switch it on. Connect a phone and play at 60% volume.</w:t>
      </w:r>
    </w:p>
    <w:p w:rsidR="00396E48" w:rsidRPr="00732E43" w:rsidRDefault="00A16A70">
      <w:pPr>
        <w:rPr>
          <w:rFonts w:ascii="仿宋" w:eastAsia="仿宋" w:hAnsi="仿宋"/>
          <w:lang w:eastAsia="zh-CN"/>
        </w:rPr>
      </w:pPr>
      <w:r w:rsidRPr="00732E43">
        <w:rPr>
          <w:rFonts w:ascii="仿宋" w:eastAsia="仿宋" w:hAnsi="仿宋"/>
          <w:lang w:eastAsia="zh-CN"/>
        </w:rPr>
        <w:t>2) Turn on the switch, set the parameters and select Run to start.</w:t>
      </w:r>
    </w:p>
    <w:p w:rsidR="00396E48" w:rsidRPr="00732E43" w:rsidRDefault="00A16A70">
      <w:pPr>
        <w:rPr>
          <w:rFonts w:ascii="仿宋" w:eastAsia="仿宋" w:hAnsi="仿宋"/>
          <w:lang w:eastAsia="zh-CN"/>
        </w:rPr>
      </w:pPr>
      <w:r w:rsidRPr="00732E43">
        <w:rPr>
          <w:rFonts w:ascii="仿宋" w:eastAsia="仿宋" w:hAnsi="仿宋"/>
          <w:lang w:eastAsia="zh-CN"/>
        </w:rPr>
        <w:t>3) Current temperature during high-temperature testing: 59.9℃; humidity: 98.1%</w:t>
      </w:r>
    </w:p>
    <w:p w:rsidR="00396E48" w:rsidRPr="00732E43" w:rsidRDefault="00A16A70">
      <w:pPr>
        <w:rPr>
          <w:rFonts w:ascii="仿宋" w:eastAsia="仿宋" w:hAnsi="仿宋"/>
          <w:lang w:eastAsia="zh-CN"/>
        </w:rPr>
      </w:pPr>
      <w:r w:rsidRPr="00732E43">
        <w:rPr>
          <w:rFonts w:ascii="仿宋" w:eastAsia="仿宋" w:hAnsi="仿宋"/>
          <w:lang w:eastAsia="zh-CN"/>
        </w:rPr>
        <w:t>4) Remove the product and check that the tested functions operate normally.</w:t>
      </w:r>
    </w:p>
    <w:p w:rsidR="00396E48" w:rsidRPr="00732E43" w:rsidRDefault="00A16A70">
      <w:pPr>
        <w:pStyle w:val="31"/>
        <w:rPr>
          <w:rFonts w:ascii="仿宋" w:eastAsia="仿宋" w:hAnsi="仿宋"/>
          <w:lang w:eastAsia="zh-CN"/>
        </w:rPr>
      </w:pPr>
      <w:r w:rsidRPr="00732E43">
        <w:rPr>
          <w:rFonts w:ascii="仿宋" w:eastAsia="仿宋" w:hAnsi="仿宋"/>
          <w:lang w:eastAsia="zh-CN"/>
        </w:rPr>
        <w:lastRenderedPageBreak/>
        <w:t>1.4.6. Test Results</w:t>
      </w:r>
    </w:p>
    <w:p w:rsidR="00396E48" w:rsidRPr="00732E43" w:rsidRDefault="00A16A70">
      <w:pPr>
        <w:rPr>
          <w:rFonts w:ascii="仿宋" w:eastAsia="仿宋" w:hAnsi="仿宋"/>
          <w:lang w:eastAsia="zh-CN"/>
        </w:rPr>
      </w:pPr>
      <w:r w:rsidRPr="00732E43">
        <w:rPr>
          <w:rFonts w:ascii="仿宋" w:eastAsia="仿宋" w:hAnsi="仿宋"/>
          <w:lang w:eastAsia="zh-CN"/>
        </w:rPr>
        <w:t>After 24 hours of high/low-temperature testing, remove the product and check that its functions operate normally, with no defects. Appearance: no deformation, color difference, surface scorching or adhesive separation. Considered a pass.</w:t>
      </w:r>
    </w:p>
    <w:p w:rsidR="00396E48" w:rsidRPr="00732E43" w:rsidRDefault="00A16A70">
      <w:pPr>
        <w:pStyle w:val="31"/>
        <w:rPr>
          <w:rFonts w:ascii="仿宋" w:eastAsia="仿宋" w:hAnsi="仿宋"/>
        </w:rPr>
      </w:pPr>
      <w:r w:rsidRPr="00732E43">
        <w:rPr>
          <w:rFonts w:ascii="仿宋" w:eastAsia="仿宋" w:hAnsi="仿宋"/>
        </w:rPr>
        <w:t>1.4.7.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3950065" cy="5577840"/>
            <wp:effectExtent l="0" t="0" r="0" b="0"/>
            <wp:docPr id="13" name="Picture 13" descr="图 1.4-1 高温运行试验（极限老化）实验图片" title="图 1.4-1 高温运行试验（极限老化）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2.png"/>
                    <pic:cNvPicPr/>
                  </pic:nvPicPr>
                  <pic:blipFill>
                    <a:blip r:embed="rId12"/>
                    <a:stretch>
                      <a:fillRect/>
                    </a:stretch>
                  </pic:blipFill>
                  <pic:spPr>
                    <a:xfrm>
                      <a:off x="0" y="0"/>
                      <a:ext cx="3950065" cy="557784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1.4-1 High-Temperature Operating Test (Extreme Burn-In)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2948939"/>
            <wp:effectExtent l="0" t="0" r="0" b="0"/>
            <wp:docPr id="14" name="Picture 14" descr="图 1.4-2 高温运行试验（极限老化）实验图片" title="图 1.4-2 高温运行试验（极限老化）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3_image_03.png"/>
                    <pic:cNvPicPr/>
                  </pic:nvPicPr>
                  <pic:blipFill>
                    <a:blip r:embed="rId16"/>
                    <a:stretch>
                      <a:fillRect/>
                    </a:stretch>
                  </pic:blipFill>
                  <pic:spPr>
                    <a:xfrm>
                      <a:off x="0" y="0"/>
                      <a:ext cx="5760720" cy="2948939"/>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1.4-2 High-Temperature Operating Test (Extreme Burn-In)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899233"/>
            <wp:effectExtent l="0" t="0" r="0" b="0"/>
            <wp:docPr id="15" name="Picture 15" descr="图 1.4-3 高温运行试验（极限老化）实验图片" title="图 1.4-3 高温运行试验（极限老化）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4.png"/>
                    <pic:cNvPicPr/>
                  </pic:nvPicPr>
                  <pic:blipFill>
                    <a:blip r:embed="rId14"/>
                    <a:stretch>
                      <a:fillRect/>
                    </a:stretch>
                  </pic:blipFill>
                  <pic:spPr>
                    <a:xfrm>
                      <a:off x="0" y="0"/>
                      <a:ext cx="5760720" cy="4899233"/>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1.4-3 High-Temperature Operating Test (Extreme Burn-In)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689816"/>
            <wp:effectExtent l="0" t="0" r="0" b="0"/>
            <wp:docPr id="16" name="Picture 16" descr="图 1.4-4 高温运行试验（极限老化）实验图片" title="图 1.4-4 高温运行试验（极限老化）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4_image_05.png"/>
                    <pic:cNvPicPr/>
                  </pic:nvPicPr>
                  <pic:blipFill>
                    <a:blip r:embed="rId18"/>
                    <a:stretch>
                      <a:fillRect/>
                    </a:stretch>
                  </pic:blipFill>
                  <pic:spPr>
                    <a:xfrm>
                      <a:off x="0" y="0"/>
                      <a:ext cx="5760720" cy="4689816"/>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1.4-4 High-Temperature Operating Test (Extreme Burn-In) Photograph</w:t>
      </w:r>
    </w:p>
    <w:p w:rsidR="00396E48" w:rsidRPr="00732E43" w:rsidRDefault="00A16A70">
      <w:pPr>
        <w:pStyle w:val="31"/>
        <w:rPr>
          <w:rFonts w:ascii="仿宋" w:eastAsia="仿宋" w:hAnsi="仿宋"/>
        </w:rPr>
      </w:pPr>
      <w:r w:rsidRPr="00732E43">
        <w:rPr>
          <w:rFonts w:ascii="仿宋" w:eastAsia="仿宋" w:hAnsi="仿宋"/>
        </w:rPr>
        <w:t>1.4.8.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2025.5.1</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2025.5.1</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lang w:eastAsia="zh-CN"/>
        </w:rPr>
      </w:pPr>
      <w:r w:rsidRPr="00732E43">
        <w:rPr>
          <w:rFonts w:ascii="仿宋" w:eastAsia="仿宋" w:hAnsi="仿宋"/>
          <w:lang w:eastAsia="zh-CN"/>
        </w:rPr>
        <w:lastRenderedPageBreak/>
        <w:t xml:space="preserve">1.5. Unpackaged </w:t>
      </w:r>
      <w:r w:rsidR="00FE2766" w:rsidRPr="00FE2766">
        <w:rPr>
          <w:rFonts w:ascii="仿宋" w:eastAsia="仿宋" w:hAnsi="仿宋" w:hint="eastAsia"/>
        </w:rPr>
        <w:t>Unit Constant Damp Heat Operating Test</w:t>
      </w:r>
    </w:p>
    <w:p w:rsidR="00396E48" w:rsidRPr="00732E43" w:rsidRDefault="00A16A70">
      <w:pPr>
        <w:pStyle w:val="31"/>
        <w:rPr>
          <w:rFonts w:ascii="仿宋" w:eastAsia="仿宋" w:hAnsi="仿宋"/>
          <w:lang w:eastAsia="zh-CN"/>
        </w:rPr>
      </w:pPr>
      <w:r w:rsidRPr="00732E43">
        <w:rPr>
          <w:rFonts w:ascii="仿宋" w:eastAsia="仿宋" w:hAnsi="仿宋"/>
          <w:lang w:eastAsia="zh-CN"/>
        </w:rPr>
        <w:t>1.5.1.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Environmental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lang w:eastAsia="zh-CN"/>
              </w:rPr>
            </w:pPr>
            <w:r w:rsidRPr="00732E43">
              <w:rPr>
                <w:rFonts w:ascii="仿宋" w:eastAsia="仿宋" w:hAnsi="仿宋"/>
                <w:sz w:val="19"/>
                <w:lang w:eastAsia="zh-CN"/>
              </w:rPr>
              <w:t>Unpackaged Unit Constant Damp Heat Operating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2025.5.1</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2025.5.2</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2025.5.2</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1.5.2.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Check that the speaker passes visual and functional inspections before testing.</w:t>
      </w:r>
    </w:p>
    <w:p w:rsidR="00396E48" w:rsidRPr="00732E43" w:rsidRDefault="00A16A70">
      <w:pPr>
        <w:rPr>
          <w:rFonts w:ascii="仿宋" w:eastAsia="仿宋" w:hAnsi="仿宋"/>
          <w:lang w:eastAsia="zh-CN"/>
        </w:rPr>
      </w:pPr>
      <w:r w:rsidRPr="00732E43">
        <w:rPr>
          <w:rFonts w:ascii="仿宋" w:eastAsia="仿宋" w:hAnsi="仿宋"/>
          <w:lang w:eastAsia="zh-CN"/>
        </w:rPr>
        <w:t>2) Place the product that has passed visual and functional inspections in an environmental test chamber for 24H of storage.</w:t>
      </w:r>
    </w:p>
    <w:p w:rsidR="00396E48" w:rsidRPr="00732E43" w:rsidRDefault="00A16A70">
      <w:pPr>
        <w:rPr>
          <w:rFonts w:ascii="仿宋" w:eastAsia="仿宋" w:hAnsi="仿宋"/>
          <w:lang w:eastAsia="zh-CN"/>
        </w:rPr>
      </w:pPr>
      <w:r w:rsidRPr="00732E43">
        <w:rPr>
          <w:rFonts w:ascii="仿宋" w:eastAsia="仿宋" w:hAnsi="仿宋"/>
          <w:lang w:eastAsia="zh-CN"/>
        </w:rPr>
        <w:t>3) Operating temperature: set the low temperature to 55℃, 90%RH, with a running time of 24 hours.</w:t>
      </w:r>
    </w:p>
    <w:p w:rsidR="00396E48" w:rsidRPr="00732E43" w:rsidRDefault="00A16A70">
      <w:pPr>
        <w:rPr>
          <w:rFonts w:ascii="仿宋" w:eastAsia="仿宋" w:hAnsi="仿宋"/>
          <w:lang w:eastAsia="zh-CN"/>
        </w:rPr>
      </w:pPr>
      <w:r w:rsidRPr="00732E43">
        <w:rPr>
          <w:rFonts w:ascii="仿宋" w:eastAsia="仿宋" w:hAnsi="仿宋"/>
          <w:lang w:eastAsia="zh-CN"/>
        </w:rPr>
        <w:t>4) After the high-temperature operating test, remove the samples and leave them at room temperature for 2 hours before inspecting appearance and functions.</w:t>
      </w:r>
    </w:p>
    <w:p w:rsidR="00396E48" w:rsidRPr="00732E43" w:rsidRDefault="00A16A70">
      <w:pPr>
        <w:pStyle w:val="31"/>
        <w:rPr>
          <w:rFonts w:ascii="仿宋" w:eastAsia="仿宋" w:hAnsi="仿宋"/>
          <w:lang w:eastAsia="zh-CN"/>
        </w:rPr>
      </w:pPr>
      <w:r w:rsidRPr="00732E43">
        <w:rPr>
          <w:rFonts w:ascii="仿宋" w:eastAsia="仿宋" w:hAnsi="仿宋"/>
          <w:lang w:eastAsia="zh-CN"/>
        </w:rPr>
        <w:t>1.5.3.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From 10:00 on May 1 to 10:00 on May 2: after 24 hours of low-temperature testing, remove the samples and leave them at room temperature for 2 hours, then inspect appearance and functions.</w:t>
      </w:r>
    </w:p>
    <w:p w:rsidR="00396E48" w:rsidRPr="00732E43" w:rsidRDefault="00A16A70">
      <w:pPr>
        <w:rPr>
          <w:rFonts w:ascii="仿宋" w:eastAsia="仿宋" w:hAnsi="仿宋"/>
          <w:lang w:eastAsia="zh-CN"/>
        </w:rPr>
      </w:pPr>
      <w:r w:rsidRPr="00732E43">
        <w:rPr>
          <w:rFonts w:ascii="仿宋" w:eastAsia="仿宋" w:hAnsi="仿宋"/>
          <w:lang w:eastAsia="zh-CN"/>
        </w:rPr>
        <w:t>2) Appearance inspection: no deformation, color difference, surface scorching or adhesive separation is considered a pass.</w:t>
      </w:r>
    </w:p>
    <w:p w:rsidR="00396E48" w:rsidRPr="00732E43" w:rsidRDefault="00A16A70">
      <w:pPr>
        <w:rPr>
          <w:rFonts w:ascii="仿宋" w:eastAsia="仿宋" w:hAnsi="仿宋"/>
          <w:lang w:eastAsia="zh-CN"/>
        </w:rPr>
      </w:pPr>
      <w:r w:rsidRPr="00732E43">
        <w:rPr>
          <w:rFonts w:ascii="仿宋" w:eastAsia="仿宋" w:hAnsi="仿宋"/>
          <w:lang w:eastAsia="zh-CN"/>
        </w:rPr>
        <w:t>3) Basic product functions show no streaking, defects or other abnormalities. Considered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1.5.4. Equipment and Tools</w:t>
      </w:r>
    </w:p>
    <w:p w:rsidR="00396E48" w:rsidRPr="00732E43" w:rsidRDefault="00A16A70">
      <w:pPr>
        <w:rPr>
          <w:rFonts w:ascii="仿宋" w:eastAsia="仿宋" w:hAnsi="仿宋"/>
          <w:lang w:eastAsia="zh-CN"/>
        </w:rPr>
      </w:pPr>
      <w:r w:rsidRPr="00732E43">
        <w:rPr>
          <w:rFonts w:ascii="仿宋" w:eastAsia="仿宋" w:hAnsi="仿宋"/>
          <w:lang w:eastAsia="zh-CN"/>
        </w:rPr>
        <w:t>1) Test samples*2pcs</w:t>
      </w:r>
    </w:p>
    <w:p w:rsidR="00396E48" w:rsidRPr="00732E43" w:rsidRDefault="00A16A70">
      <w:pPr>
        <w:rPr>
          <w:rFonts w:ascii="仿宋" w:eastAsia="仿宋" w:hAnsi="仿宋"/>
          <w:lang w:eastAsia="zh-CN"/>
        </w:rPr>
      </w:pPr>
      <w:r w:rsidRPr="00732E43">
        <w:rPr>
          <w:rFonts w:ascii="仿宋" w:eastAsia="仿宋" w:hAnsi="仿宋"/>
          <w:lang w:eastAsia="zh-CN"/>
        </w:rPr>
        <w:t>2) High/low-temperature test chamber</w:t>
      </w:r>
    </w:p>
    <w:p w:rsidR="00396E48" w:rsidRPr="00732E43" w:rsidRDefault="00A16A70">
      <w:pPr>
        <w:pStyle w:val="31"/>
        <w:rPr>
          <w:rFonts w:ascii="仿宋" w:eastAsia="仿宋" w:hAnsi="仿宋"/>
          <w:lang w:eastAsia="zh-CN"/>
        </w:rPr>
      </w:pPr>
      <w:r w:rsidRPr="00732E43">
        <w:rPr>
          <w:rFonts w:ascii="仿宋" w:eastAsia="仿宋" w:hAnsi="仿宋"/>
          <w:lang w:eastAsia="zh-CN"/>
        </w:rPr>
        <w:t>1.5.5. Test Procedure</w:t>
      </w:r>
    </w:p>
    <w:p w:rsidR="00396E48" w:rsidRPr="00732E43" w:rsidRDefault="00A16A70">
      <w:pPr>
        <w:rPr>
          <w:rFonts w:ascii="仿宋" w:eastAsia="仿宋" w:hAnsi="仿宋"/>
          <w:lang w:eastAsia="zh-CN"/>
        </w:rPr>
      </w:pPr>
      <w:r w:rsidRPr="00732E43">
        <w:rPr>
          <w:rFonts w:ascii="仿宋" w:eastAsia="仿宋" w:hAnsi="仿宋"/>
          <w:lang w:eastAsia="zh-CN"/>
        </w:rPr>
        <w:t>1) Place the product in the high/low-temperature chamber, connect the charging cable and switch it on. Connect a phone and play at 60% volume.</w:t>
      </w:r>
    </w:p>
    <w:p w:rsidR="00396E48" w:rsidRPr="00732E43" w:rsidRDefault="00A16A70">
      <w:pPr>
        <w:rPr>
          <w:rFonts w:ascii="仿宋" w:eastAsia="仿宋" w:hAnsi="仿宋"/>
          <w:lang w:eastAsia="zh-CN"/>
        </w:rPr>
      </w:pPr>
      <w:r w:rsidRPr="00732E43">
        <w:rPr>
          <w:rFonts w:ascii="仿宋" w:eastAsia="仿宋" w:hAnsi="仿宋"/>
          <w:lang w:eastAsia="zh-CN"/>
        </w:rPr>
        <w:t>2) Turn on the switch, set the parameters and select Run to start.</w:t>
      </w:r>
    </w:p>
    <w:p w:rsidR="00396E48" w:rsidRPr="00732E43" w:rsidRDefault="00A16A70">
      <w:pPr>
        <w:rPr>
          <w:rFonts w:ascii="仿宋" w:eastAsia="仿宋" w:hAnsi="仿宋"/>
          <w:lang w:eastAsia="zh-CN"/>
        </w:rPr>
      </w:pPr>
      <w:r w:rsidRPr="00732E43">
        <w:rPr>
          <w:rFonts w:ascii="仿宋" w:eastAsia="仿宋" w:hAnsi="仿宋"/>
          <w:lang w:eastAsia="zh-CN"/>
        </w:rPr>
        <w:t>3) Current temperature during high-temperature testing: 54.99℃; humidity: 85%</w:t>
      </w:r>
    </w:p>
    <w:p w:rsidR="00396E48" w:rsidRPr="00732E43" w:rsidRDefault="00A16A70">
      <w:pPr>
        <w:rPr>
          <w:rFonts w:ascii="仿宋" w:eastAsia="仿宋" w:hAnsi="仿宋"/>
          <w:lang w:eastAsia="zh-CN"/>
        </w:rPr>
      </w:pPr>
      <w:r w:rsidRPr="00732E43">
        <w:rPr>
          <w:rFonts w:ascii="仿宋" w:eastAsia="仿宋" w:hAnsi="仿宋"/>
          <w:lang w:eastAsia="zh-CN"/>
        </w:rPr>
        <w:t>4) Remove the product and check that the tested functions operate normally.</w:t>
      </w:r>
    </w:p>
    <w:p w:rsidR="00396E48" w:rsidRPr="00732E43" w:rsidRDefault="00A16A70">
      <w:pPr>
        <w:pStyle w:val="31"/>
        <w:rPr>
          <w:rFonts w:ascii="仿宋" w:eastAsia="仿宋" w:hAnsi="仿宋"/>
          <w:lang w:eastAsia="zh-CN"/>
        </w:rPr>
      </w:pPr>
      <w:r w:rsidRPr="00732E43">
        <w:rPr>
          <w:rFonts w:ascii="仿宋" w:eastAsia="仿宋" w:hAnsi="仿宋"/>
          <w:lang w:eastAsia="zh-CN"/>
        </w:rPr>
        <w:lastRenderedPageBreak/>
        <w:t>1.5.6. Test Results</w:t>
      </w:r>
    </w:p>
    <w:p w:rsidR="00396E48" w:rsidRPr="00732E43" w:rsidRDefault="00A16A70">
      <w:pPr>
        <w:rPr>
          <w:rFonts w:ascii="仿宋" w:eastAsia="仿宋" w:hAnsi="仿宋"/>
          <w:lang w:eastAsia="zh-CN"/>
        </w:rPr>
      </w:pPr>
      <w:r w:rsidRPr="00732E43">
        <w:rPr>
          <w:rFonts w:ascii="仿宋" w:eastAsia="仿宋" w:hAnsi="仿宋"/>
          <w:lang w:eastAsia="zh-CN"/>
        </w:rPr>
        <w:t>After 24 hours of high/low-temperature testing, remove the product and check that its functions operate normally, with no defects. Appearance: no deformation, color difference, surface scorching or adhesive separation. Considered a pass.</w:t>
      </w:r>
    </w:p>
    <w:p w:rsidR="00396E48" w:rsidRPr="00732E43" w:rsidRDefault="00A16A70">
      <w:pPr>
        <w:pStyle w:val="31"/>
        <w:rPr>
          <w:rFonts w:ascii="仿宋" w:eastAsia="仿宋" w:hAnsi="仿宋"/>
        </w:rPr>
      </w:pPr>
      <w:r w:rsidRPr="00732E43">
        <w:rPr>
          <w:rFonts w:ascii="仿宋" w:eastAsia="仿宋" w:hAnsi="仿宋"/>
        </w:rPr>
        <w:t>1.5.7.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3950065" cy="5577840"/>
            <wp:effectExtent l="0" t="0" r="0" b="0"/>
            <wp:docPr id="17" name="Picture 17" descr="图 1.5-1 高低温冲击测试实验图片" title="图 1.5-1 高低温冲击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2.png"/>
                    <pic:cNvPicPr/>
                  </pic:nvPicPr>
                  <pic:blipFill>
                    <a:blip r:embed="rId12"/>
                    <a:stretch>
                      <a:fillRect/>
                    </a:stretch>
                  </pic:blipFill>
                  <pic:spPr>
                    <a:xfrm>
                      <a:off x="0" y="0"/>
                      <a:ext cx="3950065" cy="557784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1.5-1 High/Low-Temperature Shock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2936976"/>
            <wp:effectExtent l="0" t="0" r="0" b="0"/>
            <wp:docPr id="18" name="Picture 18" descr="图 1.5-2 高低温冲击测试实验图片" title="图 1.5-2 高低温冲击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5_image_03.png"/>
                    <pic:cNvPicPr/>
                  </pic:nvPicPr>
                  <pic:blipFill>
                    <a:blip r:embed="rId19"/>
                    <a:stretch>
                      <a:fillRect/>
                    </a:stretch>
                  </pic:blipFill>
                  <pic:spPr>
                    <a:xfrm>
                      <a:off x="0" y="0"/>
                      <a:ext cx="5760720" cy="2936976"/>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1.5-2 High/Low-Temperature Shock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899233"/>
            <wp:effectExtent l="0" t="0" r="0" b="0"/>
            <wp:docPr id="19" name="Picture 19" descr="图 1.5-3 高低温冲击测试实验图片" title="图 1.5-3 高低温冲击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4.png"/>
                    <pic:cNvPicPr/>
                  </pic:nvPicPr>
                  <pic:blipFill>
                    <a:blip r:embed="rId14"/>
                    <a:stretch>
                      <a:fillRect/>
                    </a:stretch>
                  </pic:blipFill>
                  <pic:spPr>
                    <a:xfrm>
                      <a:off x="0" y="0"/>
                      <a:ext cx="5760720" cy="4899233"/>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1.5-3 High/Low-Temperature Shock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503743"/>
            <wp:effectExtent l="0" t="0" r="0" b="0"/>
            <wp:docPr id="20" name="Picture 20" descr="图 1.5-4 高低温冲击测试实验图片" title="图 1.5-4 高低温冲击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5_image_05.png"/>
                    <pic:cNvPicPr/>
                  </pic:nvPicPr>
                  <pic:blipFill>
                    <a:blip r:embed="rId20"/>
                    <a:stretch>
                      <a:fillRect/>
                    </a:stretch>
                  </pic:blipFill>
                  <pic:spPr>
                    <a:xfrm>
                      <a:off x="0" y="0"/>
                      <a:ext cx="5760720" cy="4503743"/>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1.5-4 High/Low-Temperature Shock Test Photograph</w:t>
      </w:r>
    </w:p>
    <w:p w:rsidR="00396E48" w:rsidRPr="00732E43" w:rsidRDefault="00A16A70">
      <w:pPr>
        <w:pStyle w:val="31"/>
        <w:rPr>
          <w:rFonts w:ascii="仿宋" w:eastAsia="仿宋" w:hAnsi="仿宋"/>
        </w:rPr>
      </w:pPr>
      <w:r w:rsidRPr="00732E43">
        <w:rPr>
          <w:rFonts w:ascii="仿宋" w:eastAsia="仿宋" w:hAnsi="仿宋"/>
        </w:rPr>
        <w:t>1.5.8.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2025.5.2</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2025.5.2</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lang w:eastAsia="zh-CN"/>
        </w:rPr>
      </w:pPr>
      <w:r w:rsidRPr="00732E43">
        <w:rPr>
          <w:rFonts w:ascii="仿宋" w:eastAsia="仿宋" w:hAnsi="仿宋"/>
          <w:lang w:eastAsia="zh-CN"/>
        </w:rPr>
        <w:lastRenderedPageBreak/>
        <w:t xml:space="preserve">1.6. Salt </w:t>
      </w:r>
      <w:r w:rsidR="00FE2766" w:rsidRPr="00FE2766">
        <w:rPr>
          <w:rFonts w:ascii="仿宋" w:eastAsia="仿宋" w:hAnsi="仿宋" w:hint="eastAsia"/>
        </w:rPr>
        <w:t>Spray Test</w:t>
      </w:r>
    </w:p>
    <w:p w:rsidR="00396E48" w:rsidRPr="00732E43" w:rsidRDefault="00A16A70">
      <w:pPr>
        <w:pStyle w:val="31"/>
        <w:rPr>
          <w:rFonts w:ascii="仿宋" w:eastAsia="仿宋" w:hAnsi="仿宋"/>
          <w:lang w:eastAsia="zh-CN"/>
        </w:rPr>
      </w:pPr>
      <w:r w:rsidRPr="00732E43">
        <w:rPr>
          <w:rFonts w:ascii="仿宋" w:eastAsia="仿宋" w:hAnsi="仿宋"/>
          <w:lang w:eastAsia="zh-CN"/>
        </w:rPr>
        <w:t>1.6.1.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Environmental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Salt Spray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2025.4.27</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1.6.2.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Perform the test after the product passes a visual inspection.</w:t>
      </w:r>
    </w:p>
    <w:p w:rsidR="00396E48" w:rsidRPr="00732E43" w:rsidRDefault="00A16A70">
      <w:pPr>
        <w:rPr>
          <w:rFonts w:ascii="仿宋" w:eastAsia="仿宋" w:hAnsi="仿宋"/>
          <w:lang w:eastAsia="zh-CN"/>
        </w:rPr>
      </w:pPr>
      <w:r w:rsidRPr="00732E43">
        <w:rPr>
          <w:rFonts w:ascii="仿宋" w:eastAsia="仿宋" w:hAnsi="仿宋"/>
          <w:lang w:eastAsia="zh-CN"/>
        </w:rPr>
        <w:t>2) Prepare the salt solution using chemically pure sodium chloride and distilled or deionized water: 5% sodium chloride salt and 95% distilled or deionized water.</w:t>
      </w:r>
    </w:p>
    <w:p w:rsidR="00396E48" w:rsidRPr="00732E43" w:rsidRDefault="00A16A70">
      <w:pPr>
        <w:rPr>
          <w:rFonts w:ascii="仿宋" w:eastAsia="仿宋" w:hAnsi="仿宋"/>
          <w:lang w:eastAsia="zh-CN"/>
        </w:rPr>
      </w:pPr>
      <w:r w:rsidRPr="00732E43">
        <w:rPr>
          <w:rFonts w:ascii="仿宋" w:eastAsia="仿宋" w:hAnsi="仿宋"/>
          <w:lang w:eastAsia="zh-CN"/>
        </w:rPr>
        <w:t>Mix thoroughly to obtain a salt solution containing 5±1% sodium chloride, and pour it into the solution tank of the salt spray test chamber.</w:t>
      </w:r>
    </w:p>
    <w:p w:rsidR="00396E48" w:rsidRPr="00732E43" w:rsidRDefault="00A16A70">
      <w:pPr>
        <w:rPr>
          <w:rFonts w:ascii="仿宋" w:eastAsia="仿宋" w:hAnsi="仿宋"/>
          <w:lang w:eastAsia="zh-CN"/>
        </w:rPr>
      </w:pPr>
      <w:r w:rsidRPr="00732E43">
        <w:rPr>
          <w:rFonts w:ascii="仿宋" w:eastAsia="仿宋" w:hAnsi="仿宋"/>
          <w:lang w:eastAsia="zh-CN"/>
        </w:rPr>
        <w:t>3) Place the product that has passed visual inspection in the salt spray chamber. Laboratory ambient temperature: 27 degrees Celsius; barrel temperature: 47 degrees Celsius; spray time: 48H.</w:t>
      </w:r>
    </w:p>
    <w:p w:rsidR="00396E48" w:rsidRPr="00732E43" w:rsidRDefault="00A16A70">
      <w:pPr>
        <w:rPr>
          <w:rFonts w:ascii="仿宋" w:eastAsia="仿宋" w:hAnsi="仿宋"/>
          <w:lang w:eastAsia="zh-CN"/>
        </w:rPr>
      </w:pPr>
      <w:r w:rsidRPr="00732E43">
        <w:rPr>
          <w:rFonts w:ascii="仿宋" w:eastAsia="仿宋" w:hAnsi="仿宋"/>
          <w:lang w:eastAsia="zh-CN"/>
        </w:rPr>
        <w:t>4) After testing, leave the product at room temperature for 2 hours, then inspect metal parts for rust, corrosion, oxidation, discoloration or other abnormalities.</w:t>
      </w:r>
    </w:p>
    <w:p w:rsidR="00396E48" w:rsidRPr="00732E43" w:rsidRDefault="00A16A70">
      <w:pPr>
        <w:pStyle w:val="31"/>
        <w:rPr>
          <w:rFonts w:ascii="仿宋" w:eastAsia="仿宋" w:hAnsi="仿宋"/>
          <w:lang w:eastAsia="zh-CN"/>
        </w:rPr>
      </w:pPr>
      <w:r w:rsidRPr="00732E43">
        <w:rPr>
          <w:rFonts w:ascii="仿宋" w:eastAsia="仿宋" w:hAnsi="仿宋"/>
          <w:lang w:eastAsia="zh-CN"/>
        </w:rPr>
        <w:t>1.6.3.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After the 48H test and 2 hours at room temperature, no rust, corrosion, oxidation or discoloration on metal parts and exposed screws is considered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1.6.4. Equipment and Tools</w:t>
      </w:r>
    </w:p>
    <w:p w:rsidR="00396E48" w:rsidRPr="00732E43" w:rsidRDefault="00A16A70">
      <w:pPr>
        <w:rPr>
          <w:rFonts w:ascii="仿宋" w:eastAsia="仿宋" w:hAnsi="仿宋"/>
          <w:lang w:eastAsia="zh-CN"/>
        </w:rPr>
      </w:pPr>
      <w:r w:rsidRPr="00732E43">
        <w:rPr>
          <w:rFonts w:ascii="仿宋" w:eastAsia="仿宋" w:hAnsi="仿宋"/>
          <w:lang w:eastAsia="zh-CN"/>
        </w:rPr>
        <w:t>1) Test samples*2pcs</w:t>
      </w:r>
    </w:p>
    <w:p w:rsidR="00396E48" w:rsidRPr="00732E43" w:rsidRDefault="00A16A70">
      <w:pPr>
        <w:rPr>
          <w:rFonts w:ascii="仿宋" w:eastAsia="仿宋" w:hAnsi="仿宋"/>
          <w:lang w:eastAsia="zh-CN"/>
        </w:rPr>
      </w:pPr>
      <w:r w:rsidRPr="00732E43">
        <w:rPr>
          <w:rFonts w:ascii="仿宋" w:eastAsia="仿宋" w:hAnsi="仿宋"/>
          <w:lang w:eastAsia="zh-CN"/>
        </w:rPr>
        <w:t>2) Industrial sodium chloride salt</w:t>
      </w:r>
    </w:p>
    <w:p w:rsidR="00396E48" w:rsidRPr="00732E43" w:rsidRDefault="00A16A70">
      <w:pPr>
        <w:rPr>
          <w:rFonts w:ascii="仿宋" w:eastAsia="仿宋" w:hAnsi="仿宋"/>
          <w:lang w:eastAsia="zh-CN"/>
        </w:rPr>
      </w:pPr>
      <w:r w:rsidRPr="00732E43">
        <w:rPr>
          <w:rFonts w:ascii="仿宋" w:eastAsia="仿宋" w:hAnsi="仿宋"/>
          <w:lang w:eastAsia="zh-CN"/>
        </w:rPr>
        <w:t>3) Salt spray test chamber.</w:t>
      </w:r>
    </w:p>
    <w:p w:rsidR="00396E48" w:rsidRPr="00732E43" w:rsidRDefault="00A16A70">
      <w:pPr>
        <w:pStyle w:val="31"/>
        <w:rPr>
          <w:rFonts w:ascii="仿宋" w:eastAsia="仿宋" w:hAnsi="仿宋"/>
          <w:lang w:eastAsia="zh-CN"/>
        </w:rPr>
      </w:pPr>
      <w:r w:rsidRPr="00732E43">
        <w:rPr>
          <w:rFonts w:ascii="仿宋" w:eastAsia="仿宋" w:hAnsi="仿宋"/>
          <w:lang w:eastAsia="zh-CN"/>
        </w:rPr>
        <w:t>1.6.5. Test Procedure</w:t>
      </w:r>
    </w:p>
    <w:p w:rsidR="00396E48" w:rsidRPr="00732E43" w:rsidRDefault="00A16A70">
      <w:pPr>
        <w:rPr>
          <w:rFonts w:ascii="仿宋" w:eastAsia="仿宋" w:hAnsi="仿宋"/>
          <w:lang w:eastAsia="zh-CN"/>
        </w:rPr>
      </w:pPr>
      <w:r w:rsidRPr="00732E43">
        <w:rPr>
          <w:rFonts w:ascii="仿宋" w:eastAsia="仿宋" w:hAnsi="仿宋"/>
          <w:lang w:eastAsia="zh-CN"/>
        </w:rPr>
        <w:t>1) Place the metal parts and product in the salt spray chamber.</w:t>
      </w:r>
    </w:p>
    <w:p w:rsidR="00396E48" w:rsidRPr="00732E43" w:rsidRDefault="00A16A70">
      <w:pPr>
        <w:rPr>
          <w:rFonts w:ascii="仿宋" w:eastAsia="仿宋" w:hAnsi="仿宋"/>
          <w:lang w:eastAsia="zh-CN"/>
        </w:rPr>
      </w:pPr>
      <w:r w:rsidRPr="00732E43">
        <w:rPr>
          <w:rFonts w:ascii="仿宋" w:eastAsia="仿宋" w:hAnsi="仿宋"/>
          <w:lang w:eastAsia="zh-CN"/>
        </w:rPr>
        <w:t>2) Turn on the power, set the timer to 48H, and start operation, spraying and timing.</w:t>
      </w:r>
    </w:p>
    <w:p w:rsidR="00396E48" w:rsidRPr="00732E43" w:rsidRDefault="00A16A70">
      <w:pPr>
        <w:rPr>
          <w:rFonts w:ascii="仿宋" w:eastAsia="仿宋" w:hAnsi="仿宋"/>
          <w:lang w:eastAsia="zh-CN"/>
        </w:rPr>
      </w:pPr>
      <w:r w:rsidRPr="00732E43">
        <w:rPr>
          <w:rFonts w:ascii="仿宋" w:eastAsia="仿宋" w:hAnsi="仿宋"/>
          <w:lang w:eastAsia="zh-CN"/>
        </w:rPr>
        <w:t>3) Salt spray test in progress</w:t>
      </w:r>
    </w:p>
    <w:p w:rsidR="00396E48" w:rsidRPr="00732E43" w:rsidRDefault="00A16A70">
      <w:pPr>
        <w:rPr>
          <w:rFonts w:ascii="仿宋" w:eastAsia="仿宋" w:hAnsi="仿宋"/>
          <w:lang w:eastAsia="zh-CN"/>
        </w:rPr>
      </w:pPr>
      <w:r w:rsidRPr="00732E43">
        <w:rPr>
          <w:rFonts w:ascii="仿宋" w:eastAsia="仿宋" w:hAnsi="仿宋"/>
          <w:lang w:eastAsia="zh-CN"/>
        </w:rPr>
        <w:t>4) Test completed: 48H</w:t>
      </w:r>
    </w:p>
    <w:p w:rsidR="00396E48" w:rsidRPr="00732E43" w:rsidRDefault="00A16A70">
      <w:pPr>
        <w:rPr>
          <w:rFonts w:ascii="仿宋" w:eastAsia="仿宋" w:hAnsi="仿宋"/>
          <w:lang w:eastAsia="zh-CN"/>
        </w:rPr>
      </w:pPr>
      <w:r w:rsidRPr="00732E43">
        <w:rPr>
          <w:rFonts w:ascii="仿宋" w:eastAsia="仿宋" w:hAnsi="仿宋"/>
          <w:lang w:eastAsia="zh-CN"/>
        </w:rPr>
        <w:t>5) Remove the product and inspect the product and metal parts after 2H. No surface rust, corrosion, oxidation or other abnormalities.</w:t>
      </w:r>
    </w:p>
    <w:p w:rsidR="00396E48" w:rsidRPr="00732E43" w:rsidRDefault="00A16A70">
      <w:pPr>
        <w:pStyle w:val="31"/>
        <w:rPr>
          <w:rFonts w:ascii="仿宋" w:eastAsia="仿宋" w:hAnsi="仿宋"/>
          <w:lang w:eastAsia="zh-CN"/>
        </w:rPr>
      </w:pPr>
      <w:r w:rsidRPr="00732E43">
        <w:rPr>
          <w:rFonts w:ascii="仿宋" w:eastAsia="仿宋" w:hAnsi="仿宋"/>
          <w:lang w:eastAsia="zh-CN"/>
        </w:rPr>
        <w:lastRenderedPageBreak/>
        <w:t>1.6.6. Test Results</w:t>
      </w:r>
    </w:p>
    <w:p w:rsidR="00396E48" w:rsidRPr="00732E43" w:rsidRDefault="00A16A70">
      <w:pPr>
        <w:rPr>
          <w:rFonts w:ascii="仿宋" w:eastAsia="仿宋" w:hAnsi="仿宋"/>
          <w:lang w:eastAsia="zh-CN"/>
        </w:rPr>
      </w:pPr>
      <w:r w:rsidRPr="00732E43">
        <w:rPr>
          <w:rFonts w:ascii="仿宋" w:eastAsia="仿宋" w:hAnsi="仿宋"/>
          <w:lang w:eastAsia="zh-CN"/>
        </w:rPr>
        <w:t>After the 48H test, remove the product and metal parts and inspect them after 2H. No surface rust, corrosion, oxidation or other abnormalities is considered a pass.</w:t>
      </w:r>
    </w:p>
    <w:p w:rsidR="00396E48" w:rsidRPr="00732E43" w:rsidRDefault="00A16A70">
      <w:pPr>
        <w:pStyle w:val="31"/>
        <w:rPr>
          <w:rFonts w:ascii="仿宋" w:eastAsia="仿宋" w:hAnsi="仿宋"/>
        </w:rPr>
      </w:pPr>
      <w:r w:rsidRPr="00732E43">
        <w:rPr>
          <w:rFonts w:ascii="仿宋" w:eastAsia="仿宋" w:hAnsi="仿宋"/>
        </w:rPr>
        <w:t>1.6.7.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4622196" cy="5577840"/>
            <wp:effectExtent l="0" t="0" r="0" b="0"/>
            <wp:docPr id="21" name="Picture 21" descr="图 1.6-1 盐雾试验实验图片" title="图 1.6-1 盐雾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6_image_02.png"/>
                    <pic:cNvPicPr/>
                  </pic:nvPicPr>
                  <pic:blipFill>
                    <a:blip r:embed="rId21"/>
                    <a:stretch>
                      <a:fillRect/>
                    </a:stretch>
                  </pic:blipFill>
                  <pic:spPr>
                    <a:xfrm>
                      <a:off x="0" y="0"/>
                      <a:ext cx="4622196"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1.6-1 Salt Spray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3592816"/>
            <wp:effectExtent l="0" t="0" r="0" b="0"/>
            <wp:docPr id="22" name="Picture 22" descr="图 1.6-2 盐雾试验实验图片" title="图 1.6-2 盐雾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6_image_03.png"/>
                    <pic:cNvPicPr/>
                  </pic:nvPicPr>
                  <pic:blipFill>
                    <a:blip r:embed="rId22"/>
                    <a:stretch>
                      <a:fillRect/>
                    </a:stretch>
                  </pic:blipFill>
                  <pic:spPr>
                    <a:xfrm>
                      <a:off x="0" y="0"/>
                      <a:ext cx="5760720" cy="3592816"/>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1.6-2 Salt Spray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5079452"/>
            <wp:effectExtent l="0" t="0" r="0" b="0"/>
            <wp:docPr id="23" name="Picture 23" descr="图 1.6-3 盐雾试验实验图片" title="图 1.6-3 盐雾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6_image_04.png"/>
                    <pic:cNvPicPr/>
                  </pic:nvPicPr>
                  <pic:blipFill>
                    <a:blip r:embed="rId23"/>
                    <a:stretch>
                      <a:fillRect/>
                    </a:stretch>
                  </pic:blipFill>
                  <pic:spPr>
                    <a:xfrm>
                      <a:off x="0" y="0"/>
                      <a:ext cx="5760720" cy="5079452"/>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1.6-3 Salt Spray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5180239"/>
            <wp:effectExtent l="0" t="0" r="0" b="0"/>
            <wp:docPr id="24" name="Picture 24" descr="图 1.6-4 盐雾试验实验图片" title="图 1.6-4 盐雾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6_image_05.png"/>
                    <pic:cNvPicPr/>
                  </pic:nvPicPr>
                  <pic:blipFill>
                    <a:blip r:embed="rId24"/>
                    <a:stretch>
                      <a:fillRect/>
                    </a:stretch>
                  </pic:blipFill>
                  <pic:spPr>
                    <a:xfrm>
                      <a:off x="0" y="0"/>
                      <a:ext cx="5760720" cy="5180239"/>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1.6-4 Salt Spray Test Photograph</w:t>
      </w:r>
    </w:p>
    <w:p w:rsidR="00396E48" w:rsidRPr="00732E43" w:rsidRDefault="00A16A70">
      <w:pPr>
        <w:pStyle w:val="31"/>
        <w:rPr>
          <w:rFonts w:ascii="仿宋" w:eastAsia="仿宋" w:hAnsi="仿宋"/>
          <w:lang w:eastAsia="zh-CN"/>
        </w:rPr>
      </w:pPr>
      <w:r w:rsidRPr="00732E43">
        <w:rPr>
          <w:rFonts w:ascii="仿宋" w:eastAsia="仿宋" w:hAnsi="仿宋"/>
          <w:lang w:eastAsia="zh-CN"/>
        </w:rPr>
        <w:t>1.6.8.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2025.4.27</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2025.4.27</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lang w:eastAsia="zh-CN"/>
        </w:rPr>
      </w:pPr>
      <w:r w:rsidRPr="00732E43">
        <w:rPr>
          <w:rFonts w:ascii="仿宋" w:eastAsia="仿宋" w:hAnsi="仿宋"/>
          <w:lang w:eastAsia="zh-CN"/>
        </w:rPr>
        <w:lastRenderedPageBreak/>
        <w:t xml:space="preserve">1.7. UV </w:t>
      </w:r>
      <w:r w:rsidR="00FE2766" w:rsidRPr="00FE2766">
        <w:rPr>
          <w:rFonts w:ascii="仿宋" w:eastAsia="仿宋" w:hAnsi="仿宋"/>
          <w:lang w:eastAsia="zh-CN"/>
        </w:rPr>
        <w:t>Exposure</w:t>
      </w:r>
    </w:p>
    <w:p w:rsidR="00396E48" w:rsidRPr="00732E43" w:rsidRDefault="00A16A70">
      <w:pPr>
        <w:pStyle w:val="31"/>
        <w:rPr>
          <w:rFonts w:ascii="仿宋" w:eastAsia="仿宋" w:hAnsi="仿宋"/>
          <w:lang w:eastAsia="zh-CN"/>
        </w:rPr>
      </w:pPr>
      <w:r w:rsidRPr="00732E43">
        <w:rPr>
          <w:rFonts w:ascii="仿宋" w:eastAsia="仿宋" w:hAnsi="仿宋"/>
          <w:lang w:eastAsia="zh-CN"/>
        </w:rPr>
        <w:t>1.7.1.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Environmental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UV Exposure</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2025.5.9</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1.7.2.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Perform testing after the product passes a visual inspection.</w:t>
      </w:r>
    </w:p>
    <w:p w:rsidR="00396E48" w:rsidRPr="00732E43" w:rsidRDefault="00A16A70">
      <w:pPr>
        <w:rPr>
          <w:rFonts w:ascii="仿宋" w:eastAsia="仿宋" w:hAnsi="仿宋"/>
          <w:lang w:eastAsia="zh-CN"/>
        </w:rPr>
      </w:pPr>
      <w:r w:rsidRPr="00732E43">
        <w:rPr>
          <w:rFonts w:ascii="仿宋" w:eastAsia="仿宋" w:hAnsi="仿宋"/>
          <w:lang w:eastAsia="zh-CN"/>
        </w:rPr>
        <w:t>2) Perform 8 cycles of 8 hours of exposure at 0.63W/m2 followed by 4 hours of condensation without radiation (96 hours in total). The UV chamber has no temperature adjustment: measure sample temperature after UV testing and preheat the constant-temperature chamber to sample temperature +10℃, with humidity &gt;90%RH to simulate condensation. Measure color difference before and after testing. During testing, expose one half and cover the other half.</w:t>
      </w:r>
    </w:p>
    <w:p w:rsidR="00396E48" w:rsidRPr="00732E43" w:rsidRDefault="00A16A70">
      <w:pPr>
        <w:pStyle w:val="31"/>
        <w:rPr>
          <w:rFonts w:ascii="仿宋" w:eastAsia="仿宋" w:hAnsi="仿宋"/>
          <w:lang w:eastAsia="zh-CN"/>
        </w:rPr>
      </w:pPr>
      <w:r w:rsidRPr="00732E43">
        <w:rPr>
          <w:rFonts w:ascii="仿宋" w:eastAsia="仿宋" w:hAnsi="仿宋"/>
          <w:lang w:eastAsia="zh-CN"/>
        </w:rPr>
        <w:t>1.7.3.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After testing, samples must show no discoloration, deformation, cracking, oxidation, corrosion or other abnormalities; the color difference before and after testing must not exceed 1.</w:t>
      </w:r>
    </w:p>
    <w:p w:rsidR="00396E48" w:rsidRPr="00732E43" w:rsidRDefault="00A16A70">
      <w:pPr>
        <w:pStyle w:val="31"/>
        <w:rPr>
          <w:rFonts w:ascii="仿宋" w:eastAsia="仿宋" w:hAnsi="仿宋"/>
          <w:lang w:eastAsia="zh-CN"/>
        </w:rPr>
      </w:pPr>
      <w:r w:rsidRPr="00732E43">
        <w:rPr>
          <w:rFonts w:ascii="仿宋" w:eastAsia="仿宋" w:hAnsi="仿宋"/>
          <w:lang w:eastAsia="zh-CN"/>
        </w:rPr>
        <w:t>1.7.4. Equipment and Tools</w:t>
      </w:r>
    </w:p>
    <w:p w:rsidR="00396E48" w:rsidRPr="00732E43" w:rsidRDefault="00A16A70">
      <w:pPr>
        <w:rPr>
          <w:rFonts w:ascii="仿宋" w:eastAsia="仿宋" w:hAnsi="仿宋"/>
          <w:lang w:eastAsia="zh-CN"/>
        </w:rPr>
      </w:pPr>
      <w:r w:rsidRPr="00732E43">
        <w:rPr>
          <w:rFonts w:ascii="仿宋" w:eastAsia="仿宋" w:hAnsi="仿宋"/>
          <w:lang w:eastAsia="zh-CN"/>
        </w:rPr>
        <w:t xml:space="preserve">1) </w:t>
      </w:r>
      <w:r w:rsidR="004522D8">
        <w:rPr>
          <w:rFonts w:ascii="仿宋" w:eastAsia="仿宋" w:hAnsi="仿宋"/>
          <w:lang w:eastAsia="zh-CN"/>
        </w:rPr>
        <w:t xml:space="preserve">Test </w:t>
      </w:r>
      <w:r w:rsidR="004522D8">
        <w:rPr>
          <w:rFonts w:ascii="仿宋" w:eastAsia="仿宋" w:hAnsi="仿宋" w:hint="eastAsia"/>
          <w:lang w:eastAsia="zh-CN"/>
        </w:rPr>
        <w:t/>
      </w:r>
      <w:r w:rsidRPr="00732E43">
        <w:rPr>
          <w:rFonts w:ascii="仿宋" w:eastAsia="仿宋" w:hAnsi="仿宋"/>
          <w:lang w:eastAsia="zh-CN"/>
        </w:rPr>
        <w:t>samples*25pcs</w:t>
      </w:r>
    </w:p>
    <w:p w:rsidR="00396E48" w:rsidRPr="00732E43" w:rsidRDefault="00A16A70">
      <w:pPr>
        <w:pStyle w:val="31"/>
        <w:rPr>
          <w:rFonts w:ascii="仿宋" w:eastAsia="仿宋" w:hAnsi="仿宋"/>
          <w:lang w:eastAsia="zh-CN"/>
        </w:rPr>
      </w:pPr>
      <w:r w:rsidRPr="00732E43">
        <w:rPr>
          <w:rFonts w:ascii="仿宋" w:eastAsia="仿宋" w:hAnsi="仿宋"/>
          <w:lang w:eastAsia="zh-CN"/>
        </w:rPr>
        <w:t>1.7.5. Test Procedure</w:t>
      </w:r>
    </w:p>
    <w:p w:rsidR="00396E48" w:rsidRPr="00732E43" w:rsidRDefault="00A16A70">
      <w:pPr>
        <w:rPr>
          <w:rFonts w:ascii="仿宋" w:eastAsia="仿宋" w:hAnsi="仿宋"/>
          <w:lang w:eastAsia="zh-CN"/>
        </w:rPr>
      </w:pPr>
      <w:r w:rsidRPr="00732E43">
        <w:rPr>
          <w:rFonts w:ascii="仿宋" w:eastAsia="仿宋" w:hAnsi="仿宋"/>
          <w:lang w:eastAsia="zh-CN"/>
        </w:rPr>
        <w:t>1) Place the product in the UV exposure chamber.</w:t>
      </w:r>
    </w:p>
    <w:p w:rsidR="00396E48" w:rsidRPr="00732E43" w:rsidRDefault="00A16A70">
      <w:pPr>
        <w:rPr>
          <w:rFonts w:ascii="仿宋" w:eastAsia="仿宋" w:hAnsi="仿宋"/>
          <w:lang w:eastAsia="zh-CN"/>
        </w:rPr>
      </w:pPr>
      <w:r w:rsidRPr="00732E43">
        <w:rPr>
          <w:rFonts w:ascii="仿宋" w:eastAsia="仿宋" w:hAnsi="仿宋"/>
          <w:lang w:eastAsia="zh-CN"/>
        </w:rPr>
        <w:t>2) Turn on the power, set the timer to 96H, and start operation and timing.</w:t>
      </w:r>
    </w:p>
    <w:p w:rsidR="00396E48" w:rsidRPr="00732E43" w:rsidRDefault="00A16A70">
      <w:pPr>
        <w:rPr>
          <w:rFonts w:ascii="仿宋" w:eastAsia="仿宋" w:hAnsi="仿宋"/>
          <w:lang w:eastAsia="zh-CN"/>
        </w:rPr>
      </w:pPr>
      <w:r w:rsidRPr="00732E43">
        <w:rPr>
          <w:rFonts w:ascii="仿宋" w:eastAsia="仿宋" w:hAnsi="仿宋"/>
          <w:lang w:eastAsia="zh-CN"/>
        </w:rPr>
        <w:t>3) Test completed: 96H</w:t>
      </w:r>
    </w:p>
    <w:p w:rsidR="00396E48" w:rsidRPr="00732E43" w:rsidRDefault="00A16A70">
      <w:pPr>
        <w:rPr>
          <w:rFonts w:ascii="仿宋" w:eastAsia="仿宋" w:hAnsi="仿宋"/>
          <w:lang w:eastAsia="zh-CN"/>
        </w:rPr>
      </w:pPr>
      <w:r w:rsidRPr="00732E43">
        <w:rPr>
          <w:rFonts w:ascii="仿宋" w:eastAsia="仿宋" w:hAnsi="仿宋"/>
          <w:lang w:eastAsia="zh-CN"/>
        </w:rPr>
        <w:t>4) Remove the product and inspect the product and metal parts after 2H. No surface rust, corrosion, oxidation or other abnormalities.</w:t>
      </w:r>
    </w:p>
    <w:p w:rsidR="00396E48" w:rsidRPr="00732E43" w:rsidRDefault="00A16A70">
      <w:pPr>
        <w:pStyle w:val="31"/>
        <w:rPr>
          <w:rFonts w:ascii="仿宋" w:eastAsia="仿宋" w:hAnsi="仿宋"/>
          <w:lang w:eastAsia="zh-CN"/>
        </w:rPr>
      </w:pPr>
      <w:r w:rsidRPr="00732E43">
        <w:rPr>
          <w:rFonts w:ascii="仿宋" w:eastAsia="仿宋" w:hAnsi="仿宋"/>
          <w:lang w:eastAsia="zh-CN"/>
        </w:rPr>
        <w:t>1.7.6. Test Results</w:t>
      </w:r>
    </w:p>
    <w:p w:rsidR="00396E48" w:rsidRPr="00732E43" w:rsidRDefault="00A16A70">
      <w:pPr>
        <w:rPr>
          <w:rFonts w:ascii="仿宋" w:eastAsia="仿宋" w:hAnsi="仿宋"/>
          <w:lang w:eastAsia="zh-CN"/>
        </w:rPr>
      </w:pPr>
      <w:r w:rsidRPr="00732E43">
        <w:rPr>
          <w:rFonts w:ascii="仿宋" w:eastAsia="仿宋" w:hAnsi="仿宋"/>
          <w:lang w:eastAsia="zh-CN"/>
        </w:rPr>
        <w:t>After testing, samples showed no discoloration, deformation, cracking, oxidation, corrosion or other abnormalities; color difference before and after testing did not exceed 1. Considered a pass.</w:t>
      </w:r>
    </w:p>
    <w:p w:rsidR="00396E48" w:rsidRPr="00732E43" w:rsidRDefault="00A16A70">
      <w:pPr>
        <w:pStyle w:val="31"/>
        <w:rPr>
          <w:rFonts w:ascii="仿宋" w:eastAsia="仿宋" w:hAnsi="仿宋"/>
        </w:rPr>
      </w:pPr>
      <w:r w:rsidRPr="00732E43">
        <w:rPr>
          <w:rFonts w:ascii="仿宋" w:eastAsia="仿宋" w:hAnsi="仿宋"/>
        </w:rPr>
        <w:lastRenderedPageBreak/>
        <w:t>1.7.7.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330611"/>
            <wp:effectExtent l="0" t="0" r="0" b="0"/>
            <wp:docPr id="25" name="Picture 25" descr="图 1.7-1 UV紫外光照射实验图片" title="图 1.7-1 UV紫外光照射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0_image_02.png"/>
                    <pic:cNvPicPr/>
                  </pic:nvPicPr>
                  <pic:blipFill>
                    <a:blip r:embed="rId25"/>
                    <a:stretch>
                      <a:fillRect/>
                    </a:stretch>
                  </pic:blipFill>
                  <pic:spPr>
                    <a:xfrm>
                      <a:off x="0" y="0"/>
                      <a:ext cx="5760720" cy="4330611"/>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1.7-1 UV Exposure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870211"/>
            <wp:effectExtent l="0" t="0" r="0" b="0"/>
            <wp:docPr id="26" name="Picture 26" descr="图 1.7-2 UV紫外光照射实验图片" title="图 1.7-2 UV紫外光照射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0_image_03.png"/>
                    <pic:cNvPicPr/>
                  </pic:nvPicPr>
                  <pic:blipFill>
                    <a:blip r:embed="rId26"/>
                    <a:stretch>
                      <a:fillRect/>
                    </a:stretch>
                  </pic:blipFill>
                  <pic:spPr>
                    <a:xfrm>
                      <a:off x="0" y="0"/>
                      <a:ext cx="5760720" cy="4870211"/>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1.7-2 UV Exposure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016336"/>
            <wp:effectExtent l="0" t="0" r="0" b="0"/>
            <wp:docPr id="27" name="Picture 27" descr="图 1.7-3 UV紫外光照射实验图片" title="图 1.7-3 UV紫外光照射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0_image_04.png"/>
                    <pic:cNvPicPr/>
                  </pic:nvPicPr>
                  <pic:blipFill>
                    <a:blip r:embed="rId27"/>
                    <a:stretch>
                      <a:fillRect/>
                    </a:stretch>
                  </pic:blipFill>
                  <pic:spPr>
                    <a:xfrm>
                      <a:off x="0" y="0"/>
                      <a:ext cx="5760720" cy="4016336"/>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1.7-3 UV Exposure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308272"/>
            <wp:effectExtent l="0" t="0" r="0" b="0"/>
            <wp:docPr id="28" name="Picture 28" descr="图 1.7-4 UV紫外光照射实验图片" title="图 1.7-4 UV紫外光照射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0_image_05.png"/>
                    <pic:cNvPicPr/>
                  </pic:nvPicPr>
                  <pic:blipFill>
                    <a:blip r:embed="rId28"/>
                    <a:stretch>
                      <a:fillRect/>
                    </a:stretch>
                  </pic:blipFill>
                  <pic:spPr>
                    <a:xfrm>
                      <a:off x="0" y="0"/>
                      <a:ext cx="5760720" cy="4308272"/>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1.7-4 UV Exposure Photograph</w:t>
      </w:r>
    </w:p>
    <w:p w:rsidR="00396E48" w:rsidRPr="00732E43" w:rsidRDefault="00A16A70">
      <w:pPr>
        <w:pStyle w:val="31"/>
        <w:rPr>
          <w:rFonts w:ascii="仿宋" w:eastAsia="仿宋" w:hAnsi="仿宋"/>
        </w:rPr>
      </w:pPr>
      <w:r w:rsidRPr="00732E43">
        <w:rPr>
          <w:rFonts w:ascii="仿宋" w:eastAsia="仿宋" w:hAnsi="仿宋"/>
        </w:rPr>
        <w:t>1.7.8.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2025.5.9</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2025.5.9</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1"/>
        <w:rPr>
          <w:rFonts w:ascii="仿宋" w:eastAsia="仿宋" w:hAnsi="仿宋"/>
        </w:rPr>
      </w:pPr>
      <w:r w:rsidRPr="00732E43">
        <w:rPr>
          <w:rFonts w:ascii="仿宋" w:eastAsia="仿宋" w:hAnsi="仿宋"/>
        </w:rPr>
        <w:lastRenderedPageBreak/>
        <w:t>2. Mechanical Reliability</w:t>
      </w:r>
    </w:p>
    <w:p w:rsidR="00396E48" w:rsidRPr="00732E43" w:rsidRDefault="00A16A70">
      <w:pPr>
        <w:pStyle w:val="21"/>
        <w:rPr>
          <w:rFonts w:ascii="仿宋" w:eastAsia="仿宋" w:hAnsi="仿宋"/>
          <w:lang w:eastAsia="zh-CN"/>
        </w:rPr>
      </w:pPr>
      <w:r w:rsidRPr="00732E43">
        <w:rPr>
          <w:rFonts w:ascii="仿宋" w:eastAsia="仿宋" w:hAnsi="仿宋"/>
          <w:lang w:eastAsia="zh-CN"/>
        </w:rPr>
        <w:t xml:space="preserve">2.1. Unpackaged </w:t>
      </w:r>
      <w:r w:rsidR="00FE2766" w:rsidRPr="00FE2766">
        <w:rPr>
          <w:rFonts w:ascii="仿宋" w:eastAsia="仿宋" w:hAnsi="仿宋" w:hint="eastAsia"/>
        </w:rPr>
        <w:t>Unit Drop Test</w:t>
      </w:r>
    </w:p>
    <w:p w:rsidR="00396E48" w:rsidRPr="00732E43" w:rsidRDefault="00A16A70">
      <w:pPr>
        <w:pStyle w:val="31"/>
        <w:rPr>
          <w:rFonts w:ascii="仿宋" w:eastAsia="仿宋" w:hAnsi="仿宋"/>
          <w:lang w:eastAsia="zh-CN"/>
        </w:rPr>
      </w:pPr>
      <w:r w:rsidRPr="00732E43">
        <w:rPr>
          <w:rFonts w:ascii="仿宋" w:eastAsia="仿宋" w:hAnsi="仿宋"/>
          <w:lang w:eastAsia="zh-CN"/>
        </w:rPr>
        <w:t>2.1.1.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Mechanical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Unpackaged Unit Drop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2.1.2.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Test after the speaker passes visual and functional inspections.</w:t>
      </w:r>
    </w:p>
    <w:p w:rsidR="00396E48" w:rsidRPr="00732E43" w:rsidRDefault="00A16A70">
      <w:pPr>
        <w:rPr>
          <w:rFonts w:ascii="仿宋" w:eastAsia="仿宋" w:hAnsi="仿宋"/>
          <w:lang w:eastAsia="zh-CN"/>
        </w:rPr>
      </w:pPr>
      <w:r w:rsidRPr="00732E43">
        <w:rPr>
          <w:rFonts w:ascii="仿宋" w:eastAsia="仿宋" w:hAnsi="仿宋"/>
          <w:lang w:eastAsia="zh-CN"/>
        </w:rPr>
        <w:t>2) Drop according to the specified drop height: drop 6 times from 100CM in different orientations.</w:t>
      </w:r>
    </w:p>
    <w:p w:rsidR="00396E48" w:rsidRPr="00732E43" w:rsidRDefault="00A16A70">
      <w:pPr>
        <w:rPr>
          <w:rFonts w:ascii="仿宋" w:eastAsia="仿宋" w:hAnsi="仿宋"/>
          <w:lang w:eastAsia="zh-CN"/>
        </w:rPr>
      </w:pPr>
      <w:r w:rsidRPr="00732E43">
        <w:rPr>
          <w:rFonts w:ascii="仿宋" w:eastAsia="仿宋" w:hAnsi="仿宋"/>
          <w:lang w:eastAsia="zh-CN"/>
        </w:rPr>
        <w:t>3) Check that basic functions, performance and structure are normal, with no loose internal parts.</w:t>
      </w:r>
    </w:p>
    <w:p w:rsidR="00396E48" w:rsidRPr="00732E43" w:rsidRDefault="00A16A70">
      <w:pPr>
        <w:pStyle w:val="31"/>
        <w:rPr>
          <w:rFonts w:ascii="仿宋" w:eastAsia="仿宋" w:hAnsi="仿宋"/>
          <w:lang w:eastAsia="zh-CN"/>
        </w:rPr>
      </w:pPr>
      <w:r w:rsidRPr="00732E43">
        <w:rPr>
          <w:rFonts w:ascii="仿宋" w:eastAsia="仿宋" w:hAnsi="仿宋"/>
          <w:lang w:eastAsia="zh-CN"/>
        </w:rPr>
        <w:t>2.1.3.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Drop 6 times from 100CM in different orientations. Normal basic functions and structure, with no loose exterior or internal parts after dropping, constitute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2.1.4. Equipment and Tools</w:t>
      </w:r>
    </w:p>
    <w:p w:rsidR="00396E48" w:rsidRPr="00732E43" w:rsidRDefault="00A16A70">
      <w:pPr>
        <w:rPr>
          <w:rFonts w:ascii="仿宋" w:eastAsia="仿宋" w:hAnsi="仿宋"/>
          <w:lang w:eastAsia="zh-CN"/>
        </w:rPr>
      </w:pPr>
      <w:r w:rsidRPr="00732E43">
        <w:rPr>
          <w:rFonts w:ascii="仿宋" w:eastAsia="仿宋" w:hAnsi="仿宋"/>
          <w:lang w:eastAsia="zh-CN"/>
        </w:rPr>
        <w:t xml:space="preserve">1) Test </w:t>
      </w:r>
      <w:r w:rsidR="004522D8">
        <w:rPr>
          <w:rFonts w:ascii="仿宋" w:eastAsia="仿宋" w:hAnsi="仿宋" w:hint="eastAsia"/>
          <w:lang w:eastAsia="zh-CN"/>
        </w:rPr>
        <w:t/>
      </w:r>
      <w:r w:rsidRPr="00732E43">
        <w:rPr>
          <w:rFonts w:ascii="仿宋" w:eastAsia="仿宋" w:hAnsi="仿宋"/>
          <w:lang w:eastAsia="zh-CN"/>
        </w:rPr>
        <w:t>samples*2pcs</w:t>
      </w:r>
    </w:p>
    <w:p w:rsidR="00396E48" w:rsidRPr="00732E43" w:rsidRDefault="00A16A70">
      <w:pPr>
        <w:rPr>
          <w:rFonts w:ascii="仿宋" w:eastAsia="仿宋" w:hAnsi="仿宋"/>
          <w:lang w:eastAsia="zh-CN"/>
        </w:rPr>
      </w:pPr>
      <w:r w:rsidRPr="00732E43">
        <w:rPr>
          <w:rFonts w:ascii="仿宋" w:eastAsia="仿宋" w:hAnsi="仿宋"/>
          <w:lang w:eastAsia="zh-CN"/>
        </w:rPr>
        <w:t xml:space="preserve">2) Tape </w:t>
      </w:r>
      <w:r w:rsidR="004522D8">
        <w:rPr>
          <w:rFonts w:ascii="仿宋" w:eastAsia="仿宋" w:hAnsi="仿宋" w:hint="eastAsia"/>
          <w:lang w:eastAsia="zh-CN"/>
        </w:rPr>
        <w:t/>
      </w:r>
      <w:r w:rsidRPr="00732E43">
        <w:rPr>
          <w:rFonts w:ascii="仿宋" w:eastAsia="仿宋" w:hAnsi="仿宋"/>
          <w:lang w:eastAsia="zh-CN"/>
        </w:rPr>
        <w:t>measure*1pcs</w:t>
      </w:r>
    </w:p>
    <w:p w:rsidR="00396E48" w:rsidRPr="00732E43" w:rsidRDefault="00A16A70">
      <w:pPr>
        <w:pStyle w:val="31"/>
        <w:rPr>
          <w:rFonts w:ascii="仿宋" w:eastAsia="仿宋" w:hAnsi="仿宋"/>
          <w:lang w:eastAsia="zh-CN"/>
        </w:rPr>
      </w:pPr>
      <w:r w:rsidRPr="00732E43">
        <w:rPr>
          <w:rFonts w:ascii="仿宋" w:eastAsia="仿宋" w:hAnsi="仿宋"/>
          <w:lang w:eastAsia="zh-CN"/>
        </w:rPr>
        <w:t>2.1.5. Test Procedure</w:t>
      </w:r>
    </w:p>
    <w:p w:rsidR="00396E48" w:rsidRPr="00732E43" w:rsidRDefault="00A16A70">
      <w:pPr>
        <w:rPr>
          <w:rFonts w:ascii="仿宋" w:eastAsia="仿宋" w:hAnsi="仿宋"/>
          <w:lang w:eastAsia="zh-CN"/>
        </w:rPr>
      </w:pPr>
      <w:r w:rsidRPr="00732E43">
        <w:rPr>
          <w:rFonts w:ascii="仿宋" w:eastAsia="仿宋" w:hAnsi="仿宋"/>
          <w:lang w:eastAsia="zh-CN"/>
        </w:rPr>
        <w:t>1) Drop the product from 100cn in different orientations.</w:t>
      </w:r>
    </w:p>
    <w:p w:rsidR="00396E48" w:rsidRPr="00732E43" w:rsidRDefault="00A16A70">
      <w:pPr>
        <w:rPr>
          <w:rFonts w:ascii="仿宋" w:eastAsia="仿宋" w:hAnsi="仿宋"/>
          <w:lang w:eastAsia="zh-CN"/>
        </w:rPr>
      </w:pPr>
      <w:r w:rsidRPr="00732E43">
        <w:rPr>
          <w:rFonts w:ascii="仿宋" w:eastAsia="仿宋" w:hAnsi="仿宋"/>
          <w:lang w:eastAsia="zh-CN"/>
        </w:rPr>
        <w:t>2) Allow the product to fall freely onto the floor.</w:t>
      </w:r>
    </w:p>
    <w:p w:rsidR="00396E48" w:rsidRPr="00732E43" w:rsidRDefault="00A16A70">
      <w:pPr>
        <w:rPr>
          <w:rFonts w:ascii="仿宋" w:eastAsia="仿宋" w:hAnsi="仿宋"/>
          <w:lang w:eastAsia="zh-CN"/>
        </w:rPr>
      </w:pPr>
      <w:r w:rsidRPr="00732E43">
        <w:rPr>
          <w:rFonts w:ascii="仿宋" w:eastAsia="仿宋" w:hAnsi="仿宋"/>
          <w:lang w:eastAsia="zh-CN"/>
        </w:rPr>
        <w:t>3) In this drop test, the product showed no loose internal parts; functions and performance were normal.</w:t>
      </w:r>
    </w:p>
    <w:p w:rsidR="00396E48" w:rsidRPr="00732E43" w:rsidRDefault="00A16A70">
      <w:pPr>
        <w:pStyle w:val="31"/>
        <w:rPr>
          <w:rFonts w:ascii="仿宋" w:eastAsia="仿宋" w:hAnsi="仿宋"/>
          <w:lang w:eastAsia="zh-CN"/>
        </w:rPr>
      </w:pPr>
      <w:r w:rsidRPr="00732E43">
        <w:rPr>
          <w:rFonts w:ascii="仿宋" w:eastAsia="仿宋" w:hAnsi="仿宋"/>
          <w:lang w:eastAsia="zh-CN"/>
        </w:rPr>
        <w:lastRenderedPageBreak/>
        <w:t>2.1.6. Test Results</w:t>
      </w:r>
    </w:p>
    <w:p w:rsidR="00396E48" w:rsidRPr="00732E43" w:rsidRDefault="00A16A70">
      <w:pPr>
        <w:rPr>
          <w:rFonts w:ascii="仿宋" w:eastAsia="仿宋" w:hAnsi="仿宋"/>
          <w:lang w:eastAsia="zh-CN"/>
        </w:rPr>
      </w:pPr>
      <w:r w:rsidRPr="00732E43">
        <w:rPr>
          <w:rFonts w:ascii="仿宋" w:eastAsia="仿宋" w:hAnsi="仿宋"/>
          <w:lang w:eastAsia="zh-CN"/>
        </w:rPr>
        <w:t>After the drop test, no internal looseness or functional defects were found, and the structure was normal. Considered a pass.</w:t>
      </w:r>
    </w:p>
    <w:p w:rsidR="00396E48" w:rsidRPr="00732E43" w:rsidRDefault="00A16A70">
      <w:pPr>
        <w:pStyle w:val="31"/>
        <w:rPr>
          <w:rFonts w:ascii="仿宋" w:eastAsia="仿宋" w:hAnsi="仿宋"/>
        </w:rPr>
      </w:pPr>
      <w:r w:rsidRPr="00732E43">
        <w:rPr>
          <w:rFonts w:ascii="仿宋" w:eastAsia="仿宋" w:hAnsi="仿宋"/>
        </w:rPr>
        <w:t>2.1.7.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4811927" cy="5577840"/>
            <wp:effectExtent l="0" t="0" r="0" b="0"/>
            <wp:docPr id="29" name="Picture 29" descr="图 2.1-1 跌落测试实验图片" title="图 2.1-1 跌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8_image_03.png"/>
                    <pic:cNvPicPr/>
                  </pic:nvPicPr>
                  <pic:blipFill>
                    <a:blip r:embed="rId29"/>
                    <a:stretch>
                      <a:fillRect/>
                    </a:stretch>
                  </pic:blipFill>
                  <pic:spPr>
                    <a:xfrm>
                      <a:off x="0" y="0"/>
                      <a:ext cx="4811927"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2.1-1 Drop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024542" cy="5577840"/>
            <wp:effectExtent l="0" t="0" r="0" b="0"/>
            <wp:docPr id="30" name="Picture 30" descr="图 2.1-2 跌落测试实验图片" title="图 2.1-2 跌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8_image_04.png"/>
                    <pic:cNvPicPr/>
                  </pic:nvPicPr>
                  <pic:blipFill>
                    <a:blip r:embed="rId30"/>
                    <a:stretch>
                      <a:fillRect/>
                    </a:stretch>
                  </pic:blipFill>
                  <pic:spPr>
                    <a:xfrm>
                      <a:off x="0" y="0"/>
                      <a:ext cx="5024542"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2.1-2 Drop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4827159" cy="5577840"/>
            <wp:effectExtent l="0" t="0" r="0" b="0"/>
            <wp:docPr id="31" name="Picture 31" descr="图 2.1-3 跌落测试实验图片" title="图 2.1-3 跌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8_image_05.png"/>
                    <pic:cNvPicPr/>
                  </pic:nvPicPr>
                  <pic:blipFill>
                    <a:blip r:embed="rId31"/>
                    <a:stretch>
                      <a:fillRect/>
                    </a:stretch>
                  </pic:blipFill>
                  <pic:spPr>
                    <a:xfrm>
                      <a:off x="0" y="0"/>
                      <a:ext cx="4827159"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2.1-3 Drop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5245287"/>
            <wp:effectExtent l="0" t="0" r="0" b="0"/>
            <wp:docPr id="32" name="Picture 32" descr="图 2.1-4 跌落测试实验图片" title="图 2.1-4 跌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8_image_06.png"/>
                    <pic:cNvPicPr/>
                  </pic:nvPicPr>
                  <pic:blipFill>
                    <a:blip r:embed="rId32"/>
                    <a:stretch>
                      <a:fillRect/>
                    </a:stretch>
                  </pic:blipFill>
                  <pic:spPr>
                    <a:xfrm>
                      <a:off x="0" y="0"/>
                      <a:ext cx="5760720" cy="5245287"/>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2.1-4 Drop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395354"/>
            <wp:effectExtent l="0" t="0" r="0" b="0"/>
            <wp:docPr id="33" name="Picture 33" descr="图 2.1-5 跌落测试实验图片" title="图 2.1-5 跌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8_image_07.png"/>
                    <pic:cNvPicPr/>
                  </pic:nvPicPr>
                  <pic:blipFill>
                    <a:blip r:embed="rId33"/>
                    <a:stretch>
                      <a:fillRect/>
                    </a:stretch>
                  </pic:blipFill>
                  <pic:spPr>
                    <a:xfrm>
                      <a:off x="0" y="0"/>
                      <a:ext cx="5760720" cy="4395354"/>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2.1-5 Drop Test Photograph</w:t>
      </w:r>
    </w:p>
    <w:p w:rsidR="00396E48" w:rsidRPr="00732E43" w:rsidRDefault="00A16A70">
      <w:pPr>
        <w:pStyle w:val="31"/>
        <w:rPr>
          <w:rFonts w:ascii="仿宋" w:eastAsia="仿宋" w:hAnsi="仿宋"/>
          <w:lang w:eastAsia="zh-CN"/>
        </w:rPr>
      </w:pPr>
      <w:r w:rsidRPr="00732E43">
        <w:rPr>
          <w:rFonts w:ascii="仿宋" w:eastAsia="仿宋" w:hAnsi="仿宋"/>
          <w:lang w:eastAsia="zh-CN"/>
        </w:rPr>
        <w:t>2.1.8.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2025.4.25</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2025.4.25</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rPr>
      </w:pPr>
      <w:r w:rsidRPr="00732E43">
        <w:rPr>
          <w:rFonts w:ascii="仿宋" w:eastAsia="仿宋" w:hAnsi="仿宋"/>
        </w:rPr>
        <w:lastRenderedPageBreak/>
        <w:t xml:space="preserve">2.2. Simulated </w:t>
      </w:r>
      <w:r w:rsidR="00FE2766" w:rsidRPr="00FE2766">
        <w:rPr>
          <w:rFonts w:ascii="仿宋" w:eastAsia="仿宋" w:hAnsi="仿宋" w:hint="eastAsia"/>
        </w:rPr>
        <w:t>Vibration Test</w:t>
      </w:r>
    </w:p>
    <w:p w:rsidR="00396E48" w:rsidRPr="00732E43" w:rsidRDefault="00A16A70">
      <w:pPr>
        <w:pStyle w:val="31"/>
        <w:rPr>
          <w:rFonts w:ascii="仿宋" w:eastAsia="仿宋" w:hAnsi="仿宋"/>
        </w:rPr>
      </w:pPr>
      <w:r w:rsidRPr="00732E43">
        <w:rPr>
          <w:rFonts w:ascii="仿宋" w:eastAsia="仿宋" w:hAnsi="仿宋"/>
        </w:rPr>
        <w:t>2.2.1.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Mechanical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Simulated Vibration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2025.5.8</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2025.5.8</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2025.5.8</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2.2.2.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Check that the product operates normally before testing.</w:t>
      </w:r>
    </w:p>
    <w:p w:rsidR="00396E48" w:rsidRPr="00732E43" w:rsidRDefault="00A16A70">
      <w:pPr>
        <w:rPr>
          <w:rFonts w:ascii="仿宋" w:eastAsia="仿宋" w:hAnsi="仿宋"/>
          <w:lang w:eastAsia="zh-CN"/>
        </w:rPr>
      </w:pPr>
      <w:r w:rsidRPr="00732E43">
        <w:rPr>
          <w:rFonts w:ascii="仿宋" w:eastAsia="仿宋" w:hAnsi="仿宋"/>
          <w:lang w:eastAsia="zh-CN"/>
        </w:rPr>
        <w:t>2) Test at 7~50HZ with a constant amplitude of 0.8mm and at 50~200HZ with a constant acceleration of 4g, for 1 hour on each X, Y and Z axis.</w:t>
      </w:r>
    </w:p>
    <w:p w:rsidR="00396E48" w:rsidRPr="00732E43" w:rsidRDefault="00A16A70">
      <w:pPr>
        <w:rPr>
          <w:rFonts w:ascii="仿宋" w:eastAsia="仿宋" w:hAnsi="仿宋"/>
          <w:lang w:eastAsia="zh-CN"/>
        </w:rPr>
      </w:pPr>
      <w:r w:rsidRPr="00732E43">
        <w:rPr>
          <w:rFonts w:ascii="仿宋" w:eastAsia="仿宋" w:hAnsi="仿宋"/>
          <w:lang w:eastAsia="zh-CN"/>
        </w:rPr>
        <w:t>3) The DUT must show no internal rattling or visibly loose parts, and all functions and performance must be normal. Repeat the listening test and compare with pre-test data; results should be essentially consistent.</w:t>
      </w:r>
    </w:p>
    <w:p w:rsidR="00396E48" w:rsidRPr="00732E43" w:rsidRDefault="00A16A70">
      <w:pPr>
        <w:pStyle w:val="31"/>
        <w:rPr>
          <w:rFonts w:ascii="仿宋" w:eastAsia="仿宋" w:hAnsi="仿宋"/>
          <w:lang w:eastAsia="zh-CN"/>
        </w:rPr>
      </w:pPr>
      <w:r w:rsidRPr="00732E43">
        <w:rPr>
          <w:rFonts w:ascii="仿宋" w:eastAsia="仿宋" w:hAnsi="仿宋"/>
          <w:lang w:eastAsia="zh-CN"/>
        </w:rPr>
        <w:t>2.2.3. Equipment and Tools</w:t>
      </w:r>
    </w:p>
    <w:p w:rsidR="00396E48" w:rsidRPr="00732E43" w:rsidRDefault="00A16A70">
      <w:pPr>
        <w:rPr>
          <w:rFonts w:ascii="仿宋" w:eastAsia="仿宋" w:hAnsi="仿宋"/>
          <w:lang w:eastAsia="zh-CN"/>
        </w:rPr>
      </w:pPr>
      <w:r w:rsidRPr="00732E43">
        <w:rPr>
          <w:rFonts w:ascii="仿宋" w:eastAsia="仿宋" w:hAnsi="仿宋"/>
          <w:lang w:eastAsia="zh-CN"/>
        </w:rPr>
        <w:t xml:space="preserve">1) Test </w:t>
      </w:r>
      <w:r w:rsidR="004522D8">
        <w:rPr>
          <w:rFonts w:ascii="仿宋" w:eastAsia="仿宋" w:hAnsi="仿宋" w:hint="eastAsia"/>
          <w:lang w:eastAsia="zh-CN"/>
        </w:rPr>
        <w:t/>
      </w:r>
      <w:r w:rsidRPr="00732E43">
        <w:rPr>
          <w:rFonts w:ascii="仿宋" w:eastAsia="仿宋" w:hAnsi="仿宋"/>
          <w:lang w:eastAsia="zh-CN"/>
        </w:rPr>
        <w:t>samples*2pcs</w:t>
      </w:r>
    </w:p>
    <w:p w:rsidR="00396E48" w:rsidRPr="00732E43" w:rsidRDefault="00A16A70">
      <w:pPr>
        <w:rPr>
          <w:rFonts w:ascii="仿宋" w:eastAsia="仿宋" w:hAnsi="仿宋"/>
          <w:lang w:eastAsia="zh-CN"/>
        </w:rPr>
      </w:pPr>
      <w:r w:rsidRPr="00732E43">
        <w:rPr>
          <w:rFonts w:ascii="仿宋" w:eastAsia="仿宋" w:hAnsi="仿宋"/>
          <w:lang w:eastAsia="zh-CN"/>
        </w:rPr>
        <w:t>2) Wrench</w:t>
      </w:r>
    </w:p>
    <w:p w:rsidR="00396E48" w:rsidRPr="00732E43" w:rsidRDefault="00A16A70">
      <w:pPr>
        <w:rPr>
          <w:rFonts w:ascii="仿宋" w:eastAsia="仿宋" w:hAnsi="仿宋"/>
          <w:lang w:eastAsia="zh-CN"/>
        </w:rPr>
      </w:pPr>
      <w:r w:rsidRPr="00732E43">
        <w:rPr>
          <w:rFonts w:ascii="仿宋" w:eastAsia="仿宋" w:hAnsi="仿宋"/>
          <w:lang w:eastAsia="zh-CN"/>
        </w:rPr>
        <w:t>3) Simulated vibration test machine.</w:t>
      </w:r>
    </w:p>
    <w:p w:rsidR="00396E48" w:rsidRPr="00732E43" w:rsidRDefault="00A16A70">
      <w:pPr>
        <w:pStyle w:val="31"/>
        <w:rPr>
          <w:rFonts w:ascii="仿宋" w:eastAsia="仿宋" w:hAnsi="仿宋"/>
          <w:lang w:eastAsia="zh-CN"/>
        </w:rPr>
      </w:pPr>
      <w:r w:rsidRPr="00732E43">
        <w:rPr>
          <w:rFonts w:ascii="仿宋" w:eastAsia="仿宋" w:hAnsi="仿宋"/>
          <w:lang w:eastAsia="zh-CN"/>
        </w:rPr>
        <w:t>2.2.4. Test Procedure</w:t>
      </w:r>
    </w:p>
    <w:p w:rsidR="00396E48" w:rsidRPr="00732E43" w:rsidRDefault="00A16A70">
      <w:pPr>
        <w:rPr>
          <w:rFonts w:ascii="仿宋" w:eastAsia="仿宋" w:hAnsi="仿宋"/>
          <w:lang w:eastAsia="zh-CN"/>
        </w:rPr>
      </w:pPr>
      <w:r w:rsidRPr="00732E43">
        <w:rPr>
          <w:rFonts w:ascii="仿宋" w:eastAsia="仿宋" w:hAnsi="仿宋"/>
          <w:lang w:eastAsia="zh-CN"/>
        </w:rPr>
        <w:t>1) Place the packaging carton on the vibration machine and secure it with the fixture.</w:t>
      </w:r>
    </w:p>
    <w:p w:rsidR="00396E48" w:rsidRPr="00732E43" w:rsidRDefault="00A16A70">
      <w:pPr>
        <w:rPr>
          <w:rFonts w:ascii="仿宋" w:eastAsia="仿宋" w:hAnsi="仿宋"/>
          <w:lang w:eastAsia="zh-CN"/>
        </w:rPr>
      </w:pPr>
      <w:r w:rsidRPr="00732E43">
        <w:rPr>
          <w:rFonts w:ascii="仿宋" w:eastAsia="仿宋" w:hAnsi="仿宋"/>
          <w:lang w:eastAsia="zh-CN"/>
        </w:rPr>
        <w:t>2) Test the second face.</w:t>
      </w:r>
    </w:p>
    <w:p w:rsidR="00396E48" w:rsidRPr="00732E43" w:rsidRDefault="00A16A70">
      <w:pPr>
        <w:rPr>
          <w:rFonts w:ascii="仿宋" w:eastAsia="仿宋" w:hAnsi="仿宋"/>
          <w:lang w:eastAsia="zh-CN"/>
        </w:rPr>
      </w:pPr>
      <w:r w:rsidRPr="00732E43">
        <w:rPr>
          <w:rFonts w:ascii="仿宋" w:eastAsia="仿宋" w:hAnsi="仿宋"/>
          <w:lang w:eastAsia="zh-CN"/>
        </w:rPr>
        <w:t>3) Test the third face.</w:t>
      </w:r>
    </w:p>
    <w:p w:rsidR="00396E48" w:rsidRPr="00732E43" w:rsidRDefault="00A16A70">
      <w:pPr>
        <w:rPr>
          <w:rFonts w:ascii="仿宋" w:eastAsia="仿宋" w:hAnsi="仿宋"/>
          <w:lang w:eastAsia="zh-CN"/>
        </w:rPr>
      </w:pPr>
      <w:r w:rsidRPr="00732E43">
        <w:rPr>
          <w:rFonts w:ascii="仿宋" w:eastAsia="仿宋" w:hAnsi="仿宋"/>
          <w:lang w:eastAsia="zh-CN"/>
        </w:rPr>
        <w:t>4) Turn on the power and set the vibration speed per minute. With 245/minute displayed, press Run to start.</w:t>
      </w:r>
    </w:p>
    <w:p w:rsidR="00396E48" w:rsidRPr="00732E43" w:rsidRDefault="00A16A70">
      <w:pPr>
        <w:rPr>
          <w:rFonts w:ascii="仿宋" w:eastAsia="仿宋" w:hAnsi="仿宋"/>
          <w:lang w:eastAsia="zh-CN"/>
        </w:rPr>
      </w:pPr>
      <w:r w:rsidRPr="00732E43">
        <w:rPr>
          <w:rFonts w:ascii="仿宋" w:eastAsia="仿宋" w:hAnsi="仿宋"/>
          <w:lang w:eastAsia="zh-CN"/>
        </w:rPr>
        <w:t>5) Run each face for 60 minutes at a speed of 245/min.</w:t>
      </w:r>
    </w:p>
    <w:p w:rsidR="00396E48" w:rsidRPr="00732E43" w:rsidRDefault="00A16A70">
      <w:pPr>
        <w:rPr>
          <w:rFonts w:ascii="仿宋" w:eastAsia="仿宋" w:hAnsi="仿宋"/>
          <w:lang w:eastAsia="zh-CN"/>
        </w:rPr>
      </w:pPr>
      <w:r w:rsidRPr="00732E43">
        <w:rPr>
          <w:rFonts w:ascii="仿宋" w:eastAsia="仿宋" w:hAnsi="仿宋"/>
          <w:lang w:eastAsia="zh-CN"/>
        </w:rPr>
        <w:t>6) Open the product carton and inspect. No loose internal parts or functional defects were found.</w:t>
      </w:r>
    </w:p>
    <w:p w:rsidR="00396E48" w:rsidRPr="00732E43" w:rsidRDefault="00A16A70">
      <w:pPr>
        <w:pStyle w:val="31"/>
        <w:rPr>
          <w:rFonts w:ascii="仿宋" w:eastAsia="仿宋" w:hAnsi="仿宋"/>
          <w:lang w:eastAsia="zh-CN"/>
        </w:rPr>
      </w:pPr>
      <w:r w:rsidRPr="00732E43">
        <w:rPr>
          <w:rFonts w:ascii="仿宋" w:eastAsia="仿宋" w:hAnsi="仿宋"/>
          <w:lang w:eastAsia="zh-CN"/>
        </w:rPr>
        <w:t>2.2.5. Test Results</w:t>
      </w:r>
    </w:p>
    <w:p w:rsidR="00396E48" w:rsidRPr="00732E43" w:rsidRDefault="00A16A70">
      <w:pPr>
        <w:rPr>
          <w:rFonts w:ascii="仿宋" w:eastAsia="仿宋" w:hAnsi="仿宋"/>
          <w:lang w:eastAsia="zh-CN"/>
        </w:rPr>
      </w:pPr>
      <w:r w:rsidRPr="00732E43">
        <w:rPr>
          <w:rFonts w:ascii="仿宋" w:eastAsia="仿宋" w:hAnsi="仿宋"/>
          <w:lang w:eastAsia="zh-CN"/>
        </w:rPr>
        <w:t>The tested product showed no internal looseness or scratches, and functions were normal (pass).</w:t>
      </w:r>
    </w:p>
    <w:p w:rsidR="00396E48" w:rsidRPr="00732E43" w:rsidRDefault="00A16A70">
      <w:pPr>
        <w:pStyle w:val="31"/>
        <w:rPr>
          <w:rFonts w:ascii="仿宋" w:eastAsia="仿宋" w:hAnsi="仿宋"/>
        </w:rPr>
      </w:pPr>
      <w:r w:rsidRPr="00732E43">
        <w:rPr>
          <w:rFonts w:ascii="仿宋" w:eastAsia="仿宋" w:hAnsi="仿宋"/>
        </w:rPr>
        <w:lastRenderedPageBreak/>
        <w:t>2.2.6.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320540"/>
            <wp:effectExtent l="0" t="0" r="0" b="0"/>
            <wp:docPr id="34" name="Picture 34" descr="图 2.2-1 裸机振动测试实验图片" title="图 2.2-1 裸机振动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9_image_02.png"/>
                    <pic:cNvPicPr/>
                  </pic:nvPicPr>
                  <pic:blipFill>
                    <a:blip r:embed="rId34"/>
                    <a:stretch>
                      <a:fillRect/>
                    </a:stretch>
                  </pic:blipFill>
                  <pic:spPr>
                    <a:xfrm>
                      <a:off x="0" y="0"/>
                      <a:ext cx="5760720" cy="432054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2.2-1 Unpackaged Unit Vibration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972997"/>
            <wp:effectExtent l="0" t="0" r="0" b="0"/>
            <wp:docPr id="35" name="Picture 35" descr="图 2.2-2 裸机振动测试实验图片" title="图 2.2-2 裸机振动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9_image_04.png"/>
                    <pic:cNvPicPr/>
                  </pic:nvPicPr>
                  <pic:blipFill>
                    <a:blip r:embed="rId35"/>
                    <a:stretch>
                      <a:fillRect/>
                    </a:stretch>
                  </pic:blipFill>
                  <pic:spPr>
                    <a:xfrm>
                      <a:off x="0" y="0"/>
                      <a:ext cx="5760720" cy="4972997"/>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2.2-2 Unpackaged Unit Vibration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5362470"/>
            <wp:effectExtent l="0" t="0" r="0" b="0"/>
            <wp:docPr id="36" name="Picture 36" descr="图 2.2-3 裸机振动测试实验图片" title="图 2.2-3 裸机振动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9_image_05.png"/>
                    <pic:cNvPicPr/>
                  </pic:nvPicPr>
                  <pic:blipFill>
                    <a:blip r:embed="rId36"/>
                    <a:stretch>
                      <a:fillRect/>
                    </a:stretch>
                  </pic:blipFill>
                  <pic:spPr>
                    <a:xfrm>
                      <a:off x="0" y="0"/>
                      <a:ext cx="5760720" cy="536247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2.2-3 Unpackaged Unit Vibration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483644"/>
            <wp:effectExtent l="0" t="0" r="0" b="0"/>
            <wp:docPr id="37" name="Picture 37" descr="图 2.2-4 裸机振动测试实验图片" title="图 2.2-4 裸机振动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9_image_06.png"/>
                    <pic:cNvPicPr/>
                  </pic:nvPicPr>
                  <pic:blipFill>
                    <a:blip r:embed="rId37"/>
                    <a:stretch>
                      <a:fillRect/>
                    </a:stretch>
                  </pic:blipFill>
                  <pic:spPr>
                    <a:xfrm>
                      <a:off x="0" y="0"/>
                      <a:ext cx="5760720" cy="4483644"/>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2.2-4 Unpackaged Unit Vibration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232037"/>
            <wp:effectExtent l="0" t="0" r="0" b="0"/>
            <wp:docPr id="38" name="Picture 38" descr="图 2.2-5 裸机振动测试实验图片" title="图 2.2-5 裸机振动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9_image_07.png"/>
                    <pic:cNvPicPr/>
                  </pic:nvPicPr>
                  <pic:blipFill>
                    <a:blip r:embed="rId38"/>
                    <a:stretch>
                      <a:fillRect/>
                    </a:stretch>
                  </pic:blipFill>
                  <pic:spPr>
                    <a:xfrm>
                      <a:off x="0" y="0"/>
                      <a:ext cx="5760720" cy="4232037"/>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2.2-5 Unpackaged Unit Vibration Test Photograph</w:t>
      </w:r>
    </w:p>
    <w:p w:rsidR="00396E48" w:rsidRPr="00732E43" w:rsidRDefault="00A16A70">
      <w:pPr>
        <w:pStyle w:val="31"/>
        <w:rPr>
          <w:rFonts w:ascii="仿宋" w:eastAsia="仿宋" w:hAnsi="仿宋"/>
        </w:rPr>
      </w:pPr>
      <w:r w:rsidRPr="00732E43">
        <w:rPr>
          <w:rFonts w:ascii="仿宋" w:eastAsia="仿宋" w:hAnsi="仿宋"/>
        </w:rPr>
        <w:t>2.2.7.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2025.5.8</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2025.5.8</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rPr>
      </w:pPr>
      <w:r w:rsidRPr="00732E43">
        <w:rPr>
          <w:rFonts w:ascii="仿宋" w:eastAsia="仿宋" w:hAnsi="仿宋"/>
        </w:rPr>
        <w:lastRenderedPageBreak/>
        <w:t>2.3. Button Feel</w:t>
      </w:r>
    </w:p>
    <w:p w:rsidR="00396E48" w:rsidRPr="00732E43" w:rsidRDefault="00A16A70">
      <w:pPr>
        <w:pStyle w:val="31"/>
        <w:rPr>
          <w:rFonts w:ascii="仿宋" w:eastAsia="仿宋" w:hAnsi="仿宋"/>
        </w:rPr>
      </w:pPr>
      <w:r w:rsidRPr="00732E43">
        <w:rPr>
          <w:rFonts w:ascii="仿宋" w:eastAsia="仿宋" w:hAnsi="仿宋"/>
        </w:rPr>
        <w:t>2.3.1.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Mechanical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Button Feel</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2025.5.8</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2025.5.9</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2025.5.9</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2.3.2.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Check that the product buttons function normally before testing.</w:t>
      </w:r>
    </w:p>
    <w:p w:rsidR="00396E48" w:rsidRPr="00732E43" w:rsidRDefault="00A16A70">
      <w:pPr>
        <w:rPr>
          <w:rFonts w:ascii="仿宋" w:eastAsia="仿宋" w:hAnsi="仿宋"/>
          <w:lang w:eastAsia="zh-CN"/>
        </w:rPr>
      </w:pPr>
      <w:r w:rsidRPr="00732E43">
        <w:rPr>
          <w:rFonts w:ascii="仿宋" w:eastAsia="仿宋" w:hAnsi="仿宋"/>
          <w:lang w:eastAsia="zh-CN"/>
        </w:rPr>
        <w:t>2) Press the button vertically at 90° with the button test instrument until it actuates.</w:t>
      </w:r>
    </w:p>
    <w:p w:rsidR="00396E48" w:rsidRPr="00732E43" w:rsidRDefault="00A16A70">
      <w:pPr>
        <w:rPr>
          <w:rFonts w:ascii="仿宋" w:eastAsia="仿宋" w:hAnsi="仿宋"/>
          <w:lang w:eastAsia="zh-CN"/>
        </w:rPr>
      </w:pPr>
      <w:r w:rsidRPr="00732E43">
        <w:rPr>
          <w:rFonts w:ascii="仿宋" w:eastAsia="仿宋" w:hAnsi="仿宋"/>
          <w:lang w:eastAsia="zh-CN"/>
        </w:rPr>
        <w:t>3) Use the button force tester to press the DUT button fully, without excessive pressure. Test three consecutive times, record the displayed data and judge based on the average.</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2.3.3. </w:t>
      </w:r>
      <w:r w:rsidR="00BB6617">
        <w:rPr>
          <w:rFonts w:ascii="仿宋" w:eastAsia="仿宋" w:hAnsi="仿宋"/>
          <w:lang w:eastAsia="zh-CN"/>
        </w:rPr>
        <w:t/>
      </w:r>
      <w:r w:rsidRPr="00732E43">
        <w:rPr>
          <w:rFonts w:ascii="仿宋" w:eastAsia="仿宋" w:hAnsi="仿宋"/>
          <w:lang w:eastAsia="zh-CN"/>
        </w:rPr>
        <w:t>Equipment and Tools</w:t>
      </w:r>
    </w:p>
    <w:p w:rsidR="008F6B91" w:rsidRDefault="00A16A70">
      <w:pPr>
        <w:rPr>
          <w:rFonts w:ascii="仿宋" w:eastAsia="仿宋" w:hAnsi="仿宋"/>
          <w:lang w:eastAsia="zh-CN"/>
        </w:rPr>
      </w:pPr>
      <w:r w:rsidRPr="00732E43">
        <w:rPr>
          <w:rFonts w:ascii="仿宋" w:eastAsia="仿宋" w:hAnsi="仿宋"/>
          <w:lang w:eastAsia="zh-CN"/>
        </w:rPr>
        <w:t xml:space="preserve">1) </w:t>
      </w:r>
      <w:r w:rsidR="008F6B91">
        <w:rPr>
          <w:rFonts w:ascii="仿宋" w:eastAsia="仿宋" w:hAnsi="仿宋"/>
          <w:lang w:eastAsia="zh-CN"/>
        </w:rPr>
        <w:t xml:space="preserve">Test </w:t>
      </w:r>
      <w:r w:rsidR="008F6B91">
        <w:rPr>
          <w:rFonts w:ascii="仿宋" w:eastAsia="仿宋" w:hAnsi="仿宋" w:hint="eastAsia"/>
          <w:lang w:eastAsia="zh-CN"/>
        </w:rPr>
        <w:t/>
      </w:r>
      <w:r w:rsidRPr="00732E43">
        <w:rPr>
          <w:rFonts w:ascii="仿宋" w:eastAsia="仿宋" w:hAnsi="仿宋"/>
          <w:lang w:eastAsia="zh-CN"/>
        </w:rPr>
        <w:t>samples*2pcs.</w:t>
      </w:r>
    </w:p>
    <w:p w:rsidR="00396E48" w:rsidRPr="00732E43" w:rsidRDefault="008F6B91">
      <w:pPr>
        <w:rPr>
          <w:rFonts w:ascii="仿宋" w:eastAsia="仿宋" w:hAnsi="仿宋"/>
          <w:lang w:eastAsia="zh-CN"/>
        </w:rPr>
      </w:pPr>
      <w:r>
        <w:rPr>
          <w:rFonts w:ascii="仿宋" w:eastAsia="仿宋" w:hAnsi="仿宋" w:hint="eastAsia"/>
          <w:lang w:eastAsia="zh-CN"/>
        </w:rPr>
        <w:t xml:space="preserve">2) </w:t>
      </w:r>
      <w:r w:rsidR="003D0023">
        <w:rPr>
          <w:rFonts w:ascii="仿宋" w:eastAsia="仿宋" w:hAnsi="仿宋" w:hint="eastAsia"/>
          <w:lang w:eastAsia="zh-CN"/>
        </w:rPr>
        <w:t/>
      </w:r>
      <w:r w:rsidR="00A16A70" w:rsidRPr="00732E43">
        <w:rPr>
          <w:rFonts w:ascii="仿宋" w:eastAsia="仿宋" w:hAnsi="仿宋"/>
          <w:lang w:eastAsia="zh-CN"/>
        </w:rPr>
        <w:t>Button force tester</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2.3.4. </w:t>
      </w:r>
      <w:r w:rsidR="00BB6617">
        <w:rPr>
          <w:rFonts w:ascii="仿宋" w:eastAsia="仿宋" w:hAnsi="仿宋"/>
          <w:lang w:eastAsia="zh-CN"/>
        </w:rPr>
        <w:t/>
      </w:r>
      <w:r w:rsidRPr="00732E43">
        <w:rPr>
          <w:rFonts w:ascii="仿宋" w:eastAsia="仿宋" w:hAnsi="仿宋"/>
          <w:lang w:eastAsia="zh-CN"/>
        </w:rPr>
        <w:t>Test Results</w:t>
      </w:r>
    </w:p>
    <w:p w:rsidR="00396E48" w:rsidRPr="00732E43" w:rsidRDefault="00A16A70">
      <w:pPr>
        <w:rPr>
          <w:rFonts w:ascii="仿宋" w:eastAsia="仿宋" w:hAnsi="仿宋"/>
          <w:lang w:eastAsia="zh-CN"/>
        </w:rPr>
      </w:pPr>
      <w:r w:rsidRPr="00732E43">
        <w:rPr>
          <w:rFonts w:ascii="仿宋" w:eastAsia="仿宋" w:hAnsi="仿宋"/>
          <w:lang w:eastAsia="zh-CN"/>
        </w:rPr>
        <w:t>The measured average values were between 790-903. Button feel was good.</w:t>
      </w:r>
    </w:p>
    <w:p w:rsidR="00396E48" w:rsidRPr="00732E43" w:rsidRDefault="00A16A70">
      <w:pPr>
        <w:rPr>
          <w:rFonts w:ascii="仿宋" w:eastAsia="仿宋" w:hAnsi="仿宋"/>
          <w:lang w:eastAsia="zh-CN"/>
        </w:rPr>
      </w:pPr>
      <w:r w:rsidRPr="00732E43">
        <w:rPr>
          <w:rFonts w:ascii="仿宋" w:eastAsia="仿宋" w:hAnsi="仿宋"/>
          <w:lang w:eastAsia="zh-CN"/>
        </w:rPr>
        <w:t>Button Actuation Force (unit: gf)</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936"/>
        <w:gridCol w:w="1296"/>
        <w:gridCol w:w="1469"/>
        <w:gridCol w:w="1469"/>
        <w:gridCol w:w="1469"/>
        <w:gridCol w:w="1469"/>
        <w:gridCol w:w="1469"/>
      </w:tblGrid>
      <w:tr w:rsidR="00396E48" w:rsidRPr="00732E43">
        <w:trPr>
          <w:cantSplit/>
          <w:tblHeader/>
          <w:jc w:val="center"/>
        </w:trPr>
        <w:tc>
          <w:tcPr>
            <w:tcW w:w="936"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8"/>
              </w:rPr>
              <w:t>Sample</w:t>
            </w:r>
          </w:p>
        </w:tc>
        <w:tc>
          <w:tcPr>
            <w:tcW w:w="1296"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8"/>
              </w:rPr>
              <w:t>Test Run</w:t>
            </w:r>
          </w:p>
        </w:tc>
        <w:tc>
          <w:tcPr>
            <w:tcW w:w="1469"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8"/>
              </w:rPr>
              <w:t>Power Button</w:t>
            </w:r>
          </w:p>
        </w:tc>
        <w:tc>
          <w:tcPr>
            <w:tcW w:w="1469"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8"/>
              </w:rPr>
              <w:t xml:space="preserve">“−” </w:t>
            </w:r>
            <w:r w:rsidRPr="00732E43">
              <w:rPr>
                <w:rFonts w:cs="微软雅黑" w:hint="eastAsia"/>
                <w:b/>
                <w:color w:val="FFFFFF"/>
                <w:sz w:val="18"/>
              </w:rPr>
              <w:t/>
            </w:r>
            <w:r w:rsidRPr="00732E43">
              <w:rPr>
                <w:rFonts w:ascii="仿宋" w:eastAsia="仿宋" w:hAnsi="仿宋" w:cs="仿宋" w:hint="eastAsia"/>
                <w:b/>
                <w:color w:val="FFFFFF"/>
                <w:sz w:val="18"/>
              </w:rPr>
              <w:t/>
            </w:r>
            <w:r w:rsidRPr="00732E43">
              <w:rPr>
                <w:rFonts w:ascii="仿宋" w:eastAsia="仿宋" w:hAnsi="仿宋"/>
                <w:b/>
                <w:color w:val="FFFFFF"/>
                <w:sz w:val="18"/>
              </w:rPr>
              <w:t>Button</w:t>
            </w:r>
          </w:p>
        </w:tc>
        <w:tc>
          <w:tcPr>
            <w:tcW w:w="1469"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8"/>
              </w:rPr>
              <w:t>Pause Button</w:t>
            </w:r>
          </w:p>
        </w:tc>
        <w:tc>
          <w:tcPr>
            <w:tcW w:w="1469"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8"/>
              </w:rPr>
              <w:t>“+” Button</w:t>
            </w:r>
          </w:p>
        </w:tc>
        <w:tc>
          <w:tcPr>
            <w:tcW w:w="1469"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8"/>
              </w:rPr>
              <w:t>Light Button</w:t>
            </w:r>
          </w:p>
        </w:tc>
      </w:tr>
      <w:tr w:rsidR="006945B2" w:rsidRPr="00732E43">
        <w:trPr>
          <w:cantSplit/>
          <w:jc w:val="center"/>
        </w:trPr>
        <w:tc>
          <w:tcPr>
            <w:tcW w:w="936" w:type="dxa"/>
            <w:vMerge w:val="restart"/>
            <w:tcMar>
              <w:top w:w="90" w:type="dxa"/>
              <w:left w:w="110" w:type="dxa"/>
              <w:bottom w:w="90" w:type="dxa"/>
              <w:right w:w="110" w:type="dxa"/>
            </w:tcMar>
            <w:vAlign w:val="center"/>
          </w:tcPr>
          <w:p w:rsidR="006945B2" w:rsidRPr="00732E43" w:rsidRDefault="006945B2" w:rsidP="00201857">
            <w:pPr>
              <w:spacing w:after="0" w:line="259" w:lineRule="auto"/>
              <w:rPr>
                <w:rFonts w:ascii="仿宋" w:eastAsia="仿宋" w:hAnsi="仿宋"/>
              </w:rPr>
            </w:pPr>
            <w:r w:rsidRPr="00732E43">
              <w:rPr>
                <w:rFonts w:ascii="仿宋" w:eastAsia="仿宋" w:hAnsi="仿宋"/>
                <w:sz w:val="18"/>
              </w:rPr>
              <w:t>1#</w:t>
            </w:r>
          </w:p>
        </w:tc>
        <w:tc>
          <w:tcPr>
            <w:tcW w:w="1296"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First Run</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790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790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800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850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880</w:t>
            </w:r>
          </w:p>
        </w:tc>
      </w:tr>
      <w:tr w:rsidR="006945B2" w:rsidRPr="00732E43">
        <w:trPr>
          <w:cantSplit/>
          <w:jc w:val="center"/>
        </w:trPr>
        <w:tc>
          <w:tcPr>
            <w:tcW w:w="936" w:type="dxa"/>
            <w:vMerge/>
            <w:shd w:val="clear" w:color="auto" w:fill="EAF2F8"/>
            <w:tcMar>
              <w:top w:w="90" w:type="dxa"/>
              <w:left w:w="110" w:type="dxa"/>
              <w:bottom w:w="90" w:type="dxa"/>
              <w:right w:w="110" w:type="dxa"/>
            </w:tcMar>
            <w:vAlign w:val="center"/>
          </w:tcPr>
          <w:p w:rsidR="006945B2" w:rsidRPr="00732E43" w:rsidRDefault="006945B2" w:rsidP="00201857">
            <w:pPr>
              <w:spacing w:after="0" w:line="259" w:lineRule="auto"/>
              <w:rPr>
                <w:rFonts w:ascii="仿宋" w:eastAsia="仿宋" w:hAnsi="仿宋"/>
              </w:rPr>
            </w:pPr>
          </w:p>
        </w:tc>
        <w:tc>
          <w:tcPr>
            <w:tcW w:w="1296"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Second Run</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810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850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790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800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800</w:t>
            </w:r>
          </w:p>
        </w:tc>
      </w:tr>
      <w:tr w:rsidR="006945B2" w:rsidRPr="00732E43">
        <w:trPr>
          <w:cantSplit/>
          <w:jc w:val="center"/>
        </w:trPr>
        <w:tc>
          <w:tcPr>
            <w:tcW w:w="936" w:type="dxa"/>
            <w:vMerge/>
            <w:tcMar>
              <w:top w:w="90" w:type="dxa"/>
              <w:left w:w="110" w:type="dxa"/>
              <w:bottom w:w="90" w:type="dxa"/>
              <w:right w:w="110" w:type="dxa"/>
            </w:tcMar>
            <w:vAlign w:val="center"/>
          </w:tcPr>
          <w:p w:rsidR="006945B2" w:rsidRPr="00732E43" w:rsidRDefault="006945B2" w:rsidP="00201857">
            <w:pPr>
              <w:spacing w:after="0" w:line="259" w:lineRule="auto"/>
              <w:rPr>
                <w:rFonts w:ascii="仿宋" w:eastAsia="仿宋" w:hAnsi="仿宋"/>
              </w:rPr>
            </w:pPr>
          </w:p>
        </w:tc>
        <w:tc>
          <w:tcPr>
            <w:tcW w:w="1296"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Third Run</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790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790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810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810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880</w:t>
            </w:r>
          </w:p>
        </w:tc>
      </w:tr>
      <w:tr w:rsidR="006945B2" w:rsidRPr="00732E43">
        <w:trPr>
          <w:cantSplit/>
          <w:jc w:val="center"/>
        </w:trPr>
        <w:tc>
          <w:tcPr>
            <w:tcW w:w="936" w:type="dxa"/>
            <w:vMerge/>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p>
        </w:tc>
        <w:tc>
          <w:tcPr>
            <w:tcW w:w="1296"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Average</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796.67</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810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800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820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853.33</w:t>
            </w:r>
          </w:p>
        </w:tc>
      </w:tr>
      <w:tr w:rsidR="006945B2" w:rsidRPr="00732E43">
        <w:trPr>
          <w:cantSplit/>
          <w:jc w:val="center"/>
        </w:trPr>
        <w:tc>
          <w:tcPr>
            <w:tcW w:w="936" w:type="dxa"/>
            <w:vMerge w:val="restart"/>
            <w:tcMar>
              <w:top w:w="90" w:type="dxa"/>
              <w:left w:w="110" w:type="dxa"/>
              <w:bottom w:w="90" w:type="dxa"/>
              <w:right w:w="110" w:type="dxa"/>
            </w:tcMar>
            <w:vAlign w:val="center"/>
          </w:tcPr>
          <w:p w:rsidR="006945B2" w:rsidRPr="00732E43" w:rsidRDefault="006945B2" w:rsidP="00EF0F35">
            <w:pPr>
              <w:spacing w:after="0" w:line="259" w:lineRule="auto"/>
              <w:rPr>
                <w:rFonts w:ascii="仿宋" w:eastAsia="仿宋" w:hAnsi="仿宋"/>
              </w:rPr>
            </w:pPr>
            <w:r w:rsidRPr="00732E43">
              <w:rPr>
                <w:rFonts w:ascii="仿宋" w:eastAsia="仿宋" w:hAnsi="仿宋"/>
                <w:sz w:val="18"/>
              </w:rPr>
              <w:t>2#</w:t>
            </w:r>
          </w:p>
        </w:tc>
        <w:tc>
          <w:tcPr>
            <w:tcW w:w="1296"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First Run</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900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860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900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900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900</w:t>
            </w:r>
          </w:p>
        </w:tc>
      </w:tr>
      <w:tr w:rsidR="006945B2" w:rsidRPr="00732E43">
        <w:trPr>
          <w:cantSplit/>
          <w:jc w:val="center"/>
        </w:trPr>
        <w:tc>
          <w:tcPr>
            <w:tcW w:w="936" w:type="dxa"/>
            <w:vMerge/>
            <w:shd w:val="clear" w:color="auto" w:fill="EAF2F8"/>
            <w:tcMar>
              <w:top w:w="90" w:type="dxa"/>
              <w:left w:w="110" w:type="dxa"/>
              <w:bottom w:w="90" w:type="dxa"/>
              <w:right w:w="110" w:type="dxa"/>
            </w:tcMar>
            <w:vAlign w:val="center"/>
          </w:tcPr>
          <w:p w:rsidR="006945B2" w:rsidRPr="00732E43" w:rsidRDefault="006945B2" w:rsidP="00EF0F35">
            <w:pPr>
              <w:spacing w:after="0" w:line="259" w:lineRule="auto"/>
              <w:rPr>
                <w:rFonts w:ascii="仿宋" w:eastAsia="仿宋" w:hAnsi="仿宋"/>
              </w:rPr>
            </w:pPr>
          </w:p>
        </w:tc>
        <w:tc>
          <w:tcPr>
            <w:tcW w:w="1296"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Second Run</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900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800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860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910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900</w:t>
            </w:r>
          </w:p>
        </w:tc>
      </w:tr>
      <w:tr w:rsidR="006945B2" w:rsidRPr="00732E43">
        <w:trPr>
          <w:cantSplit/>
          <w:jc w:val="center"/>
        </w:trPr>
        <w:tc>
          <w:tcPr>
            <w:tcW w:w="936" w:type="dxa"/>
            <w:vMerge/>
            <w:tcMar>
              <w:top w:w="90" w:type="dxa"/>
              <w:left w:w="110" w:type="dxa"/>
              <w:bottom w:w="90" w:type="dxa"/>
              <w:right w:w="110" w:type="dxa"/>
            </w:tcMar>
            <w:vAlign w:val="center"/>
          </w:tcPr>
          <w:p w:rsidR="006945B2" w:rsidRPr="00732E43" w:rsidRDefault="006945B2" w:rsidP="00EF0F35">
            <w:pPr>
              <w:spacing w:after="0" w:line="259" w:lineRule="auto"/>
              <w:rPr>
                <w:rFonts w:ascii="仿宋" w:eastAsia="仿宋" w:hAnsi="仿宋"/>
              </w:rPr>
            </w:pPr>
          </w:p>
        </w:tc>
        <w:tc>
          <w:tcPr>
            <w:tcW w:w="1296"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Third Run</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890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800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850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900</w:t>
            </w:r>
          </w:p>
        </w:tc>
        <w:tc>
          <w:tcPr>
            <w:tcW w:w="1469" w:type="dxa"/>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890</w:t>
            </w:r>
          </w:p>
        </w:tc>
      </w:tr>
      <w:tr w:rsidR="006945B2" w:rsidRPr="00732E43">
        <w:trPr>
          <w:cantSplit/>
          <w:jc w:val="center"/>
        </w:trPr>
        <w:tc>
          <w:tcPr>
            <w:tcW w:w="936" w:type="dxa"/>
            <w:vMerge/>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p>
        </w:tc>
        <w:tc>
          <w:tcPr>
            <w:tcW w:w="1296"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Average</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896.67</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820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870</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903.33</w:t>
            </w:r>
          </w:p>
        </w:tc>
        <w:tc>
          <w:tcPr>
            <w:tcW w:w="1469" w:type="dxa"/>
            <w:shd w:val="clear" w:color="auto" w:fill="EAF2F8"/>
            <w:tcMar>
              <w:top w:w="90" w:type="dxa"/>
              <w:left w:w="110" w:type="dxa"/>
              <w:bottom w:w="90" w:type="dxa"/>
              <w:right w:w="110" w:type="dxa"/>
            </w:tcMar>
            <w:vAlign w:val="center"/>
          </w:tcPr>
          <w:p w:rsidR="006945B2" w:rsidRPr="00732E43" w:rsidRDefault="006945B2">
            <w:pPr>
              <w:spacing w:after="0" w:line="259" w:lineRule="auto"/>
              <w:rPr>
                <w:rFonts w:ascii="仿宋" w:eastAsia="仿宋" w:hAnsi="仿宋"/>
              </w:rPr>
            </w:pPr>
            <w:r w:rsidRPr="00732E43">
              <w:rPr>
                <w:rFonts w:ascii="仿宋" w:eastAsia="仿宋" w:hAnsi="仿宋"/>
                <w:sz w:val="18"/>
              </w:rPr>
              <w:t>896.67</w:t>
            </w:r>
          </w:p>
        </w:tc>
      </w:tr>
    </w:tbl>
    <w:p w:rsidR="00396E48" w:rsidRPr="00732E43" w:rsidRDefault="00396E48">
      <w:pPr>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 xml:space="preserve">2.3.5. Test </w:t>
      </w:r>
      <w:r w:rsidR="00A3618B">
        <w:rPr>
          <w:rFonts w:ascii="仿宋" w:eastAsia="仿宋" w:hAnsi="仿宋"/>
        </w:rPr>
        <w:t/>
      </w:r>
      <w:r w:rsidRPr="00732E43">
        <w:rPr>
          <w:rFonts w:ascii="仿宋" w:eastAsia="仿宋" w:hAnsi="仿宋"/>
        </w:rPr>
        <w:t>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4624157" cy="5577840"/>
            <wp:effectExtent l="0" t="0" r="0" b="0"/>
            <wp:docPr id="39" name="Picture 39" descr="图 2.3-1 按键手感实验图片" title="图 2.3-1 按键手感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0_image_02.png"/>
                    <pic:cNvPicPr/>
                  </pic:nvPicPr>
                  <pic:blipFill>
                    <a:blip r:embed="rId39"/>
                    <a:stretch>
                      <a:fillRect/>
                    </a:stretch>
                  </pic:blipFill>
                  <pic:spPr>
                    <a:xfrm>
                      <a:off x="0" y="0"/>
                      <a:ext cx="4624157"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2.3-1 Button Feel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4383230" cy="5577840"/>
            <wp:effectExtent l="0" t="0" r="0" b="0"/>
            <wp:docPr id="40" name="Picture 40" descr="图 2.3-2 按键手感实验图片" title="图 2.3-2 按键手感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0_image_03.png"/>
                    <pic:cNvPicPr/>
                  </pic:nvPicPr>
                  <pic:blipFill>
                    <a:blip r:embed="rId40"/>
                    <a:stretch>
                      <a:fillRect/>
                    </a:stretch>
                  </pic:blipFill>
                  <pic:spPr>
                    <a:xfrm>
                      <a:off x="0" y="0"/>
                      <a:ext cx="4383230" cy="557784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2.3-2 Button Feel Photograph</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2.3.6. </w:t>
      </w:r>
      <w:r w:rsidR="00A3618B">
        <w:rPr>
          <w:rFonts w:ascii="仿宋" w:eastAsia="仿宋" w:hAnsi="仿宋"/>
          <w:lang w:eastAsia="zh-CN"/>
        </w:rPr>
        <w:t/>
      </w:r>
      <w:r w:rsidRPr="00732E43">
        <w:rPr>
          <w:rFonts w:ascii="仿宋" w:eastAsia="仿宋" w:hAnsi="仿宋"/>
          <w:lang w:eastAsia="zh-CN"/>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2025.5.8</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2025.5.8</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rPr>
      </w:pPr>
      <w:r w:rsidRPr="00732E43">
        <w:rPr>
          <w:rFonts w:ascii="仿宋" w:eastAsia="仿宋" w:hAnsi="仿宋"/>
        </w:rPr>
        <w:lastRenderedPageBreak/>
        <w:t xml:space="preserve">2.4. Button Life </w:t>
      </w:r>
      <w:r w:rsidR="00FE2766">
        <w:rPr>
          <w:rFonts w:ascii="仿宋" w:eastAsia="仿宋" w:hAnsi="仿宋"/>
        </w:rPr>
        <w:t>Test</w:t>
      </w:r>
    </w:p>
    <w:p w:rsidR="00396E48" w:rsidRPr="00732E43" w:rsidRDefault="00A16A70">
      <w:pPr>
        <w:pStyle w:val="31"/>
        <w:rPr>
          <w:rFonts w:ascii="仿宋" w:eastAsia="仿宋" w:hAnsi="仿宋"/>
        </w:rPr>
      </w:pPr>
      <w:r w:rsidRPr="00732E43">
        <w:rPr>
          <w:rFonts w:ascii="仿宋" w:eastAsia="仿宋" w:hAnsi="仿宋"/>
        </w:rPr>
        <w:t>2.4.1.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Mechanical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Button Life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2025.4.27</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2.4.2.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Check that the speaker button functions and appearance are acceptable before testing.</w:t>
      </w:r>
    </w:p>
    <w:p w:rsidR="00396E48" w:rsidRPr="00732E43" w:rsidRDefault="00A16A70">
      <w:pPr>
        <w:rPr>
          <w:rFonts w:ascii="仿宋" w:eastAsia="仿宋" w:hAnsi="仿宋"/>
          <w:lang w:eastAsia="zh-CN"/>
        </w:rPr>
      </w:pPr>
      <w:r w:rsidRPr="00732E43">
        <w:rPr>
          <w:rFonts w:ascii="仿宋" w:eastAsia="仿宋" w:hAnsi="仿宋"/>
          <w:lang w:eastAsia="zh-CN"/>
        </w:rPr>
        <w:t>2) Keep the sample stationary. Fit a 500g weight to the test actuator and operate at 40-60 cycles/minute; pressing and releasing counts as one cycle. Check basic functions every 10,000 cycles. Record appearance or structural damage and abnormal functions.</w:t>
      </w:r>
    </w:p>
    <w:p w:rsidR="00396E48" w:rsidRPr="00732E43" w:rsidRDefault="00A16A70">
      <w:pPr>
        <w:rPr>
          <w:rFonts w:ascii="仿宋" w:eastAsia="仿宋" w:hAnsi="仿宋"/>
          <w:lang w:eastAsia="zh-CN"/>
        </w:rPr>
      </w:pPr>
      <w:r w:rsidRPr="00732E43">
        <w:rPr>
          <w:rFonts w:ascii="仿宋" w:eastAsia="仿宋" w:hAnsi="仿宋"/>
          <w:lang w:eastAsia="zh-CN"/>
        </w:rPr>
        <w:t>3) The button life requirement is 10,000 cycles.</w:t>
      </w:r>
    </w:p>
    <w:p w:rsidR="00396E48" w:rsidRPr="00732E43" w:rsidRDefault="00A16A70">
      <w:pPr>
        <w:pStyle w:val="31"/>
        <w:rPr>
          <w:rFonts w:ascii="仿宋" w:eastAsia="仿宋" w:hAnsi="仿宋"/>
          <w:lang w:eastAsia="zh-CN"/>
        </w:rPr>
      </w:pPr>
      <w:r w:rsidRPr="00732E43">
        <w:rPr>
          <w:rFonts w:ascii="仿宋" w:eastAsia="仿宋" w:hAnsi="仿宋"/>
          <w:lang w:eastAsia="zh-CN"/>
        </w:rPr>
        <w:t>2.4.3.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After 10,000 cycles, the buttons must operate normally without poor contact or failure, with no deformation or broken plastic. Passing all functional tests constitutes a pass.</w:t>
      </w:r>
    </w:p>
    <w:p w:rsidR="00396E48" w:rsidRPr="00732E43" w:rsidRDefault="00A16A70">
      <w:pPr>
        <w:rPr>
          <w:rFonts w:ascii="仿宋" w:eastAsia="仿宋" w:hAnsi="仿宋"/>
          <w:lang w:eastAsia="zh-CN"/>
        </w:rPr>
      </w:pPr>
      <w:r w:rsidRPr="00732E43">
        <w:rPr>
          <w:rFonts w:ascii="仿宋" w:eastAsia="仿宋" w:hAnsi="仿宋"/>
          <w:lang w:eastAsia="zh-CN"/>
        </w:rPr>
        <w:t>2) Reduced button elasticity is acceptable if tactile response remains and functions are normal.</w:t>
      </w:r>
    </w:p>
    <w:p w:rsidR="00396E48" w:rsidRPr="00732E43" w:rsidRDefault="00A16A70">
      <w:pPr>
        <w:rPr>
          <w:rFonts w:ascii="仿宋" w:eastAsia="仿宋" w:hAnsi="仿宋"/>
          <w:lang w:eastAsia="zh-CN"/>
        </w:rPr>
      </w:pPr>
      <w:r w:rsidRPr="00732E43">
        <w:rPr>
          <w:rFonts w:ascii="仿宋" w:eastAsia="仿宋" w:hAnsi="仿宋"/>
          <w:lang w:eastAsia="zh-CN"/>
        </w:rPr>
        <w:t>3) Four products were tested for button life: 5 buttons on each product, with 10020 cycles per button.</w:t>
      </w:r>
    </w:p>
    <w:p w:rsidR="00396E48" w:rsidRPr="00732E43" w:rsidRDefault="00A16A70">
      <w:pPr>
        <w:pStyle w:val="31"/>
        <w:rPr>
          <w:rFonts w:ascii="仿宋" w:eastAsia="仿宋" w:hAnsi="仿宋"/>
          <w:lang w:eastAsia="zh-CN"/>
        </w:rPr>
      </w:pPr>
      <w:r w:rsidRPr="00732E43">
        <w:rPr>
          <w:rFonts w:ascii="仿宋" w:eastAsia="仿宋" w:hAnsi="仿宋"/>
          <w:lang w:eastAsia="zh-CN"/>
        </w:rPr>
        <w:t>2.4.4. Equipment and Tools</w:t>
      </w:r>
    </w:p>
    <w:p w:rsidR="00396E48" w:rsidRPr="00732E43" w:rsidRDefault="00A16A70">
      <w:pPr>
        <w:rPr>
          <w:rFonts w:ascii="仿宋" w:eastAsia="仿宋" w:hAnsi="仿宋"/>
          <w:lang w:eastAsia="zh-CN"/>
        </w:rPr>
      </w:pPr>
      <w:r w:rsidRPr="00732E43">
        <w:rPr>
          <w:rFonts w:ascii="仿宋" w:eastAsia="仿宋" w:hAnsi="仿宋"/>
          <w:lang w:eastAsia="zh-CN"/>
        </w:rPr>
        <w:t>1) Test samples*4pcs</w:t>
      </w:r>
    </w:p>
    <w:p w:rsidR="00396E48" w:rsidRPr="00732E43" w:rsidRDefault="00A16A70">
      <w:pPr>
        <w:rPr>
          <w:rFonts w:ascii="仿宋" w:eastAsia="仿宋" w:hAnsi="仿宋"/>
          <w:lang w:eastAsia="zh-CN"/>
        </w:rPr>
      </w:pPr>
      <w:r w:rsidRPr="00732E43">
        <w:rPr>
          <w:rFonts w:ascii="仿宋" w:eastAsia="仿宋" w:hAnsi="仿宋"/>
          <w:lang w:eastAsia="zh-CN"/>
        </w:rPr>
        <w:t>2) 500g weights, 2pcs</w:t>
      </w:r>
    </w:p>
    <w:p w:rsidR="00396E48" w:rsidRPr="00732E43" w:rsidRDefault="00A16A70">
      <w:pPr>
        <w:pStyle w:val="31"/>
        <w:rPr>
          <w:rFonts w:ascii="仿宋" w:eastAsia="仿宋" w:hAnsi="仿宋"/>
          <w:lang w:eastAsia="zh-CN"/>
        </w:rPr>
      </w:pPr>
      <w:r w:rsidRPr="00732E43">
        <w:rPr>
          <w:rFonts w:ascii="仿宋" w:eastAsia="仿宋" w:hAnsi="仿宋"/>
          <w:lang w:eastAsia="zh-CN"/>
        </w:rPr>
        <w:t>2.4.5. Test Procedure</w:t>
      </w:r>
    </w:p>
    <w:p w:rsidR="00396E48" w:rsidRPr="00732E43" w:rsidRDefault="00A16A70">
      <w:pPr>
        <w:rPr>
          <w:rFonts w:ascii="仿宋" w:eastAsia="仿宋" w:hAnsi="仿宋"/>
          <w:lang w:eastAsia="zh-CN"/>
        </w:rPr>
      </w:pPr>
      <w:r w:rsidRPr="00732E43">
        <w:rPr>
          <w:rFonts w:ascii="仿宋" w:eastAsia="仿宋" w:hAnsi="仿宋"/>
          <w:lang w:eastAsia="zh-CN"/>
        </w:rPr>
        <w:t>1) Place the product in the fixture, center it and secure it.</w:t>
      </w:r>
    </w:p>
    <w:p w:rsidR="00396E48" w:rsidRPr="00732E43" w:rsidRDefault="00A16A70">
      <w:pPr>
        <w:rPr>
          <w:rFonts w:ascii="仿宋" w:eastAsia="仿宋" w:hAnsi="仿宋"/>
          <w:lang w:eastAsia="zh-CN"/>
        </w:rPr>
      </w:pPr>
      <w:r w:rsidRPr="00732E43">
        <w:rPr>
          <w:rFonts w:ascii="仿宋" w:eastAsia="仿宋" w:hAnsi="仿宋"/>
          <w:lang w:eastAsia="zh-CN"/>
        </w:rPr>
        <w:t>2) Display the speed setting, set the cycle count and press Start.</w:t>
      </w:r>
    </w:p>
    <w:p w:rsidR="00396E48" w:rsidRPr="00732E43" w:rsidRDefault="00A16A70">
      <w:pPr>
        <w:rPr>
          <w:rFonts w:ascii="仿宋" w:eastAsia="仿宋" w:hAnsi="仿宋"/>
          <w:lang w:eastAsia="zh-CN"/>
        </w:rPr>
      </w:pPr>
      <w:r w:rsidRPr="00732E43">
        <w:rPr>
          <w:rFonts w:ascii="仿宋" w:eastAsia="仿宋" w:hAnsi="仿宋"/>
          <w:lang w:eastAsia="zh-CN"/>
        </w:rPr>
        <w:t>3) Button life test in progress</w:t>
      </w:r>
    </w:p>
    <w:p w:rsidR="00396E48" w:rsidRPr="00732E43" w:rsidRDefault="00A16A70">
      <w:pPr>
        <w:rPr>
          <w:rFonts w:ascii="仿宋" w:eastAsia="仿宋" w:hAnsi="仿宋"/>
          <w:lang w:eastAsia="zh-CN"/>
        </w:rPr>
      </w:pPr>
      <w:r w:rsidRPr="00732E43">
        <w:rPr>
          <w:rFonts w:ascii="仿宋" w:eastAsia="仿宋" w:hAnsi="仿宋"/>
          <w:lang w:eastAsia="zh-CN"/>
        </w:rPr>
        <w:t>4) Test completed: 10020 cycles</w:t>
      </w:r>
    </w:p>
    <w:p w:rsidR="00396E48" w:rsidRPr="00732E43" w:rsidRDefault="00A16A70">
      <w:pPr>
        <w:pStyle w:val="31"/>
        <w:rPr>
          <w:rFonts w:ascii="仿宋" w:eastAsia="仿宋" w:hAnsi="仿宋"/>
          <w:lang w:eastAsia="zh-CN"/>
        </w:rPr>
      </w:pPr>
      <w:r w:rsidRPr="00732E43">
        <w:rPr>
          <w:rFonts w:ascii="仿宋" w:eastAsia="仿宋" w:hAnsi="仿宋"/>
          <w:lang w:eastAsia="zh-CN"/>
        </w:rPr>
        <w:lastRenderedPageBreak/>
        <w:t>2.4.6. Test Results</w:t>
      </w:r>
    </w:p>
    <w:p w:rsidR="00396E48" w:rsidRPr="00732E43" w:rsidRDefault="00A16A70">
      <w:pPr>
        <w:rPr>
          <w:rFonts w:ascii="仿宋" w:eastAsia="仿宋" w:hAnsi="仿宋"/>
          <w:lang w:eastAsia="zh-CN"/>
        </w:rPr>
      </w:pPr>
      <w:r w:rsidRPr="00732E43">
        <w:rPr>
          <w:rFonts w:ascii="仿宋" w:eastAsia="仿宋" w:hAnsi="仿宋"/>
          <w:lang w:eastAsia="zh-CN"/>
        </w:rPr>
        <w:t>After 10,000 test cycles, each button was checked and showed no functional abnormalities (pass).</w:t>
      </w:r>
    </w:p>
    <w:p w:rsidR="00396E48" w:rsidRPr="00732E43" w:rsidRDefault="00A16A70">
      <w:pPr>
        <w:pStyle w:val="31"/>
        <w:rPr>
          <w:rFonts w:ascii="仿宋" w:eastAsia="仿宋" w:hAnsi="仿宋"/>
        </w:rPr>
      </w:pPr>
      <w:r w:rsidRPr="00732E43">
        <w:rPr>
          <w:rFonts w:ascii="仿宋" w:eastAsia="仿宋" w:hAnsi="仿宋"/>
        </w:rPr>
        <w:t>2.4.7.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020014"/>
            <wp:effectExtent l="0" t="0" r="0" b="0"/>
            <wp:docPr id="41" name="Picture 41" descr="图 2.4-1 按键寿命实验图片" title="图 2.4-1 按键寿命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1_image_02.png"/>
                    <pic:cNvPicPr/>
                  </pic:nvPicPr>
                  <pic:blipFill>
                    <a:blip r:embed="rId41"/>
                    <a:stretch>
                      <a:fillRect/>
                    </a:stretch>
                  </pic:blipFill>
                  <pic:spPr>
                    <a:xfrm>
                      <a:off x="0" y="0"/>
                      <a:ext cx="5760720" cy="4020014"/>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2.4-1 Button Life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385150"/>
            <wp:effectExtent l="0" t="0" r="0" b="0"/>
            <wp:docPr id="42" name="Picture 42" descr="图 2.4-2 按键寿命实验图片" title="图 2.4-2 按键寿命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1_image_03.png"/>
                    <pic:cNvPicPr/>
                  </pic:nvPicPr>
                  <pic:blipFill>
                    <a:blip r:embed="rId42"/>
                    <a:stretch>
                      <a:fillRect/>
                    </a:stretch>
                  </pic:blipFill>
                  <pic:spPr>
                    <a:xfrm>
                      <a:off x="0" y="0"/>
                      <a:ext cx="5760720" cy="438515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2.4-2 Button Life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5430011"/>
            <wp:effectExtent l="0" t="0" r="0" b="0"/>
            <wp:docPr id="43" name="Picture 43" descr="图 2.4-3 按键寿命实验图片" title="图 2.4-3 按键寿命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1_image_04.png"/>
                    <pic:cNvPicPr/>
                  </pic:nvPicPr>
                  <pic:blipFill>
                    <a:blip r:embed="rId43"/>
                    <a:stretch>
                      <a:fillRect/>
                    </a:stretch>
                  </pic:blipFill>
                  <pic:spPr>
                    <a:xfrm>
                      <a:off x="0" y="0"/>
                      <a:ext cx="5760720" cy="5430011"/>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2.4-3 Button Life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360603"/>
            <wp:effectExtent l="0" t="0" r="0" b="0"/>
            <wp:docPr id="44" name="Picture 44" descr="图 2.4-4 按键寿命实验图片" title="图 2.4-4 按键寿命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1_image_05.png"/>
                    <pic:cNvPicPr/>
                  </pic:nvPicPr>
                  <pic:blipFill>
                    <a:blip r:embed="rId44"/>
                    <a:stretch>
                      <a:fillRect/>
                    </a:stretch>
                  </pic:blipFill>
                  <pic:spPr>
                    <a:xfrm>
                      <a:off x="0" y="0"/>
                      <a:ext cx="5760720" cy="4360603"/>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2.4-4 Button Life Photograph</w:t>
      </w:r>
    </w:p>
    <w:p w:rsidR="00396E48" w:rsidRPr="00732E43" w:rsidRDefault="00A16A70">
      <w:pPr>
        <w:pStyle w:val="31"/>
        <w:rPr>
          <w:rFonts w:ascii="仿宋" w:eastAsia="仿宋" w:hAnsi="仿宋"/>
          <w:lang w:eastAsia="zh-CN"/>
        </w:rPr>
      </w:pPr>
      <w:r w:rsidRPr="00732E43">
        <w:rPr>
          <w:rFonts w:ascii="仿宋" w:eastAsia="仿宋" w:hAnsi="仿宋"/>
          <w:lang w:eastAsia="zh-CN"/>
        </w:rPr>
        <w:t>2.4.8.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2025.4.27</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2025.4.27</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rPr>
      </w:pPr>
      <w:r w:rsidRPr="00732E43">
        <w:rPr>
          <w:rFonts w:ascii="仿宋" w:eastAsia="仿宋" w:hAnsi="仿宋"/>
        </w:rPr>
        <w:lastRenderedPageBreak/>
        <w:t xml:space="preserve">2.5. 3.5/USB </w:t>
      </w:r>
      <w:r w:rsidR="00DB132F" w:rsidRPr="00DB132F">
        <w:rPr>
          <w:rFonts w:ascii="仿宋" w:eastAsia="仿宋" w:hAnsi="仿宋"/>
        </w:rPr>
        <w:t>Insertion and Removal Test</w:t>
      </w:r>
    </w:p>
    <w:p w:rsidR="00396E48" w:rsidRPr="00732E43" w:rsidRDefault="00A16A70">
      <w:pPr>
        <w:pStyle w:val="31"/>
        <w:rPr>
          <w:rFonts w:ascii="仿宋" w:eastAsia="仿宋" w:hAnsi="仿宋"/>
        </w:rPr>
      </w:pPr>
      <w:r w:rsidRPr="00732E43">
        <w:rPr>
          <w:rFonts w:ascii="仿宋" w:eastAsia="仿宋" w:hAnsi="仿宋"/>
        </w:rPr>
        <w:t>2.5.1.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Mechanical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3.5/USB Insertion and Removal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2024.4.25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2025.4.27</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2.5.2.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Check that the sample USB and 3.5 functions and appearance pass inspection.</w:t>
      </w:r>
    </w:p>
    <w:p w:rsidR="00396E48" w:rsidRPr="00732E43" w:rsidRDefault="00A16A70">
      <w:pPr>
        <w:rPr>
          <w:rFonts w:ascii="仿宋" w:eastAsia="仿宋" w:hAnsi="仿宋"/>
          <w:lang w:eastAsia="zh-CN"/>
        </w:rPr>
      </w:pPr>
      <w:r w:rsidRPr="00732E43">
        <w:rPr>
          <w:rFonts w:ascii="仿宋" w:eastAsia="仿宋" w:hAnsi="仿宋"/>
          <w:lang w:eastAsia="zh-CN"/>
        </w:rPr>
        <w:t>2) Secure the product on the insertion/removal tester and align the USB plug with the USB port.</w:t>
      </w:r>
    </w:p>
    <w:p w:rsidR="00396E48" w:rsidRPr="00732E43" w:rsidRDefault="00A16A70">
      <w:pPr>
        <w:rPr>
          <w:rFonts w:ascii="仿宋" w:eastAsia="仿宋" w:hAnsi="仿宋"/>
          <w:lang w:eastAsia="zh-CN"/>
        </w:rPr>
      </w:pPr>
      <w:r w:rsidRPr="00732E43">
        <w:rPr>
          <w:rFonts w:ascii="仿宋" w:eastAsia="仿宋" w:hAnsi="仿宋"/>
          <w:lang w:eastAsia="zh-CN"/>
        </w:rPr>
        <w:t>3) Perform the test at 35-45 cycles per minute.</w:t>
      </w:r>
    </w:p>
    <w:p w:rsidR="00396E48" w:rsidRPr="00732E43" w:rsidRDefault="00A16A70">
      <w:pPr>
        <w:rPr>
          <w:rFonts w:ascii="仿宋" w:eastAsia="仿宋" w:hAnsi="仿宋"/>
          <w:lang w:eastAsia="zh-CN"/>
        </w:rPr>
      </w:pPr>
      <w:r w:rsidRPr="00732E43">
        <w:rPr>
          <w:rFonts w:ascii="仿宋" w:eastAsia="仿宋" w:hAnsi="仿宋"/>
          <w:lang w:eastAsia="zh-CN"/>
        </w:rPr>
        <w:t>4) Check functions and appearance every 2500 cycles during testing.</w:t>
      </w:r>
    </w:p>
    <w:p w:rsidR="00396E48" w:rsidRPr="00732E43" w:rsidRDefault="00A16A70">
      <w:pPr>
        <w:pStyle w:val="31"/>
        <w:rPr>
          <w:rFonts w:ascii="仿宋" w:eastAsia="仿宋" w:hAnsi="仿宋"/>
          <w:lang w:eastAsia="zh-CN"/>
        </w:rPr>
      </w:pPr>
      <w:r w:rsidRPr="00732E43">
        <w:rPr>
          <w:rFonts w:ascii="仿宋" w:eastAsia="仿宋" w:hAnsi="仿宋"/>
          <w:lang w:eastAsia="zh-CN"/>
        </w:rPr>
        <w:t>2.5.3.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No functional or appearance abnormalities after 5000 cycles constitutes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2.5.4. Equipment and Tools</w:t>
      </w:r>
    </w:p>
    <w:p w:rsidR="00396E48" w:rsidRPr="00732E43" w:rsidRDefault="00A16A70">
      <w:pPr>
        <w:rPr>
          <w:rFonts w:ascii="仿宋" w:eastAsia="仿宋" w:hAnsi="仿宋"/>
          <w:lang w:eastAsia="zh-CN"/>
        </w:rPr>
      </w:pPr>
      <w:r w:rsidRPr="00732E43">
        <w:rPr>
          <w:rFonts w:ascii="仿宋" w:eastAsia="仿宋" w:hAnsi="仿宋"/>
          <w:lang w:eastAsia="zh-CN"/>
        </w:rPr>
        <w:t>1) Microcomputer-controlled insertion/removal force tester</w:t>
      </w:r>
    </w:p>
    <w:p w:rsidR="00396E48" w:rsidRPr="00732E43" w:rsidRDefault="00A16A70">
      <w:pPr>
        <w:rPr>
          <w:rFonts w:ascii="仿宋" w:eastAsia="仿宋" w:hAnsi="仿宋"/>
          <w:lang w:eastAsia="zh-CN"/>
        </w:rPr>
      </w:pPr>
      <w:r w:rsidRPr="00732E43">
        <w:rPr>
          <w:rFonts w:ascii="仿宋" w:eastAsia="仿宋" w:hAnsi="仿宋"/>
          <w:lang w:eastAsia="zh-CN"/>
        </w:rPr>
        <w:t xml:space="preserve">2) Test </w:t>
      </w:r>
      <w:r w:rsidR="004522D8">
        <w:rPr>
          <w:rFonts w:ascii="仿宋" w:eastAsia="仿宋" w:hAnsi="仿宋" w:hint="eastAsia"/>
          <w:lang w:eastAsia="zh-CN"/>
        </w:rPr>
        <w:t/>
      </w:r>
      <w:r w:rsidRPr="00732E43">
        <w:rPr>
          <w:rFonts w:ascii="仿宋" w:eastAsia="仿宋" w:hAnsi="仿宋"/>
          <w:lang w:eastAsia="zh-CN"/>
        </w:rPr>
        <w:t>units*3pcs</w:t>
      </w:r>
    </w:p>
    <w:p w:rsidR="00396E48" w:rsidRPr="00732E43" w:rsidRDefault="00A16A70">
      <w:pPr>
        <w:rPr>
          <w:rFonts w:ascii="仿宋" w:eastAsia="仿宋" w:hAnsi="仿宋"/>
          <w:lang w:eastAsia="zh-CN"/>
        </w:rPr>
      </w:pPr>
      <w:r w:rsidRPr="00732E43">
        <w:rPr>
          <w:rFonts w:ascii="仿宋" w:eastAsia="仿宋" w:hAnsi="仿宋"/>
          <w:lang w:eastAsia="zh-CN"/>
        </w:rPr>
        <w:t xml:space="preserve">3) USB data </w:t>
      </w:r>
      <w:r w:rsidR="004522D8">
        <w:rPr>
          <w:rFonts w:ascii="仿宋" w:eastAsia="仿宋" w:hAnsi="仿宋" w:hint="eastAsia"/>
          <w:lang w:eastAsia="zh-CN"/>
        </w:rPr>
        <w:t/>
      </w:r>
      <w:r w:rsidRPr="00732E43">
        <w:rPr>
          <w:rFonts w:ascii="仿宋" w:eastAsia="仿宋" w:hAnsi="仿宋"/>
          <w:lang w:eastAsia="zh-CN"/>
        </w:rPr>
        <w:t>cable*1pcs</w:t>
      </w:r>
    </w:p>
    <w:p w:rsidR="00396E48" w:rsidRPr="00732E43" w:rsidRDefault="00A16A70">
      <w:pPr>
        <w:pStyle w:val="31"/>
        <w:rPr>
          <w:rFonts w:ascii="仿宋" w:eastAsia="仿宋" w:hAnsi="仿宋"/>
          <w:lang w:eastAsia="zh-CN"/>
        </w:rPr>
      </w:pPr>
      <w:r w:rsidRPr="00732E43">
        <w:rPr>
          <w:rFonts w:ascii="仿宋" w:eastAsia="仿宋" w:hAnsi="仿宋"/>
          <w:lang w:eastAsia="zh-CN"/>
        </w:rPr>
        <w:t>2.5.5. Test Procedure</w:t>
      </w:r>
    </w:p>
    <w:p w:rsidR="00396E48" w:rsidRPr="00732E43" w:rsidRDefault="00A16A70">
      <w:pPr>
        <w:rPr>
          <w:rFonts w:ascii="仿宋" w:eastAsia="仿宋" w:hAnsi="仿宋"/>
          <w:lang w:eastAsia="zh-CN"/>
        </w:rPr>
      </w:pPr>
      <w:r w:rsidRPr="00732E43">
        <w:rPr>
          <w:rFonts w:ascii="仿宋" w:eastAsia="仿宋" w:hAnsi="仿宋"/>
          <w:lang w:eastAsia="zh-CN"/>
        </w:rPr>
        <w:t>1) Place the product in the fixture, center it and secure it.</w:t>
      </w:r>
    </w:p>
    <w:p w:rsidR="00396E48" w:rsidRPr="00732E43" w:rsidRDefault="00A16A70">
      <w:pPr>
        <w:rPr>
          <w:rFonts w:ascii="仿宋" w:eastAsia="仿宋" w:hAnsi="仿宋"/>
          <w:lang w:eastAsia="zh-CN"/>
        </w:rPr>
      </w:pPr>
      <w:r w:rsidRPr="00732E43">
        <w:rPr>
          <w:rFonts w:ascii="仿宋" w:eastAsia="仿宋" w:hAnsi="仿宋"/>
          <w:lang w:eastAsia="zh-CN"/>
        </w:rPr>
        <w:t>2) Set the parameters and press Start.</w:t>
      </w:r>
    </w:p>
    <w:p w:rsidR="00396E48" w:rsidRPr="00732E43" w:rsidRDefault="00A16A70">
      <w:pPr>
        <w:rPr>
          <w:rFonts w:ascii="仿宋" w:eastAsia="仿宋" w:hAnsi="仿宋"/>
          <w:lang w:eastAsia="zh-CN"/>
        </w:rPr>
      </w:pPr>
      <w:r w:rsidRPr="00732E43">
        <w:rPr>
          <w:rFonts w:ascii="仿宋" w:eastAsia="仿宋" w:hAnsi="仿宋"/>
          <w:lang w:eastAsia="zh-CN"/>
        </w:rPr>
        <w:t>3) Photograph of the test in progress</w:t>
      </w:r>
    </w:p>
    <w:p w:rsidR="00396E48" w:rsidRPr="00732E43" w:rsidRDefault="00A16A70">
      <w:pPr>
        <w:rPr>
          <w:rFonts w:ascii="仿宋" w:eastAsia="仿宋" w:hAnsi="仿宋"/>
          <w:lang w:eastAsia="zh-CN"/>
        </w:rPr>
      </w:pPr>
      <w:r w:rsidRPr="00732E43">
        <w:rPr>
          <w:rFonts w:ascii="仿宋" w:eastAsia="仿宋" w:hAnsi="仿宋"/>
          <w:lang w:eastAsia="zh-CN"/>
        </w:rPr>
        <w:t>4) Test completed: 5020 cycles</w:t>
      </w:r>
    </w:p>
    <w:p w:rsidR="00396E48" w:rsidRPr="00732E43" w:rsidRDefault="00A16A70">
      <w:pPr>
        <w:pStyle w:val="31"/>
        <w:rPr>
          <w:rFonts w:ascii="仿宋" w:eastAsia="仿宋" w:hAnsi="仿宋"/>
          <w:lang w:eastAsia="zh-CN"/>
        </w:rPr>
      </w:pPr>
      <w:r w:rsidRPr="00732E43">
        <w:rPr>
          <w:rFonts w:ascii="仿宋" w:eastAsia="仿宋" w:hAnsi="仿宋"/>
          <w:lang w:eastAsia="zh-CN"/>
        </w:rPr>
        <w:lastRenderedPageBreak/>
        <w:t>2.5.6. Test Results</w:t>
      </w:r>
    </w:p>
    <w:p w:rsidR="00396E48" w:rsidRPr="00732E43" w:rsidRDefault="00A16A70">
      <w:pPr>
        <w:rPr>
          <w:rFonts w:ascii="仿宋" w:eastAsia="仿宋" w:hAnsi="仿宋"/>
          <w:lang w:eastAsia="zh-CN"/>
        </w:rPr>
      </w:pPr>
      <w:r w:rsidRPr="00732E43">
        <w:rPr>
          <w:rFonts w:ascii="仿宋" w:eastAsia="仿宋" w:hAnsi="仿宋"/>
          <w:lang w:eastAsia="zh-CN"/>
        </w:rPr>
        <w:t>1) After 5000 test cycles, no functional or appearance abnormalities at the USB port constitutes a pass.</w:t>
      </w:r>
    </w:p>
    <w:p w:rsidR="00396E48" w:rsidRPr="00732E43" w:rsidRDefault="00A16A70">
      <w:pPr>
        <w:pStyle w:val="31"/>
        <w:rPr>
          <w:rFonts w:ascii="仿宋" w:eastAsia="仿宋" w:hAnsi="仿宋"/>
        </w:rPr>
      </w:pPr>
      <w:r w:rsidRPr="00732E43">
        <w:rPr>
          <w:rFonts w:ascii="仿宋" w:eastAsia="仿宋" w:hAnsi="仿宋"/>
        </w:rPr>
        <w:t>2.5.7.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297575"/>
            <wp:effectExtent l="0" t="0" r="0" b="0"/>
            <wp:docPr id="45" name="Picture 45" descr="图 2.5-1 接口插拔力及寿命试验实验图片" title="图 2.5-1 接口插拔力及寿命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2_image_02.png"/>
                    <pic:cNvPicPr/>
                  </pic:nvPicPr>
                  <pic:blipFill>
                    <a:blip r:embed="rId45"/>
                    <a:stretch>
                      <a:fillRect/>
                    </a:stretch>
                  </pic:blipFill>
                  <pic:spPr>
                    <a:xfrm>
                      <a:off x="0" y="0"/>
                      <a:ext cx="5760720" cy="4297575"/>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2.5-1 Connector Insertion/Removal Force and Life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202660"/>
            <wp:effectExtent l="0" t="0" r="0" b="0"/>
            <wp:docPr id="46" name="Picture 46" descr="图 2.5-2 接口插拔力及寿命试验实验图片" title="图 2.5-2 接口插拔力及寿命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2_image_03.png"/>
                    <pic:cNvPicPr/>
                  </pic:nvPicPr>
                  <pic:blipFill>
                    <a:blip r:embed="rId46"/>
                    <a:stretch>
                      <a:fillRect/>
                    </a:stretch>
                  </pic:blipFill>
                  <pic:spPr>
                    <a:xfrm>
                      <a:off x="0" y="0"/>
                      <a:ext cx="5760720" cy="420266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2.5-2 Connector Insertion/Removal Force and Life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171206"/>
            <wp:effectExtent l="0" t="0" r="0" b="0"/>
            <wp:docPr id="47" name="Picture 47" descr="图 2.5-3 接口插拔力及寿命试验实验图片" title="图 2.5-3 接口插拔力及寿命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2_image_04.png"/>
                    <pic:cNvPicPr/>
                  </pic:nvPicPr>
                  <pic:blipFill>
                    <a:blip r:embed="rId47"/>
                    <a:stretch>
                      <a:fillRect/>
                    </a:stretch>
                  </pic:blipFill>
                  <pic:spPr>
                    <a:xfrm>
                      <a:off x="0" y="0"/>
                      <a:ext cx="5760720" cy="4171206"/>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2.5-3 Connector Insertion/Removal Force and Life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5079076"/>
            <wp:effectExtent l="0" t="0" r="0" b="0"/>
            <wp:docPr id="48" name="Picture 48" descr="图 2.5-4 接口插拔力及寿命试验实验图片" title="图 2.5-4 接口插拔力及寿命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2_image_05.png"/>
                    <pic:cNvPicPr/>
                  </pic:nvPicPr>
                  <pic:blipFill>
                    <a:blip r:embed="rId48"/>
                    <a:stretch>
                      <a:fillRect/>
                    </a:stretch>
                  </pic:blipFill>
                  <pic:spPr>
                    <a:xfrm>
                      <a:off x="0" y="0"/>
                      <a:ext cx="5760720" cy="5079076"/>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2.5-4 Connector Insertion/Removal Force and Life Test Photograph</w:t>
      </w:r>
    </w:p>
    <w:p w:rsidR="00396E48" w:rsidRPr="00732E43" w:rsidRDefault="00A16A70">
      <w:pPr>
        <w:pStyle w:val="31"/>
        <w:rPr>
          <w:rFonts w:ascii="仿宋" w:eastAsia="仿宋" w:hAnsi="仿宋"/>
        </w:rPr>
      </w:pPr>
      <w:r w:rsidRPr="00732E43">
        <w:rPr>
          <w:rFonts w:ascii="仿宋" w:eastAsia="仿宋" w:hAnsi="仿宋"/>
        </w:rPr>
        <w:t>2.5.8.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2025.4.27</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2025.4.27</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lang w:eastAsia="zh-CN"/>
        </w:rPr>
      </w:pPr>
      <w:r w:rsidRPr="00732E43">
        <w:rPr>
          <w:rFonts w:ascii="仿宋" w:eastAsia="仿宋" w:hAnsi="仿宋"/>
          <w:lang w:eastAsia="zh-CN"/>
        </w:rPr>
        <w:lastRenderedPageBreak/>
        <w:t xml:space="preserve">2.6. USB-AUX </w:t>
      </w:r>
      <w:r w:rsidR="00DB132F" w:rsidRPr="00DB132F">
        <w:rPr>
          <w:rFonts w:ascii="仿宋" w:eastAsia="仿宋" w:hAnsi="仿宋"/>
          <w:lang w:eastAsia="zh-CN"/>
        </w:rPr>
        <w:t>Silicone Cover Pull Test</w:t>
      </w:r>
    </w:p>
    <w:p w:rsidR="00396E48" w:rsidRPr="00732E43" w:rsidRDefault="00A16A70">
      <w:pPr>
        <w:pStyle w:val="31"/>
        <w:rPr>
          <w:rFonts w:ascii="仿宋" w:eastAsia="仿宋" w:hAnsi="仿宋"/>
        </w:rPr>
      </w:pPr>
      <w:r w:rsidRPr="00732E43">
        <w:rPr>
          <w:rFonts w:ascii="仿宋" w:eastAsia="仿宋" w:hAnsi="仿宋"/>
        </w:rPr>
        <w:t>2.6.1.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Mechanical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lang w:eastAsia="zh-CN"/>
              </w:rPr>
            </w:pPr>
            <w:r w:rsidRPr="00732E43">
              <w:rPr>
                <w:rFonts w:ascii="仿宋" w:eastAsia="仿宋" w:hAnsi="仿宋"/>
                <w:sz w:val="19"/>
                <w:lang w:eastAsia="zh-CN"/>
              </w:rPr>
              <w:t>USB-AUX Silicone Cover Pull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2.6.2.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Check that the product silicone cover functions and appearance pass inspection.</w:t>
      </w:r>
    </w:p>
    <w:p w:rsidR="00396E48" w:rsidRPr="00732E43" w:rsidRDefault="00A16A70">
      <w:pPr>
        <w:rPr>
          <w:rFonts w:ascii="仿宋" w:eastAsia="仿宋" w:hAnsi="仿宋"/>
          <w:lang w:eastAsia="zh-CN"/>
        </w:rPr>
      </w:pPr>
      <w:r w:rsidRPr="00732E43">
        <w:rPr>
          <w:rFonts w:ascii="仿宋" w:eastAsia="仿宋" w:hAnsi="仿宋"/>
          <w:lang w:eastAsia="zh-CN"/>
        </w:rPr>
        <w:t>2) Open the silicone cover and apply a vertical pull of 2.5KG with a push-pull gauge, holding steadily for 60 seconds.</w:t>
      </w:r>
    </w:p>
    <w:p w:rsidR="00396E48" w:rsidRPr="00732E43" w:rsidRDefault="00A16A70">
      <w:pPr>
        <w:pStyle w:val="31"/>
        <w:rPr>
          <w:rFonts w:ascii="仿宋" w:eastAsia="仿宋" w:hAnsi="仿宋"/>
          <w:lang w:eastAsia="zh-CN"/>
        </w:rPr>
      </w:pPr>
      <w:r w:rsidRPr="00732E43">
        <w:rPr>
          <w:rFonts w:ascii="仿宋" w:eastAsia="仿宋" w:hAnsi="仿宋"/>
          <w:lang w:eastAsia="zh-CN"/>
        </w:rPr>
        <w:t>2.6.3.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 xml:space="preserve">1) Apply a vertical pull of 2.5KG with the push-pull gauge for 60 seconds. No breakage, detachment or damage </w:t>
      </w:r>
      <w:r w:rsidR="009E735D">
        <w:rPr>
          <w:rFonts w:ascii="仿宋" w:eastAsia="仿宋" w:hAnsi="仿宋"/>
          <w:lang w:eastAsia="zh-CN"/>
        </w:rPr>
        <w:t xml:space="preserve">to the </w:t>
      </w:r>
      <w:r w:rsidRPr="00732E43">
        <w:rPr>
          <w:rFonts w:ascii="仿宋" w:eastAsia="仿宋" w:hAnsi="仿宋"/>
          <w:lang w:eastAsia="zh-CN"/>
        </w:rPr>
        <w:t>silicone cover constitutes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2.6.4. Equipment and Tools</w:t>
      </w:r>
    </w:p>
    <w:p w:rsidR="00396E48" w:rsidRPr="00732E43" w:rsidRDefault="00A16A70">
      <w:pPr>
        <w:rPr>
          <w:rFonts w:ascii="仿宋" w:eastAsia="仿宋" w:hAnsi="仿宋"/>
          <w:lang w:eastAsia="zh-CN"/>
        </w:rPr>
      </w:pPr>
      <w:r w:rsidRPr="00732E43">
        <w:rPr>
          <w:rFonts w:ascii="仿宋" w:eastAsia="仿宋" w:hAnsi="仿宋"/>
          <w:lang w:eastAsia="zh-CN"/>
        </w:rPr>
        <w:t xml:space="preserve">1) Test </w:t>
      </w:r>
      <w:r w:rsidR="004522D8">
        <w:rPr>
          <w:rFonts w:ascii="仿宋" w:eastAsia="仿宋" w:hAnsi="仿宋" w:hint="eastAsia"/>
          <w:lang w:eastAsia="zh-CN"/>
        </w:rPr>
        <w:t/>
      </w:r>
      <w:r w:rsidRPr="00732E43">
        <w:rPr>
          <w:rFonts w:ascii="仿宋" w:eastAsia="仿宋" w:hAnsi="仿宋"/>
          <w:lang w:eastAsia="zh-CN"/>
        </w:rPr>
        <w:t>samples*3pcs.</w:t>
      </w:r>
    </w:p>
    <w:p w:rsidR="00396E48" w:rsidRPr="00732E43" w:rsidRDefault="00A16A70">
      <w:pPr>
        <w:rPr>
          <w:rFonts w:ascii="仿宋" w:eastAsia="仿宋" w:hAnsi="仿宋"/>
          <w:lang w:eastAsia="zh-CN"/>
        </w:rPr>
      </w:pPr>
      <w:r w:rsidRPr="00732E43">
        <w:rPr>
          <w:rFonts w:ascii="仿宋" w:eastAsia="仿宋" w:hAnsi="仿宋"/>
          <w:lang w:eastAsia="zh-CN"/>
        </w:rPr>
        <w:t xml:space="preserve">2) Push-pull </w:t>
      </w:r>
      <w:r w:rsidR="004522D8">
        <w:rPr>
          <w:rFonts w:ascii="仿宋" w:eastAsia="仿宋" w:hAnsi="仿宋" w:hint="eastAsia"/>
          <w:lang w:eastAsia="zh-CN"/>
        </w:rPr>
        <w:t/>
      </w:r>
      <w:r w:rsidRPr="00732E43">
        <w:rPr>
          <w:rFonts w:ascii="仿宋" w:eastAsia="仿宋" w:hAnsi="仿宋"/>
          <w:lang w:eastAsia="zh-CN"/>
        </w:rPr>
        <w:t>gauge*1pcs.</w:t>
      </w:r>
    </w:p>
    <w:p w:rsidR="00396E48" w:rsidRPr="00732E43" w:rsidRDefault="00A16A70">
      <w:pPr>
        <w:pStyle w:val="31"/>
        <w:rPr>
          <w:rFonts w:ascii="仿宋" w:eastAsia="仿宋" w:hAnsi="仿宋"/>
          <w:lang w:eastAsia="zh-CN"/>
        </w:rPr>
      </w:pPr>
      <w:r w:rsidRPr="00732E43">
        <w:rPr>
          <w:rFonts w:ascii="仿宋" w:eastAsia="仿宋" w:hAnsi="仿宋"/>
          <w:lang w:eastAsia="zh-CN"/>
        </w:rPr>
        <w:t>2.6.5. Test Procedure</w:t>
      </w:r>
    </w:p>
    <w:p w:rsidR="00396E48" w:rsidRPr="00732E43" w:rsidRDefault="00A16A70">
      <w:pPr>
        <w:rPr>
          <w:rFonts w:ascii="仿宋" w:eastAsia="仿宋" w:hAnsi="仿宋"/>
          <w:lang w:eastAsia="zh-CN"/>
        </w:rPr>
      </w:pPr>
      <w:r w:rsidRPr="00732E43">
        <w:rPr>
          <w:rFonts w:ascii="仿宋" w:eastAsia="仿宋" w:hAnsi="仿宋"/>
          <w:lang w:eastAsia="zh-CN"/>
        </w:rPr>
        <w:t>1) USB pull test photograph</w:t>
      </w:r>
    </w:p>
    <w:p w:rsidR="00396E48" w:rsidRPr="00732E43" w:rsidRDefault="00A16A70">
      <w:pPr>
        <w:rPr>
          <w:rFonts w:ascii="仿宋" w:eastAsia="仿宋" w:hAnsi="仿宋"/>
          <w:lang w:eastAsia="zh-CN"/>
        </w:rPr>
      </w:pPr>
      <w:r w:rsidRPr="00732E43">
        <w:rPr>
          <w:rFonts w:ascii="仿宋" w:eastAsia="仿宋" w:hAnsi="仿宋"/>
          <w:lang w:eastAsia="zh-CN"/>
        </w:rPr>
        <w:t>2) Apply a test force ≥2.5kg vertically and hold steadily for 60 seconds.</w:t>
      </w:r>
    </w:p>
    <w:p w:rsidR="00396E48" w:rsidRPr="00732E43" w:rsidRDefault="00A16A70">
      <w:pPr>
        <w:pStyle w:val="31"/>
        <w:rPr>
          <w:rFonts w:ascii="仿宋" w:eastAsia="仿宋" w:hAnsi="仿宋"/>
          <w:lang w:eastAsia="zh-CN"/>
        </w:rPr>
      </w:pPr>
      <w:r w:rsidRPr="00732E43">
        <w:rPr>
          <w:rFonts w:ascii="仿宋" w:eastAsia="仿宋" w:hAnsi="仿宋"/>
          <w:lang w:eastAsia="zh-CN"/>
        </w:rPr>
        <w:t>2.6.6. Test Results</w:t>
      </w:r>
    </w:p>
    <w:p w:rsidR="00396E48" w:rsidRPr="00732E43" w:rsidRDefault="00A16A70">
      <w:pPr>
        <w:rPr>
          <w:rFonts w:ascii="仿宋" w:eastAsia="仿宋" w:hAnsi="仿宋"/>
          <w:lang w:eastAsia="zh-CN"/>
        </w:rPr>
      </w:pPr>
      <w:r w:rsidRPr="00732E43">
        <w:rPr>
          <w:rFonts w:ascii="仿宋" w:eastAsia="仿宋" w:hAnsi="仿宋"/>
          <w:lang w:eastAsia="zh-CN"/>
        </w:rPr>
        <w:t>The product USB silicone cover passed a vertical 2.5KG pull held steadily for 60 seconds. The USB cover broke at approximately 3-4KG.</w:t>
      </w:r>
    </w:p>
    <w:p w:rsidR="00396E48" w:rsidRPr="00732E43" w:rsidRDefault="00A16A70">
      <w:pPr>
        <w:pStyle w:val="31"/>
        <w:rPr>
          <w:rFonts w:ascii="仿宋" w:eastAsia="仿宋" w:hAnsi="仿宋"/>
          <w:lang w:eastAsia="zh-CN"/>
        </w:rPr>
      </w:pPr>
      <w:r w:rsidRPr="00732E43">
        <w:rPr>
          <w:rFonts w:ascii="仿宋" w:eastAsia="仿宋" w:hAnsi="仿宋"/>
          <w:lang w:eastAsia="zh-CN"/>
        </w:rPr>
        <w:lastRenderedPageBreak/>
        <w:t>2.6.7.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4519047" cy="5577840"/>
            <wp:effectExtent l="0" t="0" r="0" b="0"/>
            <wp:docPr id="49" name="Picture 49" descr="图 2.6-1 USB接口盖拉力测试实验图片" title="图 2.6-1 USB接口盖拉力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3_image_02.png"/>
                    <pic:cNvPicPr/>
                  </pic:nvPicPr>
                  <pic:blipFill>
                    <a:blip r:embed="rId49"/>
                    <a:stretch>
                      <a:fillRect/>
                    </a:stretch>
                  </pic:blipFill>
                  <pic:spPr>
                    <a:xfrm>
                      <a:off x="0" y="0"/>
                      <a:ext cx="4519047" cy="557784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2.6-1 USB Port Cover Pull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4363310" cy="5577840"/>
            <wp:effectExtent l="0" t="0" r="0" b="0"/>
            <wp:docPr id="50" name="Picture 50" descr="图 2.6-2 USB接口盖拉力测试实验图片" title="图 2.6-2 USB接口盖拉力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3_image_03.png"/>
                    <pic:cNvPicPr/>
                  </pic:nvPicPr>
                  <pic:blipFill>
                    <a:blip r:embed="rId50"/>
                    <a:stretch>
                      <a:fillRect/>
                    </a:stretch>
                  </pic:blipFill>
                  <pic:spPr>
                    <a:xfrm>
                      <a:off x="0" y="0"/>
                      <a:ext cx="4363310" cy="557784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2.6-2 USB Port Cover Pull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4579289" cy="5577840"/>
            <wp:effectExtent l="0" t="0" r="0" b="0"/>
            <wp:docPr id="51" name="Picture 51" descr="图 2.6-3 USB接口盖拉力测试实验图片" title="图 2.6-3 USB接口盖拉力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3_image_04.png"/>
                    <pic:cNvPicPr/>
                  </pic:nvPicPr>
                  <pic:blipFill>
                    <a:blip r:embed="rId51"/>
                    <a:stretch>
                      <a:fillRect/>
                    </a:stretch>
                  </pic:blipFill>
                  <pic:spPr>
                    <a:xfrm>
                      <a:off x="0" y="0"/>
                      <a:ext cx="4579289" cy="557784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2.6-3 USB Port Cover Pull Test Photograph</w:t>
      </w:r>
    </w:p>
    <w:p w:rsidR="00396E48" w:rsidRPr="00732E43" w:rsidRDefault="00A16A70">
      <w:pPr>
        <w:pStyle w:val="31"/>
        <w:rPr>
          <w:rFonts w:ascii="仿宋" w:eastAsia="仿宋" w:hAnsi="仿宋"/>
        </w:rPr>
      </w:pPr>
      <w:r w:rsidRPr="00732E43">
        <w:rPr>
          <w:rFonts w:ascii="仿宋" w:eastAsia="仿宋" w:hAnsi="仿宋"/>
        </w:rPr>
        <w:t>2.6.8.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2025.4.25</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2025.4.25</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lang w:eastAsia="zh-CN"/>
        </w:rPr>
      </w:pPr>
      <w:r w:rsidRPr="00732E43">
        <w:rPr>
          <w:rFonts w:ascii="仿宋" w:eastAsia="仿宋" w:hAnsi="仿宋"/>
          <w:lang w:eastAsia="zh-CN"/>
        </w:rPr>
        <w:lastRenderedPageBreak/>
        <w:t>2.7. Hanging Load Test</w:t>
      </w:r>
    </w:p>
    <w:p w:rsidR="00396E48" w:rsidRPr="00732E43" w:rsidRDefault="00A16A70">
      <w:pPr>
        <w:pStyle w:val="31"/>
        <w:rPr>
          <w:rFonts w:ascii="仿宋" w:eastAsia="仿宋" w:hAnsi="仿宋"/>
          <w:lang w:eastAsia="zh-CN"/>
        </w:rPr>
      </w:pPr>
      <w:r w:rsidRPr="00732E43">
        <w:rPr>
          <w:rFonts w:ascii="仿宋" w:eastAsia="仿宋" w:hAnsi="仿宋"/>
          <w:lang w:eastAsia="zh-CN"/>
        </w:rPr>
        <w:t>2.7.1.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Mechanical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Hanging Load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2025.5.9</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2.7.2.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Perform testing after the product passes a visual inspection.</w:t>
      </w:r>
    </w:p>
    <w:p w:rsidR="00396E48" w:rsidRPr="00732E43" w:rsidRDefault="00A16A70">
      <w:pPr>
        <w:rPr>
          <w:rFonts w:ascii="仿宋" w:eastAsia="仿宋" w:hAnsi="仿宋"/>
          <w:lang w:eastAsia="zh-CN"/>
        </w:rPr>
      </w:pPr>
      <w:r w:rsidRPr="00732E43">
        <w:rPr>
          <w:rFonts w:ascii="仿宋" w:eastAsia="仿宋" w:hAnsi="仿宋"/>
          <w:lang w:eastAsia="zh-CN"/>
        </w:rPr>
        <w:t>2) Product weight: 310g. The hanging load is 3 times the product weight, or 930G.</w:t>
      </w:r>
    </w:p>
    <w:p w:rsidR="00396E48" w:rsidRPr="00732E43" w:rsidRDefault="00A16A70">
      <w:pPr>
        <w:rPr>
          <w:rFonts w:ascii="仿宋" w:eastAsia="仿宋" w:hAnsi="仿宋"/>
          <w:lang w:eastAsia="zh-CN"/>
        </w:rPr>
      </w:pPr>
      <w:r w:rsidRPr="00732E43">
        <w:rPr>
          <w:rFonts w:ascii="仿宋" w:eastAsia="仿宋" w:hAnsi="仿宋"/>
          <w:lang w:eastAsia="zh-CN"/>
        </w:rPr>
        <w:t>3) Ambient conditions: 26℃, 50%RH.</w:t>
      </w:r>
    </w:p>
    <w:p w:rsidR="00396E48" w:rsidRPr="00732E43" w:rsidRDefault="00A16A70">
      <w:pPr>
        <w:rPr>
          <w:rFonts w:ascii="仿宋" w:eastAsia="仿宋" w:hAnsi="仿宋"/>
          <w:lang w:eastAsia="zh-CN"/>
        </w:rPr>
      </w:pPr>
      <w:r w:rsidRPr="00732E43">
        <w:rPr>
          <w:rFonts w:ascii="仿宋" w:eastAsia="仿宋" w:hAnsi="仿宋"/>
          <w:lang w:eastAsia="zh-CN"/>
        </w:rPr>
        <w:t>4) Duration time: 96hrs. Duration: 96 hours. Apply a vertical hanging load for 96 hours.</w:t>
      </w:r>
    </w:p>
    <w:p w:rsidR="00396E48" w:rsidRPr="00732E43" w:rsidRDefault="00A16A70">
      <w:pPr>
        <w:pStyle w:val="31"/>
        <w:rPr>
          <w:rFonts w:ascii="仿宋" w:eastAsia="仿宋" w:hAnsi="仿宋"/>
          <w:lang w:eastAsia="zh-CN"/>
        </w:rPr>
      </w:pPr>
      <w:r w:rsidRPr="00732E43">
        <w:rPr>
          <w:rFonts w:ascii="仿宋" w:eastAsia="仿宋" w:hAnsi="仿宋"/>
          <w:lang w:eastAsia="zh-CN"/>
        </w:rPr>
        <w:t>2.7.3.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Requirement: approximately 930G weight for 96 hours. No detachment after the hanging load test constitutes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2.7.4. Equipment and Tools</w:t>
      </w:r>
    </w:p>
    <w:p w:rsidR="00396E48" w:rsidRPr="00732E43" w:rsidRDefault="00A16A70">
      <w:pPr>
        <w:rPr>
          <w:rFonts w:ascii="仿宋" w:eastAsia="仿宋" w:hAnsi="仿宋"/>
          <w:lang w:eastAsia="zh-CN"/>
        </w:rPr>
      </w:pPr>
      <w:r w:rsidRPr="00732E43">
        <w:rPr>
          <w:rFonts w:ascii="仿宋" w:eastAsia="仿宋" w:hAnsi="仿宋"/>
          <w:lang w:eastAsia="zh-CN"/>
        </w:rPr>
        <w:t xml:space="preserve">1) Test </w:t>
      </w:r>
      <w:r w:rsidR="004522D8">
        <w:rPr>
          <w:rFonts w:ascii="仿宋" w:eastAsia="仿宋" w:hAnsi="仿宋" w:hint="eastAsia"/>
          <w:lang w:eastAsia="zh-CN"/>
        </w:rPr>
        <w:t/>
      </w:r>
      <w:r w:rsidRPr="00732E43">
        <w:rPr>
          <w:rFonts w:ascii="仿宋" w:eastAsia="仿宋" w:hAnsi="仿宋"/>
          <w:lang w:eastAsia="zh-CN"/>
        </w:rPr>
        <w:t>samples*2pcs</w:t>
      </w:r>
    </w:p>
    <w:p w:rsidR="00396E48" w:rsidRPr="00732E43" w:rsidRDefault="00A16A70">
      <w:pPr>
        <w:pStyle w:val="31"/>
        <w:rPr>
          <w:rFonts w:ascii="仿宋" w:eastAsia="仿宋" w:hAnsi="仿宋"/>
          <w:lang w:eastAsia="zh-CN"/>
        </w:rPr>
      </w:pPr>
      <w:r w:rsidRPr="00732E43">
        <w:rPr>
          <w:rFonts w:ascii="仿宋" w:eastAsia="仿宋" w:hAnsi="仿宋"/>
          <w:lang w:eastAsia="zh-CN"/>
        </w:rPr>
        <w:t>2.7.5. Test Procedure</w:t>
      </w:r>
    </w:p>
    <w:p w:rsidR="00396E48" w:rsidRPr="00732E43" w:rsidRDefault="00A16A70">
      <w:pPr>
        <w:rPr>
          <w:rFonts w:ascii="仿宋" w:eastAsia="仿宋" w:hAnsi="仿宋"/>
          <w:lang w:eastAsia="zh-CN"/>
        </w:rPr>
      </w:pPr>
      <w:r w:rsidRPr="00732E43">
        <w:rPr>
          <w:rFonts w:ascii="仿宋" w:eastAsia="仿宋" w:hAnsi="仿宋"/>
          <w:lang w:eastAsia="zh-CN"/>
        </w:rPr>
        <w:t>1) Product weight: 310g</w:t>
      </w:r>
    </w:p>
    <w:p w:rsidR="00396E48" w:rsidRPr="00732E43" w:rsidRDefault="00A16A70">
      <w:pPr>
        <w:rPr>
          <w:rFonts w:ascii="仿宋" w:eastAsia="仿宋" w:hAnsi="仿宋"/>
          <w:lang w:eastAsia="zh-CN"/>
        </w:rPr>
      </w:pPr>
      <w:r w:rsidRPr="00732E43">
        <w:rPr>
          <w:rFonts w:ascii="仿宋" w:eastAsia="仿宋" w:hAnsi="仿宋"/>
          <w:lang w:eastAsia="zh-CN"/>
        </w:rPr>
        <w:t>2) Apply a vertical hanging load using a 2KG weight for 96 hours.</w:t>
      </w:r>
    </w:p>
    <w:p w:rsidR="00396E48" w:rsidRPr="00732E43" w:rsidRDefault="00A16A70">
      <w:pPr>
        <w:pStyle w:val="31"/>
        <w:rPr>
          <w:rFonts w:ascii="仿宋" w:eastAsia="仿宋" w:hAnsi="仿宋"/>
          <w:lang w:eastAsia="zh-CN"/>
        </w:rPr>
      </w:pPr>
      <w:r w:rsidRPr="00732E43">
        <w:rPr>
          <w:rFonts w:ascii="仿宋" w:eastAsia="仿宋" w:hAnsi="仿宋"/>
          <w:lang w:eastAsia="zh-CN"/>
        </w:rPr>
        <w:t>2.7.6. Test Results</w:t>
      </w:r>
    </w:p>
    <w:p w:rsidR="00396E48" w:rsidRPr="00732E43" w:rsidRDefault="00A16A70">
      <w:pPr>
        <w:rPr>
          <w:rFonts w:ascii="仿宋" w:eastAsia="仿宋" w:hAnsi="仿宋"/>
          <w:lang w:eastAsia="zh-CN"/>
        </w:rPr>
      </w:pPr>
      <w:r w:rsidRPr="00732E43">
        <w:rPr>
          <w:rFonts w:ascii="仿宋" w:eastAsia="仿宋" w:hAnsi="仿宋"/>
          <w:lang w:eastAsia="zh-CN"/>
        </w:rPr>
        <w:t>In this test, a 2KG weight, 6.5 times the product weight, was suspended vertically for 96 hours. The handle did not detach. Considered a pass.</w:t>
      </w:r>
    </w:p>
    <w:p w:rsidR="00396E48" w:rsidRPr="00732E43" w:rsidRDefault="00A16A70">
      <w:pPr>
        <w:pStyle w:val="31"/>
        <w:rPr>
          <w:rFonts w:ascii="仿宋" w:eastAsia="仿宋" w:hAnsi="仿宋"/>
        </w:rPr>
      </w:pPr>
      <w:r w:rsidRPr="00732E43">
        <w:rPr>
          <w:rFonts w:ascii="仿宋" w:eastAsia="仿宋" w:hAnsi="仿宋"/>
        </w:rPr>
        <w:lastRenderedPageBreak/>
        <w:t>2.7.7.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402388"/>
            <wp:effectExtent l="0" t="0" r="0" b="0"/>
            <wp:docPr id="52" name="Picture 52" descr="图 2.7-1 提手吊重测试实验图片" title="图 2.7-1 提手吊重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4_image_02.png"/>
                    <pic:cNvPicPr/>
                  </pic:nvPicPr>
                  <pic:blipFill>
                    <a:blip r:embed="rId52"/>
                    <a:stretch>
                      <a:fillRect/>
                    </a:stretch>
                  </pic:blipFill>
                  <pic:spPr>
                    <a:xfrm>
                      <a:off x="0" y="0"/>
                      <a:ext cx="5760720" cy="4402388"/>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2.7-1 Handle Hanging Load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984519"/>
            <wp:effectExtent l="0" t="0" r="0" b="0"/>
            <wp:docPr id="53" name="Picture 53" descr="图 2.7-2 提手吊重测试实验图片" title="图 2.7-2 提手吊重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4_image_03.png"/>
                    <pic:cNvPicPr/>
                  </pic:nvPicPr>
                  <pic:blipFill>
                    <a:blip r:embed="rId53"/>
                    <a:stretch>
                      <a:fillRect/>
                    </a:stretch>
                  </pic:blipFill>
                  <pic:spPr>
                    <a:xfrm>
                      <a:off x="0" y="0"/>
                      <a:ext cx="5760720" cy="4984519"/>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2.7-2 Handle Hanging Load Test Photograph</w:t>
      </w:r>
    </w:p>
    <w:p w:rsidR="00396E48" w:rsidRPr="00732E43" w:rsidRDefault="00A16A70">
      <w:pPr>
        <w:pStyle w:val="31"/>
        <w:rPr>
          <w:rFonts w:ascii="仿宋" w:eastAsia="仿宋" w:hAnsi="仿宋"/>
        </w:rPr>
      </w:pPr>
      <w:r w:rsidRPr="00732E43">
        <w:rPr>
          <w:rFonts w:ascii="仿宋" w:eastAsia="仿宋" w:hAnsi="仿宋"/>
        </w:rPr>
        <w:t>2.7.8.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2025.5.9</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2025.5.9</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rPr>
      </w:pPr>
      <w:r w:rsidRPr="00732E43">
        <w:rPr>
          <w:rFonts w:ascii="仿宋" w:eastAsia="仿宋" w:hAnsi="仿宋"/>
        </w:rPr>
        <w:lastRenderedPageBreak/>
        <w:t>2.8. Water Resistance Test</w:t>
      </w:r>
    </w:p>
    <w:p w:rsidR="00396E48" w:rsidRPr="00732E43" w:rsidRDefault="00A16A70">
      <w:pPr>
        <w:pStyle w:val="31"/>
        <w:rPr>
          <w:rFonts w:ascii="仿宋" w:eastAsia="仿宋" w:hAnsi="仿宋"/>
        </w:rPr>
      </w:pPr>
      <w:r w:rsidRPr="00732E43">
        <w:rPr>
          <w:rFonts w:ascii="仿宋" w:eastAsia="仿宋" w:hAnsi="仿宋"/>
        </w:rPr>
        <w:t>2.8.1.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Mechanical Reliability</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Water Resistance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2025.5.6</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2025.5.6</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2025.5.6</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2.8.2.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The product structure has a level-five water resistance rating.</w:t>
      </w:r>
    </w:p>
    <w:p w:rsidR="00396E48" w:rsidRPr="00732E43" w:rsidRDefault="00A16A70">
      <w:pPr>
        <w:rPr>
          <w:rFonts w:ascii="仿宋" w:eastAsia="仿宋" w:hAnsi="仿宋"/>
          <w:lang w:eastAsia="zh-CN"/>
        </w:rPr>
      </w:pPr>
      <w:r w:rsidRPr="00732E43">
        <w:rPr>
          <w:rFonts w:ascii="仿宋" w:eastAsia="仿宋" w:hAnsi="仿宋"/>
          <w:lang w:eastAsia="zh-CN"/>
        </w:rPr>
        <w:t>2) Check that the speaker appearance, functions and housing seal are acceptable before testing.</w:t>
      </w:r>
    </w:p>
    <w:p w:rsidR="00396E48" w:rsidRPr="00732E43" w:rsidRDefault="00A16A70">
      <w:pPr>
        <w:rPr>
          <w:rFonts w:ascii="仿宋" w:eastAsia="仿宋" w:hAnsi="仿宋"/>
          <w:lang w:eastAsia="zh-CN"/>
        </w:rPr>
      </w:pPr>
      <w:r w:rsidRPr="00732E43">
        <w:rPr>
          <w:rFonts w:ascii="仿宋" w:eastAsia="仿宋" w:hAnsi="仿宋"/>
          <w:lang w:eastAsia="zh-CN"/>
        </w:rPr>
        <w:t>3) Place the product in a clean area. Set the shower head to maximum flow and spray the product directly from different directions for 10 minutes, then remove the product and open the housing to check for water ingress.</w:t>
      </w:r>
    </w:p>
    <w:p w:rsidR="00396E48" w:rsidRPr="00732E43" w:rsidRDefault="00A16A70">
      <w:pPr>
        <w:pStyle w:val="31"/>
        <w:rPr>
          <w:rFonts w:ascii="仿宋" w:eastAsia="仿宋" w:hAnsi="仿宋"/>
          <w:lang w:eastAsia="zh-CN"/>
        </w:rPr>
      </w:pPr>
      <w:r w:rsidRPr="00732E43">
        <w:rPr>
          <w:rFonts w:ascii="仿宋" w:eastAsia="仿宋" w:hAnsi="仿宋"/>
          <w:lang w:eastAsia="zh-CN"/>
        </w:rPr>
        <w:t>2.8.3.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Set the shower head to maximum flow and spray the product directly from different directions for 10 minutes. Remove the product and open the housing; no water ingress constitutes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2.8.4. Equipment and Tools</w:t>
      </w:r>
    </w:p>
    <w:p w:rsidR="00396E48" w:rsidRPr="00732E43" w:rsidRDefault="00A16A70">
      <w:pPr>
        <w:rPr>
          <w:rFonts w:ascii="仿宋" w:eastAsia="仿宋" w:hAnsi="仿宋"/>
          <w:lang w:eastAsia="zh-CN"/>
        </w:rPr>
      </w:pPr>
      <w:r w:rsidRPr="00732E43">
        <w:rPr>
          <w:rFonts w:ascii="仿宋" w:eastAsia="仿宋" w:hAnsi="仿宋"/>
          <w:lang w:eastAsia="zh-CN"/>
        </w:rPr>
        <w:t>1) Test samples*5pcs</w:t>
      </w:r>
    </w:p>
    <w:p w:rsidR="00396E48" w:rsidRPr="00732E43" w:rsidRDefault="00A16A70">
      <w:pPr>
        <w:rPr>
          <w:rFonts w:ascii="仿宋" w:eastAsia="仿宋" w:hAnsi="仿宋"/>
          <w:lang w:eastAsia="zh-CN"/>
        </w:rPr>
      </w:pPr>
      <w:r w:rsidRPr="00732E43">
        <w:rPr>
          <w:rFonts w:ascii="仿宋" w:eastAsia="仿宋" w:hAnsi="仿宋"/>
          <w:lang w:eastAsia="zh-CN"/>
        </w:rPr>
        <w:t>2) Shower head</w:t>
      </w:r>
    </w:p>
    <w:p w:rsidR="00396E48" w:rsidRPr="00732E43" w:rsidRDefault="00A16A70">
      <w:pPr>
        <w:pStyle w:val="31"/>
        <w:rPr>
          <w:rFonts w:ascii="仿宋" w:eastAsia="仿宋" w:hAnsi="仿宋"/>
          <w:lang w:eastAsia="zh-CN"/>
        </w:rPr>
      </w:pPr>
      <w:r w:rsidRPr="00732E43">
        <w:rPr>
          <w:rFonts w:ascii="仿宋" w:eastAsia="仿宋" w:hAnsi="仿宋"/>
          <w:lang w:eastAsia="zh-CN"/>
        </w:rPr>
        <w:t>2.8.5. Test Procedure</w:t>
      </w:r>
    </w:p>
    <w:p w:rsidR="00396E48" w:rsidRPr="00732E43" w:rsidRDefault="00A16A70">
      <w:pPr>
        <w:rPr>
          <w:rFonts w:ascii="仿宋" w:eastAsia="仿宋" w:hAnsi="仿宋"/>
          <w:lang w:eastAsia="zh-CN"/>
        </w:rPr>
      </w:pPr>
      <w:r w:rsidRPr="00732E43">
        <w:rPr>
          <w:rFonts w:ascii="仿宋" w:eastAsia="仿宋" w:hAnsi="仿宋"/>
          <w:lang w:eastAsia="zh-CN"/>
        </w:rPr>
        <w:t>1) Place the product in a clean area.</w:t>
      </w:r>
    </w:p>
    <w:p w:rsidR="00396E48" w:rsidRPr="00732E43" w:rsidRDefault="00A16A70">
      <w:pPr>
        <w:rPr>
          <w:rFonts w:ascii="仿宋" w:eastAsia="仿宋" w:hAnsi="仿宋"/>
          <w:lang w:eastAsia="zh-CN"/>
        </w:rPr>
      </w:pPr>
      <w:r w:rsidRPr="00732E43">
        <w:rPr>
          <w:rFonts w:ascii="仿宋" w:eastAsia="仿宋" w:hAnsi="仿宋"/>
          <w:lang w:eastAsia="zh-CN"/>
        </w:rPr>
        <w:t>2) Spray the product directly with the shower head for 10 minutes.</w:t>
      </w:r>
    </w:p>
    <w:p w:rsidR="00396E48" w:rsidRPr="00732E43" w:rsidRDefault="00A16A70">
      <w:pPr>
        <w:pStyle w:val="31"/>
        <w:rPr>
          <w:rFonts w:ascii="仿宋" w:eastAsia="仿宋" w:hAnsi="仿宋"/>
          <w:lang w:eastAsia="zh-CN"/>
        </w:rPr>
      </w:pPr>
      <w:r w:rsidRPr="00732E43">
        <w:rPr>
          <w:rFonts w:ascii="仿宋" w:eastAsia="仿宋" w:hAnsi="仿宋"/>
          <w:lang w:eastAsia="zh-CN"/>
        </w:rPr>
        <w:t>2.8.6. Test Results</w:t>
      </w:r>
    </w:p>
    <w:p w:rsidR="00396E48" w:rsidRPr="00732E43" w:rsidRDefault="00A16A70" w:rsidP="007E4022">
      <w:pPr>
        <w:rPr>
          <w:rFonts w:ascii="仿宋" w:eastAsia="仿宋" w:hAnsi="仿宋"/>
          <w:lang w:eastAsia="zh-CN"/>
        </w:rPr>
      </w:pPr>
      <w:r w:rsidRPr="00732E43">
        <w:rPr>
          <w:rFonts w:ascii="仿宋" w:eastAsia="仿宋" w:hAnsi="仿宋"/>
          <w:lang w:eastAsia="zh-CN"/>
        </w:rPr>
        <w:t>After the water resistance test, the housing was opened and no water ingress was found inside. Considered a pass.</w:t>
      </w:r>
    </w:p>
    <w:p w:rsidR="00396E48" w:rsidRPr="00732E43" w:rsidRDefault="00A16A70">
      <w:pPr>
        <w:pStyle w:val="31"/>
        <w:rPr>
          <w:rFonts w:ascii="仿宋" w:eastAsia="仿宋" w:hAnsi="仿宋"/>
          <w:lang w:eastAsia="zh-CN"/>
        </w:rPr>
      </w:pPr>
      <w:r w:rsidRPr="00732E43">
        <w:rPr>
          <w:rFonts w:ascii="仿宋" w:eastAsia="仿宋" w:hAnsi="仿宋"/>
          <w:lang w:eastAsia="zh-CN"/>
        </w:rPr>
        <w:lastRenderedPageBreak/>
        <w:t>2.8.7.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40994" cy="5577840"/>
            <wp:effectExtent l="0" t="0" r="0" b="0"/>
            <wp:docPr id="54" name="Picture 54" descr="图 2.8-1 防水测试实验图片" title="图 2.8-1 防水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2.png"/>
                    <pic:cNvPicPr/>
                  </pic:nvPicPr>
                  <pic:blipFill>
                    <a:blip r:embed="rId54"/>
                    <a:stretch>
                      <a:fillRect/>
                    </a:stretch>
                  </pic:blipFill>
                  <pic:spPr>
                    <a:xfrm>
                      <a:off x="0" y="0"/>
                      <a:ext cx="5740994"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2.8-1 Water Resistance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149050"/>
            <wp:effectExtent l="0" t="0" r="0" b="0"/>
            <wp:docPr id="55" name="Picture 55" descr="图 2.8-2 防水测试实验图片" title="图 2.8-2 防水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3.png"/>
                    <pic:cNvPicPr/>
                  </pic:nvPicPr>
                  <pic:blipFill>
                    <a:blip r:embed="rId55"/>
                    <a:stretch>
                      <a:fillRect/>
                    </a:stretch>
                  </pic:blipFill>
                  <pic:spPr>
                    <a:xfrm>
                      <a:off x="0" y="0"/>
                      <a:ext cx="5760720" cy="414905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2.8-2 Water Resistance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606840"/>
            <wp:effectExtent l="0" t="0" r="0" b="0"/>
            <wp:docPr id="56" name="Picture 56" descr="图 2.8-3 防水测试实验图片" title="图 2.8-3 防水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4.png"/>
                    <pic:cNvPicPr/>
                  </pic:nvPicPr>
                  <pic:blipFill>
                    <a:blip r:embed="rId56"/>
                    <a:stretch>
                      <a:fillRect/>
                    </a:stretch>
                  </pic:blipFill>
                  <pic:spPr>
                    <a:xfrm>
                      <a:off x="0" y="0"/>
                      <a:ext cx="5760720" cy="4606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2.8-3 Water Resistance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5194091"/>
            <wp:effectExtent l="0" t="0" r="0" b="0"/>
            <wp:docPr id="57" name="Picture 57" descr="图 2.8-4 防水测试实验图片" title="图 2.8-4 防水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5.png"/>
                    <pic:cNvPicPr/>
                  </pic:nvPicPr>
                  <pic:blipFill>
                    <a:blip r:embed="rId57"/>
                    <a:stretch>
                      <a:fillRect/>
                    </a:stretch>
                  </pic:blipFill>
                  <pic:spPr>
                    <a:xfrm>
                      <a:off x="0" y="0"/>
                      <a:ext cx="5760720" cy="5194091"/>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2.8-4 Water Resistance Test Photograph</w:t>
      </w:r>
    </w:p>
    <w:p w:rsidR="00396E48" w:rsidRPr="00732E43" w:rsidRDefault="00A16A70">
      <w:pPr>
        <w:pStyle w:val="31"/>
        <w:rPr>
          <w:rFonts w:ascii="仿宋" w:eastAsia="仿宋" w:hAnsi="仿宋"/>
          <w:lang w:eastAsia="zh-CN"/>
        </w:rPr>
      </w:pPr>
      <w:r w:rsidRPr="00732E43">
        <w:rPr>
          <w:rFonts w:ascii="仿宋" w:eastAsia="仿宋" w:hAnsi="仿宋"/>
          <w:lang w:eastAsia="zh-CN"/>
        </w:rPr>
        <w:t>2.8.8.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2025.5.6</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2025.5.6</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1"/>
        <w:rPr>
          <w:rFonts w:ascii="仿宋" w:eastAsia="仿宋" w:hAnsi="仿宋"/>
        </w:rPr>
      </w:pPr>
      <w:r w:rsidRPr="00732E43">
        <w:rPr>
          <w:rFonts w:ascii="仿宋" w:eastAsia="仿宋" w:hAnsi="仿宋"/>
        </w:rPr>
        <w:lastRenderedPageBreak/>
        <w:t>3. EMC</w:t>
      </w:r>
    </w:p>
    <w:p w:rsidR="00396E48" w:rsidRPr="00732E43" w:rsidRDefault="007D35C2">
      <w:pPr>
        <w:pStyle w:val="21"/>
        <w:rPr>
          <w:rFonts w:ascii="仿宋" w:eastAsia="仿宋" w:hAnsi="仿宋"/>
          <w:lang w:eastAsia="zh-CN"/>
        </w:rPr>
      </w:pPr>
      <w:r>
        <w:rPr>
          <w:rFonts w:ascii="仿宋" w:eastAsia="仿宋" w:hAnsi="仿宋"/>
          <w:lang w:eastAsia="zh-CN"/>
        </w:rPr>
        <w:t xml:space="preserve">3.1. </w:t>
      </w:r>
      <w:r w:rsidRPr="007D35C2">
        <w:rPr>
          <w:rFonts w:ascii="仿宋" w:eastAsia="仿宋" w:hAnsi="仿宋"/>
          <w:lang w:eastAsia="zh-CN"/>
        </w:rPr>
        <w:t>ESD Test</w:t>
      </w:r>
    </w:p>
    <w:p w:rsidR="00396E48" w:rsidRPr="00732E43" w:rsidRDefault="00A16A70">
      <w:pPr>
        <w:pStyle w:val="31"/>
        <w:rPr>
          <w:rFonts w:ascii="仿宋" w:eastAsia="仿宋" w:hAnsi="仿宋"/>
          <w:lang w:eastAsia="zh-CN"/>
        </w:rPr>
      </w:pPr>
      <w:r w:rsidRPr="00732E43">
        <w:rPr>
          <w:rFonts w:ascii="仿宋" w:eastAsia="仿宋" w:hAnsi="仿宋"/>
          <w:lang w:eastAsia="zh-CN"/>
        </w:rPr>
        <w:t>3.1.1.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EMC</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ESD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2025.4.29</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2025.4.29</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2025.4.29</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3.1.2.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Connect the product to a phone over Bluetooth, play music, set up the equipment and begin testing.</w:t>
      </w:r>
    </w:p>
    <w:p w:rsidR="00396E48" w:rsidRPr="00732E43" w:rsidRDefault="00A16A70">
      <w:pPr>
        <w:rPr>
          <w:rFonts w:ascii="仿宋" w:eastAsia="仿宋" w:hAnsi="仿宋"/>
          <w:lang w:eastAsia="zh-CN"/>
        </w:rPr>
      </w:pPr>
      <w:r w:rsidRPr="00732E43">
        <w:rPr>
          <w:rFonts w:ascii="仿宋" w:eastAsia="仿宋" w:hAnsi="仿宋"/>
          <w:lang w:eastAsia="zh-CN"/>
        </w:rPr>
        <w:t>2) Contact ESD: ±4KV (exposed metal parts). Apply 10 discharges to the USB contact of each product.</w:t>
      </w:r>
    </w:p>
    <w:p w:rsidR="00396E48" w:rsidRPr="00732E43" w:rsidRDefault="00A16A70">
      <w:pPr>
        <w:rPr>
          <w:rFonts w:ascii="仿宋" w:eastAsia="仿宋" w:hAnsi="仿宋"/>
          <w:lang w:eastAsia="zh-CN"/>
        </w:rPr>
      </w:pPr>
      <w:r w:rsidRPr="00732E43">
        <w:rPr>
          <w:rFonts w:ascii="仿宋" w:eastAsia="仿宋" w:hAnsi="仿宋"/>
          <w:lang w:eastAsia="zh-CN"/>
        </w:rPr>
        <w:t>3) Air ESD: ±8KV (buttons, gaps, etc.). Apply 10 discharges to different points on each product’s plastic surface.</w:t>
      </w:r>
    </w:p>
    <w:p w:rsidR="00396E48" w:rsidRPr="00732E43" w:rsidRDefault="00A16A70">
      <w:pPr>
        <w:rPr>
          <w:rFonts w:ascii="仿宋" w:eastAsia="仿宋" w:hAnsi="仿宋"/>
          <w:lang w:eastAsia="zh-CN"/>
        </w:rPr>
      </w:pPr>
      <w:r w:rsidRPr="00732E43">
        <w:rPr>
          <w:rFonts w:ascii="仿宋" w:eastAsia="仿宋" w:hAnsi="仿宋"/>
          <w:lang w:eastAsia="zh-CN"/>
        </w:rPr>
        <w:t>4) Keep the product operating during testing.</w:t>
      </w:r>
    </w:p>
    <w:p w:rsidR="00396E48" w:rsidRPr="00732E43" w:rsidRDefault="00A16A70">
      <w:pPr>
        <w:pStyle w:val="31"/>
        <w:rPr>
          <w:rFonts w:ascii="仿宋" w:eastAsia="仿宋" w:hAnsi="仿宋"/>
          <w:lang w:eastAsia="zh-CN"/>
        </w:rPr>
      </w:pPr>
      <w:r w:rsidRPr="00732E43">
        <w:rPr>
          <w:rFonts w:ascii="仿宋" w:eastAsia="仿宋" w:hAnsi="仿宋"/>
          <w:lang w:eastAsia="zh-CN"/>
        </w:rPr>
        <w:t>3.1.3.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Normal operation without automatic shutdown or damage throughout testing and at completion constitutes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3.1.4. Equipment and Tools</w:t>
      </w:r>
    </w:p>
    <w:p w:rsidR="00396E48" w:rsidRPr="00732E43" w:rsidRDefault="00A16A70">
      <w:pPr>
        <w:rPr>
          <w:rFonts w:ascii="仿宋" w:eastAsia="仿宋" w:hAnsi="仿宋"/>
          <w:lang w:eastAsia="zh-CN"/>
        </w:rPr>
      </w:pPr>
      <w:r w:rsidRPr="00732E43">
        <w:rPr>
          <w:rFonts w:ascii="仿宋" w:eastAsia="仿宋" w:hAnsi="仿宋"/>
          <w:lang w:eastAsia="zh-CN"/>
        </w:rPr>
        <w:t>1) Test samples*3pcs</w:t>
      </w:r>
    </w:p>
    <w:p w:rsidR="00396E48" w:rsidRPr="00732E43" w:rsidRDefault="00A16A70">
      <w:pPr>
        <w:rPr>
          <w:rFonts w:ascii="仿宋" w:eastAsia="仿宋" w:hAnsi="仿宋"/>
          <w:lang w:eastAsia="zh-CN"/>
        </w:rPr>
      </w:pPr>
      <w:r w:rsidRPr="00732E43">
        <w:rPr>
          <w:rFonts w:ascii="仿宋" w:eastAsia="仿宋" w:hAnsi="仿宋"/>
          <w:lang w:eastAsia="zh-CN"/>
        </w:rPr>
        <w:t>2) BACL Laboratory</w:t>
      </w:r>
    </w:p>
    <w:p w:rsidR="00396E48" w:rsidRPr="00732E43" w:rsidRDefault="00A16A70">
      <w:pPr>
        <w:rPr>
          <w:rFonts w:ascii="仿宋" w:eastAsia="仿宋" w:hAnsi="仿宋"/>
          <w:lang w:eastAsia="zh-CN"/>
        </w:rPr>
      </w:pPr>
      <w:r w:rsidRPr="00732E43">
        <w:rPr>
          <w:rFonts w:ascii="仿宋" w:eastAsia="仿宋" w:hAnsi="仿宋"/>
          <w:lang w:eastAsia="zh-CN"/>
        </w:rPr>
        <w:t>3) Mobile phone</w:t>
      </w:r>
    </w:p>
    <w:p w:rsidR="00396E48" w:rsidRPr="00732E43" w:rsidRDefault="00A16A70">
      <w:pPr>
        <w:pStyle w:val="31"/>
        <w:rPr>
          <w:rFonts w:ascii="仿宋" w:eastAsia="仿宋" w:hAnsi="仿宋"/>
          <w:lang w:eastAsia="zh-CN"/>
        </w:rPr>
      </w:pPr>
      <w:r w:rsidRPr="00732E43">
        <w:rPr>
          <w:rFonts w:ascii="仿宋" w:eastAsia="仿宋" w:hAnsi="仿宋"/>
          <w:lang w:eastAsia="zh-CN"/>
        </w:rPr>
        <w:t>3.1.5. Test Procedure</w:t>
      </w:r>
    </w:p>
    <w:p w:rsidR="00396E48" w:rsidRPr="00732E43" w:rsidRDefault="00A16A70">
      <w:pPr>
        <w:rPr>
          <w:rFonts w:ascii="仿宋" w:eastAsia="仿宋" w:hAnsi="仿宋"/>
          <w:lang w:eastAsia="zh-CN"/>
        </w:rPr>
      </w:pPr>
      <w:r w:rsidRPr="00732E43">
        <w:rPr>
          <w:rFonts w:ascii="仿宋" w:eastAsia="仿宋" w:hAnsi="仿宋"/>
          <w:lang w:eastAsia="zh-CN"/>
        </w:rPr>
        <w:t>1) Contact ESD: ±4KV test photograph</w:t>
      </w:r>
    </w:p>
    <w:p w:rsidR="00396E48" w:rsidRPr="00732E43" w:rsidRDefault="00A16A70">
      <w:pPr>
        <w:rPr>
          <w:rFonts w:ascii="仿宋" w:eastAsia="仿宋" w:hAnsi="仿宋"/>
          <w:lang w:eastAsia="zh-CN"/>
        </w:rPr>
      </w:pPr>
      <w:r w:rsidRPr="00732E43">
        <w:rPr>
          <w:rFonts w:ascii="仿宋" w:eastAsia="仿宋" w:hAnsi="仿宋"/>
          <w:lang w:eastAsia="zh-CN"/>
        </w:rPr>
        <w:t>2) Air ESD: ±8KV test photograph</w:t>
      </w:r>
    </w:p>
    <w:p w:rsidR="00396E48" w:rsidRPr="00732E43" w:rsidRDefault="00A16A70">
      <w:pPr>
        <w:pStyle w:val="31"/>
        <w:rPr>
          <w:rFonts w:ascii="仿宋" w:eastAsia="仿宋" w:hAnsi="仿宋"/>
          <w:lang w:eastAsia="zh-CN"/>
        </w:rPr>
      </w:pPr>
      <w:r w:rsidRPr="00732E43">
        <w:rPr>
          <w:rFonts w:ascii="仿宋" w:eastAsia="仿宋" w:hAnsi="仿宋"/>
          <w:lang w:eastAsia="zh-CN"/>
        </w:rPr>
        <w:lastRenderedPageBreak/>
        <w:t>3.1.6. Test Results</w:t>
      </w:r>
    </w:p>
    <w:p w:rsidR="00396E48" w:rsidRPr="00732E43" w:rsidRDefault="00A16A70">
      <w:pPr>
        <w:rPr>
          <w:rFonts w:ascii="仿宋" w:eastAsia="仿宋" w:hAnsi="仿宋"/>
          <w:lang w:eastAsia="zh-CN"/>
        </w:rPr>
      </w:pPr>
      <w:r w:rsidRPr="00732E43">
        <w:rPr>
          <w:rFonts w:ascii="仿宋" w:eastAsia="仿宋" w:hAnsi="仿宋"/>
          <w:lang w:eastAsia="zh-CN"/>
        </w:rPr>
        <w:t>Testing showed that the product met the ESD requirements and operated normally during the test; the product passed.</w:t>
      </w:r>
    </w:p>
    <w:p w:rsidR="00396E48" w:rsidRPr="00732E43" w:rsidRDefault="00A16A70">
      <w:pPr>
        <w:pStyle w:val="31"/>
        <w:rPr>
          <w:rFonts w:ascii="仿宋" w:eastAsia="仿宋" w:hAnsi="仿宋"/>
        </w:rPr>
      </w:pPr>
      <w:r w:rsidRPr="00732E43">
        <w:rPr>
          <w:rFonts w:ascii="仿宋" w:eastAsia="仿宋" w:hAnsi="仿宋"/>
        </w:rPr>
        <w:t>3.1.7.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987468"/>
            <wp:effectExtent l="0" t="0" r="0" b="0"/>
            <wp:docPr id="58" name="Picture 58" descr="图 3.1-1 ESD（静电放电抗扰度）实验图片" title="图 3.1-1 ESD（静电放电抗扰度）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6_image_02.png"/>
                    <pic:cNvPicPr/>
                  </pic:nvPicPr>
                  <pic:blipFill>
                    <a:blip r:embed="rId58"/>
                    <a:stretch>
                      <a:fillRect/>
                    </a:stretch>
                  </pic:blipFill>
                  <pic:spPr>
                    <a:xfrm>
                      <a:off x="0" y="0"/>
                      <a:ext cx="5760720" cy="4987468"/>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3.1-1 ESD (Electrostatic Discharge Immunity)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5081299"/>
            <wp:effectExtent l="0" t="0" r="0" b="0"/>
            <wp:docPr id="59" name="Picture 59" descr="图 3.1-2 ESD（静电放电抗扰度）实验图片" title="图 3.1-2 ESD（静电放电抗扰度）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6_image_03.png"/>
                    <pic:cNvPicPr/>
                  </pic:nvPicPr>
                  <pic:blipFill>
                    <a:blip r:embed="rId59"/>
                    <a:stretch>
                      <a:fillRect/>
                    </a:stretch>
                  </pic:blipFill>
                  <pic:spPr>
                    <a:xfrm>
                      <a:off x="0" y="0"/>
                      <a:ext cx="5760720" cy="5081299"/>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3.1-2 ESD (Electrostatic Discharge Immunity)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591119"/>
            <wp:effectExtent l="0" t="0" r="0" b="0"/>
            <wp:docPr id="60" name="Picture 60" descr="图 3.1-3 ESD（静电放电抗扰度）实验图片" title="图 3.1-3 ESD（静电放电抗扰度）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6_image_04.png"/>
                    <pic:cNvPicPr/>
                  </pic:nvPicPr>
                  <pic:blipFill>
                    <a:blip r:embed="rId60"/>
                    <a:stretch>
                      <a:fillRect/>
                    </a:stretch>
                  </pic:blipFill>
                  <pic:spPr>
                    <a:xfrm>
                      <a:off x="0" y="0"/>
                      <a:ext cx="5760720" cy="4591119"/>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3.1-3 ESD (Electrostatic Discharge Immunity)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5513953"/>
            <wp:effectExtent l="0" t="0" r="0" b="0"/>
            <wp:docPr id="61" name="Picture 61" descr="图 3.1-4 ESD（静电放电抗扰度）实验图片" title="图 3.1-4 ESD（静电放电抗扰度）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6_image_05.png"/>
                    <pic:cNvPicPr/>
                  </pic:nvPicPr>
                  <pic:blipFill>
                    <a:blip r:embed="rId61"/>
                    <a:stretch>
                      <a:fillRect/>
                    </a:stretch>
                  </pic:blipFill>
                  <pic:spPr>
                    <a:xfrm>
                      <a:off x="0" y="0"/>
                      <a:ext cx="5760720" cy="5513953"/>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3.1-4 ESD (Electrostatic Discharge Immunity) Photograph</w:t>
      </w:r>
    </w:p>
    <w:p w:rsidR="00396E48" w:rsidRPr="00732E43" w:rsidRDefault="00A16A70">
      <w:pPr>
        <w:pStyle w:val="31"/>
        <w:rPr>
          <w:rFonts w:ascii="仿宋" w:eastAsia="仿宋" w:hAnsi="仿宋"/>
        </w:rPr>
      </w:pPr>
      <w:r w:rsidRPr="00732E43">
        <w:rPr>
          <w:rFonts w:ascii="仿宋" w:eastAsia="仿宋" w:hAnsi="仿宋"/>
        </w:rPr>
        <w:t>3.1.8.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2025.4.29</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2025.4.29</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1"/>
        <w:rPr>
          <w:rFonts w:ascii="仿宋" w:eastAsia="仿宋" w:hAnsi="仿宋"/>
        </w:rPr>
      </w:pPr>
      <w:r w:rsidRPr="00732E43">
        <w:rPr>
          <w:rFonts w:ascii="仿宋" w:eastAsia="仿宋" w:hAnsi="仿宋"/>
        </w:rPr>
        <w:lastRenderedPageBreak/>
        <w:t>4. Electrical Performance Tests</w:t>
      </w:r>
    </w:p>
    <w:p w:rsidR="00396E48" w:rsidRPr="00732E43" w:rsidRDefault="00A16A70">
      <w:pPr>
        <w:pStyle w:val="21"/>
        <w:rPr>
          <w:rFonts w:ascii="仿宋" w:eastAsia="仿宋" w:hAnsi="仿宋"/>
        </w:rPr>
      </w:pPr>
      <w:r w:rsidRPr="00732E43">
        <w:rPr>
          <w:rFonts w:ascii="仿宋" w:eastAsia="仿宋" w:hAnsi="仿宋"/>
        </w:rPr>
        <w:t>4.1. Uniqueness Test</w:t>
      </w:r>
    </w:p>
    <w:p w:rsidR="00396E48" w:rsidRPr="00732E43" w:rsidRDefault="00A16A70">
      <w:pPr>
        <w:pStyle w:val="31"/>
        <w:rPr>
          <w:rFonts w:ascii="仿宋" w:eastAsia="仿宋" w:hAnsi="仿宋"/>
        </w:rPr>
      </w:pPr>
      <w:r w:rsidRPr="00732E43">
        <w:rPr>
          <w:rFonts w:ascii="仿宋" w:eastAsia="仿宋" w:hAnsi="仿宋"/>
        </w:rPr>
        <w:t>4.1.1.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Electrical Performance Tests</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Uniqueness Test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2025.5.19</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2025.5.19</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2025.5.19</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4.1.2.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Pair the phone and product over Bluetooth and play music.</w:t>
      </w:r>
    </w:p>
    <w:p w:rsidR="00396E48" w:rsidRPr="00732E43" w:rsidRDefault="00A16A70">
      <w:pPr>
        <w:rPr>
          <w:rFonts w:ascii="仿宋" w:eastAsia="仿宋" w:hAnsi="仿宋"/>
          <w:lang w:eastAsia="zh-CN"/>
        </w:rPr>
      </w:pPr>
      <w:r w:rsidRPr="00732E43">
        <w:rPr>
          <w:rFonts w:ascii="仿宋" w:eastAsia="仿宋" w:hAnsi="仿宋"/>
          <w:lang w:eastAsia="zh-CN"/>
        </w:rPr>
        <w:t>2) Simulate actual use by placing three or more units in the same test area, approximately 0.5M apart. Each set of samples must operate normally without crosstalk or mutual interference.</w:t>
      </w:r>
    </w:p>
    <w:p w:rsidR="00396E48" w:rsidRPr="00732E43" w:rsidRDefault="00A16A70">
      <w:pPr>
        <w:pStyle w:val="31"/>
        <w:rPr>
          <w:rFonts w:ascii="仿宋" w:eastAsia="仿宋" w:hAnsi="仿宋"/>
          <w:lang w:eastAsia="zh-CN"/>
        </w:rPr>
      </w:pPr>
      <w:r w:rsidRPr="00732E43">
        <w:rPr>
          <w:rFonts w:ascii="仿宋" w:eastAsia="仿宋" w:hAnsi="仿宋"/>
          <w:lang w:eastAsia="zh-CN"/>
        </w:rPr>
        <w:t>4.1.3. 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Normal appearance, functions and performance throughout testing and at completion constitute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4.1.4. Equipment and Tools</w:t>
      </w:r>
    </w:p>
    <w:p w:rsidR="00396E48" w:rsidRPr="00732E43" w:rsidRDefault="00A16A70">
      <w:pPr>
        <w:rPr>
          <w:rFonts w:ascii="仿宋" w:eastAsia="仿宋" w:hAnsi="仿宋"/>
          <w:lang w:eastAsia="zh-CN"/>
        </w:rPr>
      </w:pPr>
      <w:r w:rsidRPr="00732E43">
        <w:rPr>
          <w:rFonts w:ascii="仿宋" w:eastAsia="仿宋" w:hAnsi="仿宋"/>
          <w:lang w:eastAsia="zh-CN"/>
        </w:rPr>
        <w:t>1) Test samples*3pcs</w:t>
      </w:r>
    </w:p>
    <w:p w:rsidR="00396E48" w:rsidRPr="00732E43" w:rsidRDefault="00A16A70">
      <w:pPr>
        <w:rPr>
          <w:rFonts w:ascii="仿宋" w:eastAsia="仿宋" w:hAnsi="仿宋"/>
          <w:lang w:eastAsia="zh-CN"/>
        </w:rPr>
      </w:pPr>
      <w:r w:rsidRPr="00732E43">
        <w:rPr>
          <w:rFonts w:ascii="仿宋" w:eastAsia="仿宋" w:hAnsi="仿宋"/>
          <w:lang w:eastAsia="zh-CN"/>
        </w:rPr>
        <w:t>2) BACL Laboratory</w:t>
      </w:r>
    </w:p>
    <w:p w:rsidR="00396E48" w:rsidRPr="00732E43" w:rsidRDefault="00A16A70">
      <w:pPr>
        <w:rPr>
          <w:rFonts w:ascii="仿宋" w:eastAsia="仿宋" w:hAnsi="仿宋"/>
          <w:lang w:eastAsia="zh-CN"/>
        </w:rPr>
      </w:pPr>
      <w:r w:rsidRPr="00732E43">
        <w:rPr>
          <w:rFonts w:ascii="仿宋" w:eastAsia="仿宋" w:hAnsi="仿宋"/>
          <w:lang w:eastAsia="zh-CN"/>
        </w:rPr>
        <w:t>3) Mobile phone</w:t>
      </w:r>
    </w:p>
    <w:p w:rsidR="00396E48" w:rsidRPr="00732E43" w:rsidRDefault="00A16A70">
      <w:pPr>
        <w:pStyle w:val="31"/>
        <w:rPr>
          <w:rFonts w:ascii="仿宋" w:eastAsia="仿宋" w:hAnsi="仿宋"/>
          <w:lang w:eastAsia="zh-CN"/>
        </w:rPr>
      </w:pPr>
      <w:r w:rsidRPr="00732E43">
        <w:rPr>
          <w:rFonts w:ascii="仿宋" w:eastAsia="仿宋" w:hAnsi="仿宋"/>
          <w:lang w:eastAsia="zh-CN"/>
        </w:rPr>
        <w:t>4.1.5. Test Results</w:t>
      </w:r>
    </w:p>
    <w:p w:rsidR="00396E48" w:rsidRPr="00732E43" w:rsidRDefault="00A16A70">
      <w:pPr>
        <w:rPr>
          <w:rFonts w:ascii="仿宋" w:eastAsia="仿宋" w:hAnsi="仿宋"/>
          <w:lang w:eastAsia="zh-CN"/>
        </w:rPr>
      </w:pPr>
      <w:r w:rsidRPr="00732E43">
        <w:rPr>
          <w:rFonts w:ascii="仿宋" w:eastAsia="仿宋" w:hAnsi="仿宋"/>
          <w:lang w:eastAsia="zh-CN"/>
        </w:rPr>
        <w:t>Testing showed that the product met the interference immunity requirements and operated normally during the test; the product passed.</w:t>
      </w:r>
    </w:p>
    <w:p w:rsidR="00396E48" w:rsidRPr="00732E43" w:rsidRDefault="00A16A70">
      <w:pPr>
        <w:pStyle w:val="31"/>
        <w:rPr>
          <w:rFonts w:ascii="仿宋" w:eastAsia="仿宋" w:hAnsi="仿宋"/>
        </w:rPr>
      </w:pPr>
      <w:r w:rsidRPr="00732E43">
        <w:rPr>
          <w:rFonts w:ascii="仿宋" w:eastAsia="仿宋" w:hAnsi="仿宋"/>
        </w:rPr>
        <w:lastRenderedPageBreak/>
        <w:t>4.1.6. 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5417820"/>
            <wp:effectExtent l="0" t="0" r="0" b="0"/>
            <wp:docPr id="62" name="Picture 62" descr="图 4.1-1 唯一性测试实验图片" title="图 4.1-1 唯一性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1_image_02.png"/>
                    <pic:cNvPicPr/>
                  </pic:nvPicPr>
                  <pic:blipFill>
                    <a:blip r:embed="rId62"/>
                    <a:stretch>
                      <a:fillRect/>
                    </a:stretch>
                  </pic:blipFill>
                  <pic:spPr>
                    <a:xfrm>
                      <a:off x="0" y="0"/>
                      <a:ext cx="5760720" cy="541782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4.1-1 Uniqueness Test Photograph</w:t>
      </w:r>
    </w:p>
    <w:p w:rsidR="00396E48" w:rsidRPr="00732E43" w:rsidRDefault="00A16A70">
      <w:pPr>
        <w:pStyle w:val="31"/>
        <w:rPr>
          <w:rFonts w:ascii="仿宋" w:eastAsia="仿宋" w:hAnsi="仿宋"/>
          <w:lang w:eastAsia="zh-CN"/>
        </w:rPr>
      </w:pPr>
      <w:r w:rsidRPr="00732E43">
        <w:rPr>
          <w:rFonts w:ascii="仿宋" w:eastAsia="仿宋" w:hAnsi="仿宋"/>
          <w:lang w:eastAsia="zh-CN"/>
        </w:rPr>
        <w:t>4.1.7. 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2025.5.19</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2025.5.19</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rPr>
      </w:pPr>
      <w:r w:rsidRPr="00732E43">
        <w:rPr>
          <w:rFonts w:ascii="仿宋" w:eastAsia="仿宋" w:hAnsi="仿宋"/>
        </w:rPr>
        <w:lastRenderedPageBreak/>
        <w:t>4.2. Bluetooth Range</w:t>
      </w:r>
    </w:p>
    <w:p w:rsidR="00396E48" w:rsidRPr="00732E43" w:rsidRDefault="00A16A70">
      <w:pPr>
        <w:pStyle w:val="31"/>
        <w:rPr>
          <w:rFonts w:ascii="仿宋" w:eastAsia="仿宋" w:hAnsi="仿宋"/>
        </w:rPr>
      </w:pPr>
      <w:r w:rsidRPr="00732E43">
        <w:rPr>
          <w:rFonts w:ascii="仿宋" w:eastAsia="仿宋" w:hAnsi="仿宋"/>
        </w:rPr>
        <w:t>4.2.1. 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10071">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Electrical Performance Tests</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Bluetooth Range</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2025.5.5</w:t>
            </w:r>
          </w:p>
        </w:tc>
      </w:tr>
      <w:tr w:rsidR="00396E48" w:rsidRPr="00732E43" w:rsidTr="00910071">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4.2.2. 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Pair the phone and product over Bluetooth, play music and slowly move away starting at 1 meter.</w:t>
      </w:r>
    </w:p>
    <w:p w:rsidR="00396E48" w:rsidRPr="00732E43" w:rsidRDefault="00A16A70">
      <w:pPr>
        <w:rPr>
          <w:rFonts w:ascii="仿宋" w:eastAsia="仿宋" w:hAnsi="仿宋"/>
          <w:lang w:eastAsia="zh-CN"/>
        </w:rPr>
      </w:pPr>
      <w:r w:rsidRPr="00732E43">
        <w:rPr>
          <w:rFonts w:ascii="仿宋" w:eastAsia="仿宋" w:hAnsi="仿宋"/>
          <w:lang w:eastAsia="zh-CN"/>
        </w:rPr>
        <w:t>2) Observe changes in the product while moving, and record the distance at which changes begin.</w:t>
      </w:r>
    </w:p>
    <w:p w:rsidR="00396E48" w:rsidRPr="00732E43" w:rsidRDefault="00A16A70">
      <w:pPr>
        <w:rPr>
          <w:rFonts w:ascii="仿宋" w:eastAsia="仿宋" w:hAnsi="仿宋"/>
          <w:lang w:eastAsia="zh-CN"/>
        </w:rPr>
      </w:pPr>
      <w:r w:rsidRPr="00732E43">
        <w:rPr>
          <w:rFonts w:ascii="仿宋" w:eastAsia="仿宋" w:hAnsi="仿宋"/>
          <w:lang w:eastAsia="zh-CN"/>
        </w:rPr>
        <w:t>3) Record the distance at which Bluetooth can be switched off and reconnected.</w:t>
      </w:r>
    </w:p>
    <w:p w:rsidR="00396E48" w:rsidRDefault="00A16A70">
      <w:pPr>
        <w:rPr>
          <w:rFonts w:ascii="仿宋" w:eastAsia="仿宋" w:hAnsi="仿宋"/>
          <w:lang w:eastAsia="zh-CN"/>
        </w:rPr>
      </w:pPr>
      <w:r w:rsidRPr="00732E43">
        <w:rPr>
          <w:rFonts w:ascii="仿宋" w:eastAsia="仿宋" w:hAnsi="仿宋"/>
          <w:lang w:eastAsia="zh-CN"/>
        </w:rPr>
        <w:t>4) This test used iphone8P, Samsung S24+ and Huawei Enjoy 20pro phones.</w:t>
      </w:r>
    </w:p>
    <w:p w:rsidR="00030BF0" w:rsidRPr="00732E43" w:rsidRDefault="00030BF0" w:rsidP="00030BF0">
      <w:pPr>
        <w:pStyle w:val="31"/>
        <w:rPr>
          <w:rFonts w:ascii="仿宋" w:eastAsia="仿宋" w:hAnsi="仿宋"/>
          <w:lang w:eastAsia="zh-CN"/>
        </w:rPr>
      </w:pPr>
      <w:r w:rsidRPr="00732E43">
        <w:rPr>
          <w:rFonts w:ascii="仿宋" w:eastAsia="仿宋" w:hAnsi="仿宋"/>
          <w:lang w:eastAsia="zh-CN"/>
        </w:rPr>
        <w:t xml:space="preserve">4.2.3. </w:t>
      </w:r>
      <w:r>
        <w:rPr>
          <w:rFonts w:ascii="仿宋" w:eastAsia="仿宋" w:hAnsi="仿宋"/>
          <w:lang w:eastAsia="zh-CN"/>
        </w:rPr>
        <w:t/>
      </w:r>
      <w:r w:rsidRPr="00732E43">
        <w:rPr>
          <w:rFonts w:ascii="仿宋" w:eastAsia="仿宋" w:hAnsi="仿宋"/>
          <w:lang w:eastAsia="zh-CN"/>
        </w:rPr>
        <w:t>Test Criteria and Records</w:t>
      </w:r>
    </w:p>
    <w:p w:rsidR="00030BF0" w:rsidRDefault="00E35709">
      <w:pPr>
        <w:rPr>
          <w:rFonts w:ascii="仿宋" w:eastAsia="仿宋" w:hAnsi="仿宋"/>
          <w:lang w:eastAsia="zh-CN"/>
        </w:rPr>
      </w:pPr>
      <w:r>
        <w:rPr>
          <w:rFonts w:ascii="仿宋" w:eastAsia="仿宋" w:hAnsi="仿宋"/>
          <w:lang w:eastAsia="zh-CN"/>
        </w:rPr>
        <w:t xml:space="preserve">1) During testing, music </w:t>
      </w:r>
      <w:r w:rsidRPr="00E35709">
        <w:rPr>
          <w:rFonts w:ascii="仿宋" w:eastAsia="仿宋" w:hAnsi="仿宋" w:hint="eastAsia"/>
          <w:lang w:eastAsia="zh-CN"/>
        </w:rPr>
        <w:t xml:space="preserve">playback and calls </w:t>
      </w:r>
      <w:r w:rsidRPr="00E35709">
        <w:rPr>
          <w:rFonts w:ascii="仿宋" w:eastAsia="仿宋" w:hAnsi="仿宋"/>
          <w:lang w:eastAsia="zh-CN"/>
        </w:rPr>
        <w:t>must operate normally at ≥15 meters, without audio dropouts or Bluetooth disconnection.</w:t>
      </w:r>
    </w:p>
    <w:p w:rsidR="00E35709" w:rsidRPr="00030BF0" w:rsidRDefault="00E35709">
      <w:pPr>
        <w:rPr>
          <w:rFonts w:ascii="仿宋" w:eastAsia="仿宋" w:hAnsi="仿宋"/>
          <w:lang w:eastAsia="zh-CN"/>
        </w:rPr>
      </w:pPr>
      <w:r>
        <w:rPr>
          <w:rFonts w:ascii="仿宋" w:eastAsia="仿宋" w:hAnsi="仿宋" w:hint="eastAsia"/>
          <w:lang w:eastAsia="zh-CN"/>
        </w:rPr>
        <w:t xml:space="preserve">2) </w:t>
      </w:r>
      <w:r>
        <w:rPr>
          <w:rFonts w:ascii="仿宋" w:eastAsia="仿宋" w:hAnsi="仿宋"/>
          <w:lang w:eastAsia="zh-CN"/>
        </w:rPr>
        <w:t xml:space="preserve">During testing, Bluetooth </w:t>
      </w:r>
      <w:r w:rsidRPr="00E35709">
        <w:rPr>
          <w:rFonts w:ascii="仿宋" w:eastAsia="仿宋" w:hAnsi="仿宋" w:hint="eastAsia"/>
          <w:lang w:eastAsia="zh-CN"/>
        </w:rPr>
        <w:t xml:space="preserve">must be able </w:t>
      </w:r>
      <w:r w:rsidRPr="00E35709">
        <w:rPr>
          <w:rFonts w:ascii="仿宋" w:eastAsia="仿宋" w:hAnsi="仿宋"/>
          <w:lang w:eastAsia="zh-CN"/>
        </w:rPr>
        <w:t xml:space="preserve">to be </w:t>
      </w:r>
      <w:r>
        <w:rPr>
          <w:rFonts w:ascii="仿宋" w:eastAsia="仿宋" w:hAnsi="仿宋"/>
          <w:lang w:eastAsia="zh-CN"/>
        </w:rPr>
        <w:t xml:space="preserve">switched off and reconnected at ≥15 </w:t>
      </w:r>
      <w:r w:rsidRPr="00E35709">
        <w:rPr>
          <w:rFonts w:ascii="仿宋" w:eastAsia="仿宋" w:hAnsi="仿宋"/>
          <w:lang w:eastAsia="zh-CN"/>
        </w:rPr>
        <w:t>meters.</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4.2.4. </w:t>
      </w:r>
      <w:r w:rsidR="00030BF0">
        <w:rPr>
          <w:rFonts w:ascii="仿宋" w:eastAsia="仿宋" w:hAnsi="仿宋"/>
          <w:lang w:eastAsia="zh-CN"/>
        </w:rPr>
        <w:t/>
      </w:r>
      <w:r w:rsidRPr="00732E43">
        <w:rPr>
          <w:rFonts w:ascii="仿宋" w:eastAsia="仿宋" w:hAnsi="仿宋"/>
          <w:lang w:eastAsia="zh-CN"/>
        </w:rPr>
        <w:t>Equipment and Tools</w:t>
      </w:r>
    </w:p>
    <w:p w:rsidR="00396E48" w:rsidRPr="00732E43" w:rsidRDefault="00A16A70">
      <w:pPr>
        <w:rPr>
          <w:rFonts w:ascii="仿宋" w:eastAsia="仿宋" w:hAnsi="仿宋"/>
          <w:lang w:eastAsia="zh-CN"/>
        </w:rPr>
      </w:pPr>
      <w:r w:rsidRPr="00732E43">
        <w:rPr>
          <w:rFonts w:ascii="仿宋" w:eastAsia="仿宋" w:hAnsi="仿宋"/>
          <w:lang w:eastAsia="zh-CN"/>
        </w:rPr>
        <w:t>1) Test samples*3pcs</w:t>
      </w:r>
    </w:p>
    <w:p w:rsidR="00396E48" w:rsidRPr="00732E43" w:rsidRDefault="00A16A70">
      <w:pPr>
        <w:rPr>
          <w:rFonts w:ascii="仿宋" w:eastAsia="仿宋" w:hAnsi="仿宋"/>
          <w:lang w:eastAsia="zh-CN"/>
        </w:rPr>
      </w:pPr>
      <w:r w:rsidRPr="00732E43">
        <w:rPr>
          <w:rFonts w:ascii="仿宋" w:eastAsia="仿宋" w:hAnsi="仿宋"/>
          <w:lang w:eastAsia="zh-CN"/>
        </w:rPr>
        <w:t xml:space="preserve">2) Bluetooth mobile </w:t>
      </w:r>
      <w:r w:rsidR="004522D8">
        <w:rPr>
          <w:rFonts w:ascii="仿宋" w:eastAsia="仿宋" w:hAnsi="仿宋" w:hint="eastAsia"/>
          <w:lang w:eastAsia="zh-CN"/>
        </w:rPr>
        <w:t xml:space="preserve">phone </w:t>
      </w:r>
      <w:r w:rsidRPr="00732E43">
        <w:rPr>
          <w:rFonts w:ascii="仿宋" w:eastAsia="仿宋" w:hAnsi="仿宋"/>
          <w:lang w:eastAsia="zh-CN"/>
        </w:rPr>
        <w:t>devices*3pcs.</w:t>
      </w:r>
    </w:p>
    <w:p w:rsidR="00837E6A" w:rsidRPr="00C15D87" w:rsidRDefault="00A16A70" w:rsidP="00C15D87">
      <w:pPr>
        <w:pStyle w:val="31"/>
        <w:rPr>
          <w:rFonts w:ascii="仿宋" w:eastAsia="仿宋" w:hAnsi="仿宋"/>
        </w:rPr>
      </w:pPr>
      <w:r w:rsidRPr="00732E43">
        <w:rPr>
          <w:rFonts w:ascii="仿宋" w:eastAsia="仿宋" w:hAnsi="仿宋"/>
        </w:rPr>
        <w:t xml:space="preserve">4.2.5. </w:t>
      </w:r>
      <w:r w:rsidR="00030BF0">
        <w:rPr>
          <w:rFonts w:ascii="仿宋" w:eastAsia="仿宋" w:hAnsi="仿宋"/>
        </w:rPr>
        <w:t/>
      </w:r>
      <w:r w:rsidRPr="00732E43">
        <w:rPr>
          <w:rFonts w:ascii="仿宋" w:eastAsia="仿宋" w:hAnsi="仿宋"/>
        </w:rPr>
        <w:t>Test Results</w:t>
      </w:r>
    </w:p>
    <w:tbl>
      <w:tblPr>
        <w:tblW w:w="5000" w:type="pct"/>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1535"/>
        <w:gridCol w:w="1129"/>
        <w:gridCol w:w="7434"/>
      </w:tblGrid>
      <w:tr w:rsidR="003F2AF3" w:rsidRPr="003F2AF3" w:rsidTr="003F2AF3">
        <w:trPr>
          <w:cantSplit/>
          <w:tblHeader/>
          <w:jc w:val="center"/>
        </w:trPr>
        <w:tc>
          <w:tcPr>
            <w:tcW w:w="760" w:type="pct"/>
            <w:tcBorders>
              <w:bottom w:val="single" w:sz="6" w:space="0" w:color="D9D9D9"/>
            </w:tcBorders>
            <w:shd w:val="clear" w:color="auto" w:fill="1F4E78"/>
            <w:tcMar>
              <w:top w:w="90" w:type="dxa"/>
              <w:left w:w="110" w:type="dxa"/>
              <w:bottom w:w="90" w:type="dxa"/>
              <w:right w:w="110" w:type="dxa"/>
            </w:tcMar>
            <w:vAlign w:val="center"/>
          </w:tcPr>
          <w:p w:rsidR="003F2AF3" w:rsidRPr="003F2AF3" w:rsidRDefault="003F2AF3" w:rsidP="003F2AF3">
            <w:pPr>
              <w:spacing w:after="0" w:line="259" w:lineRule="auto"/>
              <w:rPr>
                <w:rFonts w:ascii="仿宋" w:eastAsia="仿宋" w:hAnsi="仿宋"/>
              </w:rPr>
            </w:pPr>
            <w:r w:rsidRPr="003F2AF3">
              <w:rPr>
                <w:rFonts w:ascii="仿宋" w:eastAsia="仿宋" w:hAnsi="仿宋"/>
                <w:b/>
                <w:color w:val="FFFFFF"/>
                <w:sz w:val="18"/>
              </w:rPr>
              <w:t>Test Phone Model</w:t>
            </w:r>
          </w:p>
        </w:tc>
        <w:tc>
          <w:tcPr>
            <w:tcW w:w="559" w:type="pct"/>
            <w:tcBorders>
              <w:bottom w:val="single" w:sz="6" w:space="0" w:color="D9D9D9"/>
            </w:tcBorders>
            <w:shd w:val="clear" w:color="auto" w:fill="1F4E78"/>
          </w:tcPr>
          <w:p w:rsidR="003F2AF3" w:rsidRPr="003F2AF3" w:rsidRDefault="003F2AF3" w:rsidP="003F2AF3">
            <w:pPr>
              <w:spacing w:after="0" w:line="259" w:lineRule="auto"/>
              <w:rPr>
                <w:rFonts w:ascii="仿宋" w:eastAsia="仿宋" w:hAnsi="仿宋"/>
                <w:b/>
                <w:color w:val="FFFFFF"/>
                <w:sz w:val="18"/>
              </w:rPr>
            </w:pPr>
            <w:r w:rsidRPr="003F2AF3">
              <w:rPr>
                <w:rFonts w:ascii="仿宋" w:eastAsia="仿宋" w:hAnsi="仿宋"/>
                <w:b/>
                <w:color w:val="FFFFFF"/>
                <w:sz w:val="18"/>
              </w:rPr>
              <w:t>Test Round</w:t>
            </w:r>
          </w:p>
        </w:tc>
        <w:tc>
          <w:tcPr>
            <w:tcW w:w="3681" w:type="pct"/>
            <w:tcBorders>
              <w:bottom w:val="single" w:sz="6" w:space="0" w:color="D9D9D9"/>
            </w:tcBorders>
            <w:shd w:val="clear" w:color="auto" w:fill="1F4E78"/>
            <w:tcMar>
              <w:top w:w="90" w:type="dxa"/>
              <w:left w:w="110" w:type="dxa"/>
              <w:bottom w:w="90" w:type="dxa"/>
              <w:right w:w="110" w:type="dxa"/>
            </w:tcMar>
            <w:vAlign w:val="center"/>
          </w:tcPr>
          <w:p w:rsidR="003F2AF3" w:rsidRPr="003F2AF3" w:rsidRDefault="003F2AF3" w:rsidP="00D963D9">
            <w:pPr>
              <w:spacing w:after="0" w:line="259" w:lineRule="auto"/>
              <w:rPr>
                <w:rFonts w:ascii="仿宋" w:eastAsia="仿宋" w:hAnsi="仿宋"/>
              </w:rPr>
            </w:pPr>
            <w:r w:rsidRPr="003F2AF3">
              <w:rPr>
                <w:rFonts w:ascii="仿宋" w:eastAsia="仿宋" w:hAnsi="仿宋"/>
                <w:b/>
                <w:color w:val="FFFFFF"/>
                <w:sz w:val="18"/>
              </w:rPr>
              <w:t>Light Button</w:t>
            </w:r>
          </w:p>
        </w:tc>
      </w:tr>
      <w:tr w:rsidR="003F2AF3" w:rsidRPr="003F2AF3" w:rsidTr="003F2AF3">
        <w:trPr>
          <w:cantSplit/>
          <w:jc w:val="center"/>
        </w:trPr>
        <w:tc>
          <w:tcPr>
            <w:tcW w:w="760" w:type="pct"/>
            <w:vMerge w:val="restart"/>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F2AF3" w:rsidRPr="003F2AF3" w:rsidRDefault="003F2AF3" w:rsidP="003F2AF3">
            <w:pPr>
              <w:spacing w:after="0" w:line="259" w:lineRule="auto"/>
              <w:rPr>
                <w:rFonts w:ascii="仿宋" w:eastAsia="仿宋" w:hAnsi="仿宋"/>
              </w:rPr>
            </w:pPr>
            <w:r w:rsidRPr="003F2AF3">
              <w:rPr>
                <w:rFonts w:ascii="仿宋" w:eastAsia="仿宋" w:hAnsi="仿宋" w:hint="eastAsia"/>
              </w:rPr>
              <w:t xml:space="preserve">Apple </w:t>
            </w:r>
            <w:r w:rsidRPr="003F2AF3">
              <w:rPr>
                <w:rFonts w:ascii="仿宋" w:eastAsia="仿宋" w:hAnsi="仿宋"/>
              </w:rPr>
              <w:t>8P</w:t>
            </w:r>
          </w:p>
        </w:tc>
        <w:tc>
          <w:tcPr>
            <w:tcW w:w="559" w:type="pct"/>
            <w:tcBorders>
              <w:top w:val="single" w:sz="6" w:space="0" w:color="D9D9D9"/>
              <w:left w:val="single" w:sz="6" w:space="0" w:color="D9D9D9"/>
              <w:bottom w:val="single" w:sz="6" w:space="0" w:color="D9D9D9"/>
              <w:right w:val="single" w:sz="6" w:space="0" w:color="D9D9D9"/>
            </w:tcBorders>
            <w:shd w:val="clear" w:color="auto" w:fill="auto"/>
          </w:tcPr>
          <w:p w:rsidR="003F2AF3" w:rsidRPr="003F2AF3" w:rsidRDefault="003F2AF3" w:rsidP="003F2AF3">
            <w:pPr>
              <w:spacing w:after="0" w:line="240" w:lineRule="auto"/>
              <w:rPr>
                <w:rFonts w:ascii="仿宋" w:eastAsia="仿宋" w:hAnsi="仿宋"/>
                <w:lang w:eastAsia="zh-CN"/>
              </w:rPr>
            </w:pPr>
            <w:r w:rsidRPr="003F2AF3">
              <w:rPr>
                <w:rFonts w:ascii="仿宋" w:eastAsia="仿宋" w:hAnsi="仿宋" w:hint="eastAsia"/>
                <w:lang w:eastAsia="zh-CN"/>
              </w:rPr>
              <w:t>1</w:t>
            </w:r>
          </w:p>
        </w:tc>
        <w:tc>
          <w:tcPr>
            <w:tcW w:w="3681" w:type="pct"/>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F2AF3" w:rsidRPr="003F2AF3" w:rsidRDefault="003F2AF3" w:rsidP="00837E6A">
            <w:pPr>
              <w:spacing w:after="0" w:line="276" w:lineRule="auto"/>
              <w:rPr>
                <w:rFonts w:ascii="仿宋" w:eastAsia="仿宋" w:hAnsi="仿宋"/>
                <w:color w:val="auto"/>
                <w:sz w:val="24"/>
                <w:lang w:eastAsia="zh-CN"/>
              </w:rPr>
            </w:pPr>
            <w:r w:rsidRPr="003F2AF3">
              <w:rPr>
                <w:rFonts w:ascii="仿宋" w:eastAsia="仿宋" w:hAnsi="仿宋" w:hint="eastAsia"/>
                <w:lang w:eastAsia="zh-CN"/>
              </w:rPr>
              <w:t xml:space="preserve">Playback, switching </w:t>
            </w:r>
            <w:r w:rsidRPr="003F2AF3">
              <w:rPr>
                <w:rFonts w:ascii="仿宋" w:eastAsia="仿宋" w:hAnsi="仿宋"/>
                <w:lang w:eastAsia="zh-CN"/>
              </w:rPr>
              <w:t>off and reconnection were normal from 0 meters to 23 meters. Bluetooth range: 24 meters.</w:t>
            </w:r>
          </w:p>
        </w:tc>
      </w:tr>
      <w:tr w:rsidR="003F2AF3" w:rsidRPr="003F2AF3" w:rsidTr="00837E6A">
        <w:trPr>
          <w:cantSplit/>
          <w:trHeight w:val="20"/>
          <w:jc w:val="center"/>
        </w:trPr>
        <w:tc>
          <w:tcPr>
            <w:tcW w:w="760" w:type="pct"/>
            <w:vMerge/>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F2AF3" w:rsidRPr="003F2AF3" w:rsidRDefault="003F2AF3" w:rsidP="003F2AF3">
            <w:pPr>
              <w:spacing w:after="0" w:line="259" w:lineRule="auto"/>
              <w:rPr>
                <w:rFonts w:ascii="仿宋" w:eastAsia="仿宋" w:hAnsi="仿宋"/>
                <w:lang w:eastAsia="zh-CN"/>
              </w:rPr>
            </w:pPr>
          </w:p>
        </w:tc>
        <w:tc>
          <w:tcPr>
            <w:tcW w:w="559" w:type="pct"/>
            <w:tcBorders>
              <w:top w:val="single" w:sz="6" w:space="0" w:color="D9D9D9"/>
              <w:left w:val="single" w:sz="6" w:space="0" w:color="D9D9D9"/>
              <w:bottom w:val="single" w:sz="6" w:space="0" w:color="D9D9D9"/>
              <w:right w:val="single" w:sz="6" w:space="0" w:color="D9D9D9"/>
            </w:tcBorders>
            <w:shd w:val="clear" w:color="auto" w:fill="auto"/>
          </w:tcPr>
          <w:p w:rsidR="003F2AF3" w:rsidRPr="003F2AF3" w:rsidRDefault="003F2AF3" w:rsidP="003F2AF3">
            <w:pPr>
              <w:rPr>
                <w:rFonts w:ascii="仿宋" w:eastAsia="仿宋" w:hAnsi="仿宋"/>
                <w:lang w:eastAsia="zh-CN"/>
              </w:rPr>
            </w:pPr>
            <w:r w:rsidRPr="003F2AF3">
              <w:rPr>
                <w:rFonts w:ascii="仿宋" w:eastAsia="仿宋" w:hAnsi="仿宋" w:hint="eastAsia"/>
                <w:lang w:eastAsia="zh-CN"/>
              </w:rPr>
              <w:t>2</w:t>
            </w:r>
          </w:p>
        </w:tc>
        <w:tc>
          <w:tcPr>
            <w:tcW w:w="3681" w:type="pct"/>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F2AF3" w:rsidRPr="003F2AF3" w:rsidRDefault="00837E6A" w:rsidP="00837E6A">
            <w:pPr>
              <w:spacing w:line="276" w:lineRule="auto"/>
              <w:rPr>
                <w:rFonts w:ascii="仿宋" w:eastAsia="仿宋" w:hAnsi="仿宋"/>
                <w:lang w:eastAsia="zh-CN"/>
              </w:rPr>
            </w:pPr>
            <w:r w:rsidRPr="00837E6A">
              <w:rPr>
                <w:rFonts w:ascii="仿宋" w:eastAsia="仿宋" w:hAnsi="仿宋" w:hint="eastAsia"/>
                <w:lang w:eastAsia="zh-CN"/>
              </w:rPr>
              <w:t xml:space="preserve">Playback, switching </w:t>
            </w:r>
            <w:r w:rsidRPr="00837E6A">
              <w:rPr>
                <w:rFonts w:ascii="仿宋" w:eastAsia="仿宋" w:hAnsi="仿宋"/>
                <w:lang w:eastAsia="zh-CN"/>
              </w:rPr>
              <w:t>off and reconnection were normal from 0 meters to 25 meters. Bluetooth range: 25 meters.</w:t>
            </w:r>
          </w:p>
        </w:tc>
      </w:tr>
      <w:tr w:rsidR="003F2AF3" w:rsidRPr="003F2AF3" w:rsidTr="003F2AF3">
        <w:trPr>
          <w:cantSplit/>
          <w:jc w:val="center"/>
        </w:trPr>
        <w:tc>
          <w:tcPr>
            <w:tcW w:w="760" w:type="pct"/>
            <w:vMerge/>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F2AF3" w:rsidRPr="003F2AF3" w:rsidRDefault="003F2AF3" w:rsidP="003F2AF3">
            <w:pPr>
              <w:spacing w:after="0" w:line="259" w:lineRule="auto"/>
              <w:rPr>
                <w:rFonts w:ascii="仿宋" w:eastAsia="仿宋" w:hAnsi="仿宋"/>
                <w:lang w:eastAsia="zh-CN"/>
              </w:rPr>
            </w:pPr>
          </w:p>
        </w:tc>
        <w:tc>
          <w:tcPr>
            <w:tcW w:w="559" w:type="pct"/>
            <w:tcBorders>
              <w:top w:val="single" w:sz="6" w:space="0" w:color="D9D9D9"/>
              <w:left w:val="single" w:sz="6" w:space="0" w:color="D9D9D9"/>
              <w:bottom w:val="single" w:sz="6" w:space="0" w:color="D9D9D9"/>
              <w:right w:val="single" w:sz="6" w:space="0" w:color="D9D9D9"/>
            </w:tcBorders>
            <w:shd w:val="clear" w:color="auto" w:fill="auto"/>
          </w:tcPr>
          <w:p w:rsidR="003F2AF3" w:rsidRPr="003F2AF3" w:rsidRDefault="003F2AF3" w:rsidP="003F2AF3">
            <w:pPr>
              <w:rPr>
                <w:rFonts w:ascii="仿宋" w:eastAsia="仿宋" w:hAnsi="仿宋"/>
                <w:lang w:eastAsia="zh-CN"/>
              </w:rPr>
            </w:pPr>
            <w:r w:rsidRPr="003F2AF3">
              <w:rPr>
                <w:rFonts w:ascii="仿宋" w:eastAsia="仿宋" w:hAnsi="仿宋" w:hint="eastAsia"/>
                <w:lang w:eastAsia="zh-CN"/>
              </w:rPr>
              <w:t>3</w:t>
            </w:r>
          </w:p>
        </w:tc>
        <w:tc>
          <w:tcPr>
            <w:tcW w:w="3681" w:type="pct"/>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F2AF3" w:rsidRPr="003F2AF3" w:rsidRDefault="00837E6A" w:rsidP="00837E6A">
            <w:pPr>
              <w:spacing w:line="276" w:lineRule="auto"/>
              <w:rPr>
                <w:rFonts w:ascii="仿宋" w:eastAsia="仿宋" w:hAnsi="仿宋"/>
                <w:lang w:eastAsia="zh-CN"/>
              </w:rPr>
            </w:pPr>
            <w:r w:rsidRPr="00837E6A">
              <w:rPr>
                <w:rFonts w:ascii="仿宋" w:eastAsia="仿宋" w:hAnsi="仿宋" w:hint="eastAsia"/>
                <w:lang w:eastAsia="zh-CN"/>
              </w:rPr>
              <w:t xml:space="preserve">Playback, switching </w:t>
            </w:r>
            <w:r w:rsidRPr="00837E6A">
              <w:rPr>
                <w:rFonts w:ascii="仿宋" w:eastAsia="仿宋" w:hAnsi="仿宋"/>
                <w:lang w:eastAsia="zh-CN"/>
              </w:rPr>
              <w:t>off and reconnection were normal from 0 meters to 25 meters. Bluetooth range: 25 meters.</w:t>
            </w:r>
          </w:p>
        </w:tc>
      </w:tr>
      <w:tr w:rsidR="003F2AF3" w:rsidRPr="003F2AF3" w:rsidTr="003F2AF3">
        <w:trPr>
          <w:cantSplit/>
          <w:jc w:val="center"/>
        </w:trPr>
        <w:tc>
          <w:tcPr>
            <w:tcW w:w="760" w:type="pct"/>
            <w:vMerge w:val="restart"/>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F2AF3" w:rsidRPr="003F2AF3" w:rsidRDefault="003F2AF3" w:rsidP="00D963D9">
            <w:pPr>
              <w:spacing w:after="0" w:line="259" w:lineRule="auto"/>
              <w:rPr>
                <w:rFonts w:ascii="仿宋" w:eastAsia="仿宋" w:hAnsi="仿宋"/>
                <w:lang w:eastAsia="zh-CN"/>
              </w:rPr>
            </w:pPr>
            <w:r w:rsidRPr="003F2AF3">
              <w:rPr>
                <w:rFonts w:ascii="仿宋" w:eastAsia="仿宋" w:hAnsi="仿宋" w:hint="eastAsia"/>
                <w:lang w:eastAsia="zh-CN"/>
              </w:rPr>
              <w:lastRenderedPageBreak/>
              <w:t xml:space="preserve">Samsung </w:t>
            </w:r>
            <w:r w:rsidRPr="003F2AF3">
              <w:rPr>
                <w:rFonts w:ascii="仿宋" w:eastAsia="仿宋" w:hAnsi="仿宋"/>
                <w:lang w:eastAsia="zh-CN"/>
              </w:rPr>
              <w:t>S24+</w:t>
            </w:r>
          </w:p>
        </w:tc>
        <w:tc>
          <w:tcPr>
            <w:tcW w:w="559" w:type="pct"/>
            <w:tcBorders>
              <w:top w:val="single" w:sz="6" w:space="0" w:color="D9D9D9"/>
              <w:left w:val="single" w:sz="6" w:space="0" w:color="D9D9D9"/>
              <w:bottom w:val="single" w:sz="6" w:space="0" w:color="D9D9D9"/>
              <w:right w:val="single" w:sz="6" w:space="0" w:color="D9D9D9"/>
            </w:tcBorders>
            <w:shd w:val="clear" w:color="auto" w:fill="auto"/>
          </w:tcPr>
          <w:p w:rsidR="003F2AF3" w:rsidRPr="003F2AF3" w:rsidRDefault="003F2AF3" w:rsidP="00D963D9">
            <w:pPr>
              <w:spacing w:after="0" w:line="259" w:lineRule="auto"/>
              <w:rPr>
                <w:rFonts w:ascii="仿宋" w:eastAsia="仿宋" w:hAnsi="仿宋"/>
                <w:lang w:eastAsia="zh-CN"/>
              </w:rPr>
            </w:pPr>
            <w:r w:rsidRPr="003F2AF3">
              <w:rPr>
                <w:rFonts w:ascii="仿宋" w:eastAsia="仿宋" w:hAnsi="仿宋" w:hint="eastAsia"/>
                <w:lang w:eastAsia="zh-CN"/>
              </w:rPr>
              <w:t>1</w:t>
            </w:r>
          </w:p>
        </w:tc>
        <w:tc>
          <w:tcPr>
            <w:tcW w:w="3681" w:type="pct"/>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F2AF3" w:rsidRPr="003F2AF3" w:rsidRDefault="00837E6A" w:rsidP="00D963D9">
            <w:pPr>
              <w:spacing w:after="0" w:line="259" w:lineRule="auto"/>
              <w:rPr>
                <w:rFonts w:ascii="仿宋" w:eastAsia="仿宋" w:hAnsi="仿宋"/>
                <w:lang w:eastAsia="zh-CN"/>
              </w:rPr>
            </w:pPr>
            <w:r w:rsidRPr="00837E6A">
              <w:rPr>
                <w:rFonts w:ascii="仿宋" w:eastAsia="仿宋" w:hAnsi="仿宋" w:hint="eastAsia"/>
                <w:lang w:eastAsia="zh-CN"/>
              </w:rPr>
              <w:t xml:space="preserve">Playback, switching </w:t>
            </w:r>
            <w:r w:rsidRPr="00837E6A">
              <w:rPr>
                <w:rFonts w:ascii="仿宋" w:eastAsia="仿宋" w:hAnsi="仿宋"/>
                <w:lang w:eastAsia="zh-CN"/>
              </w:rPr>
              <w:t>off and reconnection were normal from 0 meters to 16 meters. Bluetooth range: 16 meters.</w:t>
            </w:r>
          </w:p>
        </w:tc>
      </w:tr>
      <w:tr w:rsidR="003F2AF3" w:rsidRPr="003F2AF3" w:rsidTr="003F2AF3">
        <w:trPr>
          <w:cantSplit/>
          <w:jc w:val="center"/>
        </w:trPr>
        <w:tc>
          <w:tcPr>
            <w:tcW w:w="760" w:type="pct"/>
            <w:vMerge/>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F2AF3" w:rsidRPr="003F2AF3" w:rsidRDefault="003F2AF3" w:rsidP="00D963D9">
            <w:pPr>
              <w:spacing w:after="0" w:line="259" w:lineRule="auto"/>
              <w:rPr>
                <w:rFonts w:ascii="仿宋" w:eastAsia="仿宋" w:hAnsi="仿宋"/>
                <w:lang w:eastAsia="zh-CN"/>
              </w:rPr>
            </w:pPr>
          </w:p>
        </w:tc>
        <w:tc>
          <w:tcPr>
            <w:tcW w:w="559" w:type="pct"/>
            <w:tcBorders>
              <w:top w:val="single" w:sz="6" w:space="0" w:color="D9D9D9"/>
              <w:left w:val="single" w:sz="6" w:space="0" w:color="D9D9D9"/>
              <w:bottom w:val="single" w:sz="6" w:space="0" w:color="D9D9D9"/>
              <w:right w:val="single" w:sz="6" w:space="0" w:color="D9D9D9"/>
            </w:tcBorders>
            <w:shd w:val="clear" w:color="auto" w:fill="auto"/>
          </w:tcPr>
          <w:p w:rsidR="003F2AF3" w:rsidRPr="003F2AF3" w:rsidRDefault="003F2AF3" w:rsidP="00D963D9">
            <w:pPr>
              <w:spacing w:after="0" w:line="259" w:lineRule="auto"/>
              <w:rPr>
                <w:rFonts w:ascii="仿宋" w:eastAsia="仿宋" w:hAnsi="仿宋"/>
                <w:lang w:eastAsia="zh-CN"/>
              </w:rPr>
            </w:pPr>
            <w:r w:rsidRPr="003F2AF3">
              <w:rPr>
                <w:rFonts w:ascii="仿宋" w:eastAsia="仿宋" w:hAnsi="仿宋" w:hint="eastAsia"/>
                <w:lang w:eastAsia="zh-CN"/>
              </w:rPr>
              <w:t>2</w:t>
            </w:r>
          </w:p>
        </w:tc>
        <w:tc>
          <w:tcPr>
            <w:tcW w:w="3681" w:type="pct"/>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F2AF3" w:rsidRPr="003F2AF3" w:rsidRDefault="00837E6A" w:rsidP="00D963D9">
            <w:pPr>
              <w:spacing w:after="0" w:line="259" w:lineRule="auto"/>
              <w:rPr>
                <w:rFonts w:ascii="仿宋" w:eastAsia="仿宋" w:hAnsi="仿宋"/>
                <w:lang w:eastAsia="zh-CN"/>
              </w:rPr>
            </w:pPr>
            <w:r w:rsidRPr="00837E6A">
              <w:rPr>
                <w:rFonts w:ascii="仿宋" w:eastAsia="仿宋" w:hAnsi="仿宋" w:hint="eastAsia"/>
                <w:lang w:eastAsia="zh-CN"/>
              </w:rPr>
              <w:t xml:space="preserve">Playback, switching </w:t>
            </w:r>
            <w:r w:rsidRPr="00837E6A">
              <w:rPr>
                <w:rFonts w:ascii="仿宋" w:eastAsia="仿宋" w:hAnsi="仿宋"/>
                <w:lang w:eastAsia="zh-CN"/>
              </w:rPr>
              <w:t>off and reconnection were normal from 0 meters to 18 meters. Bluetooth range: 18 meters.</w:t>
            </w:r>
          </w:p>
        </w:tc>
      </w:tr>
      <w:tr w:rsidR="003F2AF3" w:rsidRPr="003F2AF3" w:rsidTr="003F2AF3">
        <w:trPr>
          <w:cantSplit/>
          <w:jc w:val="center"/>
        </w:trPr>
        <w:tc>
          <w:tcPr>
            <w:tcW w:w="760" w:type="pct"/>
            <w:vMerge/>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F2AF3" w:rsidRPr="003F2AF3" w:rsidRDefault="003F2AF3" w:rsidP="00D963D9">
            <w:pPr>
              <w:spacing w:after="0" w:line="259" w:lineRule="auto"/>
              <w:rPr>
                <w:rFonts w:ascii="仿宋" w:eastAsia="仿宋" w:hAnsi="仿宋"/>
                <w:lang w:eastAsia="zh-CN"/>
              </w:rPr>
            </w:pPr>
          </w:p>
        </w:tc>
        <w:tc>
          <w:tcPr>
            <w:tcW w:w="559" w:type="pct"/>
            <w:tcBorders>
              <w:top w:val="single" w:sz="6" w:space="0" w:color="D9D9D9"/>
              <w:left w:val="single" w:sz="6" w:space="0" w:color="D9D9D9"/>
              <w:bottom w:val="single" w:sz="6" w:space="0" w:color="D9D9D9"/>
              <w:right w:val="single" w:sz="6" w:space="0" w:color="D9D9D9"/>
            </w:tcBorders>
            <w:shd w:val="clear" w:color="auto" w:fill="auto"/>
          </w:tcPr>
          <w:p w:rsidR="003F2AF3" w:rsidRPr="003F2AF3" w:rsidRDefault="003F2AF3" w:rsidP="00D963D9">
            <w:pPr>
              <w:spacing w:after="0" w:line="259" w:lineRule="auto"/>
              <w:rPr>
                <w:rFonts w:ascii="仿宋" w:eastAsia="仿宋" w:hAnsi="仿宋"/>
                <w:lang w:eastAsia="zh-CN"/>
              </w:rPr>
            </w:pPr>
            <w:r w:rsidRPr="003F2AF3">
              <w:rPr>
                <w:rFonts w:ascii="仿宋" w:eastAsia="仿宋" w:hAnsi="仿宋" w:hint="eastAsia"/>
                <w:lang w:eastAsia="zh-CN"/>
              </w:rPr>
              <w:t>3</w:t>
            </w:r>
          </w:p>
        </w:tc>
        <w:tc>
          <w:tcPr>
            <w:tcW w:w="3681" w:type="pct"/>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F2AF3" w:rsidRPr="003F2AF3" w:rsidRDefault="00837E6A" w:rsidP="00D963D9">
            <w:pPr>
              <w:spacing w:after="0" w:line="259" w:lineRule="auto"/>
              <w:rPr>
                <w:rFonts w:ascii="仿宋" w:eastAsia="仿宋" w:hAnsi="仿宋"/>
                <w:lang w:eastAsia="zh-CN"/>
              </w:rPr>
            </w:pPr>
            <w:r w:rsidRPr="00837E6A">
              <w:rPr>
                <w:rFonts w:ascii="仿宋" w:eastAsia="仿宋" w:hAnsi="仿宋" w:hint="eastAsia"/>
                <w:lang w:eastAsia="zh-CN"/>
              </w:rPr>
              <w:t xml:space="preserve">Playback, switching </w:t>
            </w:r>
            <w:r w:rsidRPr="00837E6A">
              <w:rPr>
                <w:rFonts w:ascii="仿宋" w:eastAsia="仿宋" w:hAnsi="仿宋"/>
                <w:lang w:eastAsia="zh-CN"/>
              </w:rPr>
              <w:t>off and reconnection were normal from 0 meters to 16 meters. Bluetooth range: 16 meters.</w:t>
            </w:r>
          </w:p>
        </w:tc>
      </w:tr>
      <w:tr w:rsidR="00837E6A" w:rsidRPr="003F2AF3" w:rsidTr="00607EB3">
        <w:trPr>
          <w:cantSplit/>
          <w:jc w:val="center"/>
        </w:trPr>
        <w:tc>
          <w:tcPr>
            <w:tcW w:w="760" w:type="pct"/>
            <w:vMerge w:val="restart"/>
            <w:tcBorders>
              <w:top w:val="single" w:sz="6" w:space="0" w:color="D9D9D9"/>
              <w:left w:val="single" w:sz="6" w:space="0" w:color="D9D9D9"/>
              <w:right w:val="single" w:sz="6" w:space="0" w:color="D9D9D9"/>
            </w:tcBorders>
            <w:shd w:val="clear" w:color="auto" w:fill="auto"/>
            <w:tcMar>
              <w:top w:w="90" w:type="dxa"/>
              <w:left w:w="110" w:type="dxa"/>
              <w:bottom w:w="90" w:type="dxa"/>
              <w:right w:w="110" w:type="dxa"/>
            </w:tcMar>
            <w:vAlign w:val="center"/>
          </w:tcPr>
          <w:p w:rsidR="00837E6A" w:rsidRPr="003F2AF3" w:rsidRDefault="00837E6A" w:rsidP="00D963D9">
            <w:pPr>
              <w:spacing w:after="0" w:line="259" w:lineRule="auto"/>
              <w:rPr>
                <w:rFonts w:ascii="仿宋" w:eastAsia="仿宋" w:hAnsi="仿宋"/>
                <w:lang w:eastAsia="zh-CN"/>
              </w:rPr>
            </w:pPr>
            <w:r w:rsidRPr="00837E6A">
              <w:rPr>
                <w:rFonts w:ascii="仿宋" w:eastAsia="仿宋" w:hAnsi="仿宋" w:hint="eastAsia"/>
                <w:lang w:eastAsia="zh-CN"/>
              </w:rPr>
              <w:t xml:space="preserve">Huawei </w:t>
            </w:r>
            <w:r w:rsidRPr="00837E6A">
              <w:rPr>
                <w:rFonts w:ascii="仿宋" w:eastAsia="仿宋" w:hAnsi="仿宋"/>
                <w:lang w:eastAsia="zh-CN"/>
              </w:rPr>
              <w:t>Enjoy 20pro</w:t>
            </w:r>
          </w:p>
        </w:tc>
        <w:tc>
          <w:tcPr>
            <w:tcW w:w="559" w:type="pct"/>
            <w:tcBorders>
              <w:top w:val="single" w:sz="6" w:space="0" w:color="D9D9D9"/>
              <w:left w:val="single" w:sz="6" w:space="0" w:color="D9D9D9"/>
              <w:bottom w:val="single" w:sz="6" w:space="0" w:color="D9D9D9"/>
              <w:right w:val="single" w:sz="6" w:space="0" w:color="D9D9D9"/>
            </w:tcBorders>
            <w:shd w:val="clear" w:color="auto" w:fill="auto"/>
          </w:tcPr>
          <w:p w:rsidR="00837E6A" w:rsidRPr="003F2AF3" w:rsidRDefault="00837E6A" w:rsidP="00D963D9">
            <w:pPr>
              <w:spacing w:after="0" w:line="259" w:lineRule="auto"/>
              <w:rPr>
                <w:rFonts w:ascii="仿宋" w:eastAsia="仿宋" w:hAnsi="仿宋"/>
                <w:lang w:eastAsia="zh-CN"/>
              </w:rPr>
            </w:pPr>
            <w:r>
              <w:rPr>
                <w:rFonts w:ascii="仿宋" w:eastAsia="仿宋" w:hAnsi="仿宋" w:hint="eastAsia"/>
                <w:lang w:eastAsia="zh-CN"/>
              </w:rPr>
              <w:t>1</w:t>
            </w:r>
          </w:p>
        </w:tc>
        <w:tc>
          <w:tcPr>
            <w:tcW w:w="3681" w:type="pct"/>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837E6A" w:rsidRPr="003F2AF3" w:rsidRDefault="00837E6A" w:rsidP="00D963D9">
            <w:pPr>
              <w:spacing w:after="0" w:line="259" w:lineRule="auto"/>
              <w:rPr>
                <w:rFonts w:ascii="仿宋" w:eastAsia="仿宋" w:hAnsi="仿宋"/>
                <w:lang w:eastAsia="zh-CN"/>
              </w:rPr>
            </w:pPr>
            <w:r w:rsidRPr="00837E6A">
              <w:rPr>
                <w:rFonts w:ascii="仿宋" w:eastAsia="仿宋" w:hAnsi="仿宋" w:hint="eastAsia"/>
                <w:lang w:eastAsia="zh-CN"/>
              </w:rPr>
              <w:t xml:space="preserve">Playback, switching </w:t>
            </w:r>
            <w:r w:rsidRPr="00837E6A">
              <w:rPr>
                <w:rFonts w:ascii="仿宋" w:eastAsia="仿宋" w:hAnsi="仿宋"/>
                <w:lang w:eastAsia="zh-CN"/>
              </w:rPr>
              <w:t>off and reconnection were normal from 0 meters to 14 meters. Bluetooth range: 14 meters.</w:t>
            </w:r>
          </w:p>
        </w:tc>
      </w:tr>
      <w:tr w:rsidR="00837E6A" w:rsidRPr="003F2AF3" w:rsidTr="00607EB3">
        <w:trPr>
          <w:cantSplit/>
          <w:jc w:val="center"/>
        </w:trPr>
        <w:tc>
          <w:tcPr>
            <w:tcW w:w="760" w:type="pct"/>
            <w:vMerge/>
            <w:tcBorders>
              <w:left w:val="single" w:sz="6" w:space="0" w:color="D9D9D9"/>
              <w:right w:val="single" w:sz="6" w:space="0" w:color="D9D9D9"/>
            </w:tcBorders>
            <w:shd w:val="clear" w:color="auto" w:fill="auto"/>
            <w:tcMar>
              <w:top w:w="90" w:type="dxa"/>
              <w:left w:w="110" w:type="dxa"/>
              <w:bottom w:w="90" w:type="dxa"/>
              <w:right w:w="110" w:type="dxa"/>
            </w:tcMar>
            <w:vAlign w:val="center"/>
          </w:tcPr>
          <w:p w:rsidR="00837E6A" w:rsidRPr="003F2AF3" w:rsidRDefault="00837E6A" w:rsidP="00D963D9">
            <w:pPr>
              <w:spacing w:after="0" w:line="259" w:lineRule="auto"/>
              <w:rPr>
                <w:rFonts w:ascii="仿宋" w:eastAsia="仿宋" w:hAnsi="仿宋"/>
                <w:lang w:eastAsia="zh-CN"/>
              </w:rPr>
            </w:pPr>
          </w:p>
        </w:tc>
        <w:tc>
          <w:tcPr>
            <w:tcW w:w="559" w:type="pct"/>
            <w:tcBorders>
              <w:top w:val="single" w:sz="6" w:space="0" w:color="D9D9D9"/>
              <w:left w:val="single" w:sz="6" w:space="0" w:color="D9D9D9"/>
              <w:bottom w:val="single" w:sz="6" w:space="0" w:color="D9D9D9"/>
              <w:right w:val="single" w:sz="6" w:space="0" w:color="D9D9D9"/>
            </w:tcBorders>
            <w:shd w:val="clear" w:color="auto" w:fill="auto"/>
          </w:tcPr>
          <w:p w:rsidR="00837E6A" w:rsidRPr="003F2AF3" w:rsidRDefault="00837E6A" w:rsidP="00D963D9">
            <w:pPr>
              <w:spacing w:after="0" w:line="259" w:lineRule="auto"/>
              <w:rPr>
                <w:rFonts w:ascii="仿宋" w:eastAsia="仿宋" w:hAnsi="仿宋"/>
                <w:lang w:eastAsia="zh-CN"/>
              </w:rPr>
            </w:pPr>
            <w:r>
              <w:rPr>
                <w:rFonts w:ascii="仿宋" w:eastAsia="仿宋" w:hAnsi="仿宋" w:hint="eastAsia"/>
                <w:lang w:eastAsia="zh-CN"/>
              </w:rPr>
              <w:t>2</w:t>
            </w:r>
          </w:p>
        </w:tc>
        <w:tc>
          <w:tcPr>
            <w:tcW w:w="3681" w:type="pct"/>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837E6A" w:rsidRPr="003F2AF3" w:rsidRDefault="00837E6A" w:rsidP="00D963D9">
            <w:pPr>
              <w:spacing w:after="0" w:line="259" w:lineRule="auto"/>
              <w:rPr>
                <w:rFonts w:ascii="仿宋" w:eastAsia="仿宋" w:hAnsi="仿宋"/>
                <w:lang w:eastAsia="zh-CN"/>
              </w:rPr>
            </w:pPr>
            <w:r w:rsidRPr="00837E6A">
              <w:rPr>
                <w:rFonts w:ascii="仿宋" w:eastAsia="仿宋" w:hAnsi="仿宋" w:hint="eastAsia"/>
                <w:lang w:eastAsia="zh-CN"/>
              </w:rPr>
              <w:t xml:space="preserve">Playback, switching </w:t>
            </w:r>
            <w:r w:rsidRPr="00837E6A">
              <w:rPr>
                <w:rFonts w:ascii="仿宋" w:eastAsia="仿宋" w:hAnsi="仿宋"/>
                <w:lang w:eastAsia="zh-CN"/>
              </w:rPr>
              <w:t>off and reconnection were normal from 0 meters to 16 meters. Bluetooth range: 16 meters.</w:t>
            </w:r>
          </w:p>
        </w:tc>
      </w:tr>
      <w:tr w:rsidR="00837E6A" w:rsidRPr="003F2AF3" w:rsidTr="00607EB3">
        <w:trPr>
          <w:cantSplit/>
          <w:jc w:val="center"/>
        </w:trPr>
        <w:tc>
          <w:tcPr>
            <w:tcW w:w="760" w:type="pct"/>
            <w:vMerge/>
            <w:tcBorders>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837E6A" w:rsidRPr="003F2AF3" w:rsidRDefault="00837E6A" w:rsidP="00D963D9">
            <w:pPr>
              <w:spacing w:after="0" w:line="259" w:lineRule="auto"/>
              <w:rPr>
                <w:rFonts w:ascii="仿宋" w:eastAsia="仿宋" w:hAnsi="仿宋"/>
                <w:lang w:eastAsia="zh-CN"/>
              </w:rPr>
            </w:pPr>
          </w:p>
        </w:tc>
        <w:tc>
          <w:tcPr>
            <w:tcW w:w="559" w:type="pct"/>
            <w:tcBorders>
              <w:top w:val="single" w:sz="6" w:space="0" w:color="D9D9D9"/>
              <w:left w:val="single" w:sz="6" w:space="0" w:color="D9D9D9"/>
              <w:bottom w:val="single" w:sz="6" w:space="0" w:color="D9D9D9"/>
              <w:right w:val="single" w:sz="6" w:space="0" w:color="D9D9D9"/>
            </w:tcBorders>
            <w:shd w:val="clear" w:color="auto" w:fill="auto"/>
          </w:tcPr>
          <w:p w:rsidR="00837E6A" w:rsidRPr="003F2AF3" w:rsidRDefault="00837E6A" w:rsidP="00D963D9">
            <w:pPr>
              <w:spacing w:after="0" w:line="259" w:lineRule="auto"/>
              <w:rPr>
                <w:rFonts w:ascii="仿宋" w:eastAsia="仿宋" w:hAnsi="仿宋"/>
                <w:lang w:eastAsia="zh-CN"/>
              </w:rPr>
            </w:pPr>
            <w:r>
              <w:rPr>
                <w:rFonts w:ascii="仿宋" w:eastAsia="仿宋" w:hAnsi="仿宋" w:hint="eastAsia"/>
                <w:lang w:eastAsia="zh-CN"/>
              </w:rPr>
              <w:t>3</w:t>
            </w:r>
          </w:p>
        </w:tc>
        <w:tc>
          <w:tcPr>
            <w:tcW w:w="3681" w:type="pct"/>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837E6A" w:rsidRPr="003F2AF3" w:rsidRDefault="00837E6A" w:rsidP="00D963D9">
            <w:pPr>
              <w:spacing w:after="0" w:line="259" w:lineRule="auto"/>
              <w:rPr>
                <w:rFonts w:ascii="仿宋" w:eastAsia="仿宋" w:hAnsi="仿宋"/>
                <w:lang w:eastAsia="zh-CN"/>
              </w:rPr>
            </w:pPr>
            <w:r w:rsidRPr="00837E6A">
              <w:rPr>
                <w:rFonts w:ascii="仿宋" w:eastAsia="仿宋" w:hAnsi="仿宋" w:hint="eastAsia"/>
                <w:lang w:eastAsia="zh-CN"/>
              </w:rPr>
              <w:t xml:space="preserve">Playback, switching </w:t>
            </w:r>
            <w:r w:rsidRPr="00837E6A">
              <w:rPr>
                <w:rFonts w:ascii="仿宋" w:eastAsia="仿宋" w:hAnsi="仿宋"/>
                <w:lang w:eastAsia="zh-CN"/>
              </w:rPr>
              <w:t>off and reconnection were normal from 0 meters to 15 meters. Bluetooth range: 15 meters.</w:t>
            </w:r>
          </w:p>
        </w:tc>
      </w:tr>
    </w:tbl>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4.2.6. Test </w:t>
      </w:r>
      <w:r w:rsidR="00030BF0">
        <w:rPr>
          <w:rFonts w:ascii="仿宋" w:eastAsia="仿宋" w:hAnsi="仿宋"/>
          <w:lang w:eastAsia="zh-CN"/>
        </w:rPr>
        <w:t/>
      </w:r>
      <w:r w:rsidRPr="00732E43">
        <w:rPr>
          <w:rFonts w:ascii="仿宋" w:eastAsia="仿宋" w:hAnsi="仿宋"/>
          <w:lang w:eastAsia="zh-CN"/>
        </w:rPr>
        <w:t>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4250493" cy="5577840"/>
            <wp:effectExtent l="0" t="0" r="0" b="0"/>
            <wp:docPr id="63" name="Picture 63" descr="图 4.2-1 蓝牙距离实验图片" title="图 4.2-1 蓝牙距离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2_image_01.png"/>
                    <pic:cNvPicPr/>
                  </pic:nvPicPr>
                  <pic:blipFill>
                    <a:blip r:embed="rId63"/>
                    <a:stretch>
                      <a:fillRect/>
                    </a:stretch>
                  </pic:blipFill>
                  <pic:spPr>
                    <a:xfrm>
                      <a:off x="0" y="0"/>
                      <a:ext cx="4250493"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4.2-1 Bluetooth Range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4250493" cy="5577840"/>
            <wp:effectExtent l="0" t="0" r="0" b="0"/>
            <wp:docPr id="64" name="Picture 64" descr="图 4.2-2 蓝牙距离实验图片" title="图 4.2-2 蓝牙距离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2_image_01.png"/>
                    <pic:cNvPicPr/>
                  </pic:nvPicPr>
                  <pic:blipFill>
                    <a:blip r:embed="rId63"/>
                    <a:stretch>
                      <a:fillRect/>
                    </a:stretch>
                  </pic:blipFill>
                  <pic:spPr>
                    <a:xfrm>
                      <a:off x="0" y="0"/>
                      <a:ext cx="4250493"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4.2-2 Bluetooth Range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4510532" cy="5577840"/>
            <wp:effectExtent l="0" t="0" r="0" b="0"/>
            <wp:docPr id="65" name="Picture 65" descr="图 4.2-3 蓝牙距离实验图片" title="图 4.2-3 蓝牙距离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2_image_04.png"/>
                    <pic:cNvPicPr/>
                  </pic:nvPicPr>
                  <pic:blipFill>
                    <a:blip r:embed="rId64"/>
                    <a:stretch>
                      <a:fillRect/>
                    </a:stretch>
                  </pic:blipFill>
                  <pic:spPr>
                    <a:xfrm>
                      <a:off x="0" y="0"/>
                      <a:ext cx="4510532"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4.2-3 Bluetooth Range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182630" cy="5577840"/>
            <wp:effectExtent l="0" t="0" r="0" b="0"/>
            <wp:docPr id="66" name="Picture 66" descr="图 4.2-4 蓝牙距离实验图片" title="图 4.2-4 蓝牙距离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2_image_05.png"/>
                    <pic:cNvPicPr/>
                  </pic:nvPicPr>
                  <pic:blipFill>
                    <a:blip r:embed="rId65"/>
                    <a:stretch>
                      <a:fillRect/>
                    </a:stretch>
                  </pic:blipFill>
                  <pic:spPr>
                    <a:xfrm>
                      <a:off x="0" y="0"/>
                      <a:ext cx="5182630"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4.2-4 Bluetooth Range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4889217" cy="5577840"/>
            <wp:effectExtent l="0" t="0" r="0" b="0"/>
            <wp:docPr id="67" name="Picture 67" descr="图 4.2-5 蓝牙距离实验图片" title="图 4.2-5 蓝牙距离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2_image_06.png"/>
                    <pic:cNvPicPr/>
                  </pic:nvPicPr>
                  <pic:blipFill>
                    <a:blip r:embed="rId66"/>
                    <a:stretch>
                      <a:fillRect/>
                    </a:stretch>
                  </pic:blipFill>
                  <pic:spPr>
                    <a:xfrm>
                      <a:off x="0" y="0"/>
                      <a:ext cx="4889217" cy="557784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4.2-5 Bluetooth Range Photograph</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4.2.7. </w:t>
      </w:r>
      <w:r w:rsidR="00030BF0">
        <w:rPr>
          <w:rFonts w:ascii="仿宋" w:eastAsia="仿宋" w:hAnsi="仿宋"/>
          <w:lang w:eastAsia="zh-CN"/>
        </w:rPr>
        <w:t/>
      </w:r>
      <w:r w:rsidRPr="00732E43">
        <w:rPr>
          <w:rFonts w:ascii="仿宋" w:eastAsia="仿宋" w:hAnsi="仿宋"/>
          <w:lang w:eastAsia="zh-CN"/>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2025.4.25</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2025.4.25</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hint="eastAsia"/>
          <w:lang w:eastAsia="zh-CN"/>
        </w:rPr>
      </w:pPr>
      <w:r w:rsidRPr="00732E43">
        <w:rPr>
          <w:rFonts w:ascii="仿宋" w:eastAsia="仿宋" w:hAnsi="仿宋"/>
          <w:lang w:eastAsia="zh-CN"/>
        </w:rPr>
        <w:lastRenderedPageBreak/>
        <w:t xml:space="preserve">4.3. </w:t>
      </w:r>
      <w:r w:rsidR="009D398D">
        <w:rPr>
          <w:rFonts w:ascii="仿宋" w:eastAsia="仿宋" w:hAnsi="仿宋"/>
          <w:lang w:eastAsia="zh-CN"/>
        </w:rPr>
        <w:t/>
      </w:r>
      <w:r w:rsidRPr="00732E43">
        <w:rPr>
          <w:rFonts w:ascii="仿宋" w:eastAsia="仿宋" w:hAnsi="仿宋"/>
          <w:lang w:eastAsia="zh-CN"/>
        </w:rPr>
        <w:t xml:space="preserve">BT </w:t>
      </w:r>
      <w:r w:rsidR="00EB10E1" w:rsidRPr="00EB10E1">
        <w:rPr>
          <w:rFonts w:ascii="仿宋" w:eastAsia="仿宋" w:hAnsi="仿宋"/>
          <w:lang w:eastAsia="zh-CN"/>
        </w:rPr>
        <w:t>Music Playback Time Test</w:t>
      </w:r>
      <w:bookmarkStart w:id="0" w:name="_GoBack"/>
      <w:bookmarkEnd w:id="0"/>
    </w:p>
    <w:p w:rsidR="00396E48" w:rsidRPr="00732E43" w:rsidRDefault="00A16A70">
      <w:pPr>
        <w:pStyle w:val="31"/>
        <w:rPr>
          <w:rFonts w:ascii="仿宋" w:eastAsia="仿宋" w:hAnsi="仿宋"/>
        </w:rPr>
      </w:pPr>
      <w:r w:rsidRPr="00732E43">
        <w:rPr>
          <w:rFonts w:ascii="仿宋" w:eastAsia="仿宋" w:hAnsi="仿宋"/>
        </w:rPr>
        <w:t xml:space="preserve">4.3.1. </w:t>
      </w:r>
      <w:r w:rsidR="009D398D">
        <w:rPr>
          <w:rFonts w:ascii="仿宋" w:eastAsia="仿宋" w:hAnsi="仿宋"/>
        </w:rPr>
        <w:t/>
      </w:r>
      <w:r w:rsidRPr="00732E43">
        <w:rPr>
          <w:rFonts w:ascii="仿宋" w:eastAsia="仿宋" w:hAnsi="仿宋"/>
        </w:rPr>
        <w:t>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D36D0">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Electrical Performance Tests</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lang w:eastAsia="zh-CN"/>
              </w:rPr>
            </w:pPr>
            <w:r w:rsidRPr="00732E43">
              <w:rPr>
                <w:rFonts w:ascii="仿宋" w:eastAsia="仿宋" w:hAnsi="仿宋"/>
                <w:sz w:val="19"/>
                <w:lang w:eastAsia="zh-CN"/>
              </w:rPr>
              <w:t>BT Music Playback Time Test</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N7A</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rsidP="005A5C68">
            <w:pPr>
              <w:spacing w:after="0" w:line="259" w:lineRule="auto"/>
              <w:rPr>
                <w:rFonts w:ascii="仿宋" w:eastAsia="仿宋" w:hAnsi="仿宋"/>
              </w:rPr>
            </w:pPr>
            <w:r w:rsidRPr="00732E43">
              <w:rPr>
                <w:rFonts w:ascii="仿宋" w:eastAsia="仿宋" w:hAnsi="仿宋"/>
                <w:sz w:val="19"/>
              </w:rPr>
              <w:t>2025.12.2</w:t>
            </w:r>
            <w:r w:rsidR="005A5C68">
              <w:rPr>
                <w:rFonts w:ascii="仿宋" w:eastAsia="仿宋" w:hAnsi="仿宋"/>
                <w:sz w:val="19"/>
              </w:rPr>
              <w:t>0</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rsidP="005A5C68">
            <w:pPr>
              <w:spacing w:after="0" w:line="259" w:lineRule="auto"/>
              <w:rPr>
                <w:rFonts w:ascii="仿宋" w:eastAsia="仿宋" w:hAnsi="仿宋"/>
              </w:rPr>
            </w:pPr>
            <w:r w:rsidRPr="00732E43">
              <w:rPr>
                <w:rFonts w:ascii="仿宋" w:eastAsia="仿宋" w:hAnsi="仿宋"/>
                <w:sz w:val="19"/>
              </w:rPr>
              <w:t>2025.12.2</w:t>
            </w:r>
            <w:r w:rsidR="005A5C68">
              <w:rPr>
                <w:rFonts w:ascii="仿宋" w:eastAsia="仿宋" w:hAnsi="仿宋"/>
                <w:sz w:val="19"/>
              </w:rPr>
              <w:t>0</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2025.12.24</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Requesting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Business Department</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Stage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0417F4">
            <w:pPr>
              <w:spacing w:after="0" w:line="259" w:lineRule="auto"/>
              <w:rPr>
                <w:rFonts w:ascii="仿宋" w:eastAsia="仿宋" w:hAnsi="仿宋"/>
                <w:lang w:eastAsia="zh-CN"/>
              </w:rPr>
            </w:pPr>
            <w:r w:rsidRPr="00732E43">
              <w:rPr>
                <w:rFonts w:ascii="仿宋" w:eastAsia="仿宋" w:hAnsi="仿宋"/>
                <w:sz w:val="19"/>
                <w:lang w:eastAsia="zh-CN"/>
              </w:rPr>
              <w:t>PV</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Equipment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Phone/ipad</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Track</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Hotel California</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Battery Capacity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18650/3.7V/1800MAH</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Quantity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4pcs</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Ambient Test Temperature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25℃</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Purpose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lang w:eastAsia="zh-CN"/>
              </w:rPr>
            </w:pPr>
            <w:r w:rsidRPr="00732E43">
              <w:rPr>
                <w:rFonts w:ascii="仿宋" w:eastAsia="仿宋" w:hAnsi="仿宋"/>
                <w:sz w:val="19"/>
                <w:lang w:eastAsia="zh-CN"/>
              </w:rPr>
              <w:t>Verify Battery Playback Time</w:t>
            </w:r>
          </w:p>
        </w:tc>
      </w:tr>
    </w:tbl>
    <w:p w:rsidR="00396E48" w:rsidRPr="00732E43" w:rsidRDefault="00396E48">
      <w:pPr>
        <w:spacing w:after="0"/>
        <w:rPr>
          <w:rFonts w:ascii="仿宋" w:eastAsia="仿宋" w:hAnsi="仿宋"/>
          <w:lang w:eastAsia="zh-CN"/>
        </w:rPr>
      </w:pP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4.3.2. </w:t>
      </w:r>
      <w:r w:rsidR="009D398D">
        <w:rPr>
          <w:rFonts w:ascii="仿宋" w:eastAsia="仿宋" w:hAnsi="仿宋"/>
          <w:lang w:eastAsia="zh-CN"/>
        </w:rPr>
        <w:t/>
      </w:r>
      <w:r w:rsidRPr="00732E43">
        <w:rPr>
          <w:rFonts w:ascii="仿宋" w:eastAsia="仿宋" w:hAnsi="仿宋"/>
          <w:lang w:eastAsia="zh-CN"/>
        </w:rPr>
        <w:t>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Fully charge the test sample. An illuminated charging indicator means charging is in progress; the red charging LED turning off means the battery is fully charged.</w:t>
      </w:r>
    </w:p>
    <w:p w:rsidR="00396E48" w:rsidRPr="00732E43" w:rsidRDefault="00A16A70">
      <w:pPr>
        <w:rPr>
          <w:rFonts w:ascii="仿宋" w:eastAsia="仿宋" w:hAnsi="仿宋"/>
          <w:lang w:eastAsia="zh-CN"/>
        </w:rPr>
      </w:pPr>
      <w:r w:rsidRPr="00732E43">
        <w:rPr>
          <w:rFonts w:ascii="仿宋" w:eastAsia="仿宋" w:hAnsi="仿宋"/>
          <w:lang w:eastAsia="zh-CN"/>
        </w:rPr>
        <w:t>2) Turn on the product and phone Bluetooth, connect to the product, select single-track playback, and set synchronized phone and product volume to 100%/50%.</w:t>
      </w:r>
    </w:p>
    <w:p w:rsidR="00396E48" w:rsidRPr="00732E43" w:rsidRDefault="00A16A70">
      <w:pPr>
        <w:rPr>
          <w:rFonts w:ascii="仿宋" w:eastAsia="仿宋" w:hAnsi="仿宋"/>
          <w:lang w:eastAsia="zh-CN"/>
        </w:rPr>
      </w:pPr>
      <w:r w:rsidRPr="00732E43">
        <w:rPr>
          <w:rFonts w:ascii="仿宋" w:eastAsia="仿宋" w:hAnsi="仿宋"/>
          <w:lang w:eastAsia="zh-CN"/>
        </w:rPr>
        <w:t>3) Continue until a low-battery warning or automatic shutdown, and record the start and completion times.</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4.3.3. </w:t>
      </w:r>
      <w:r w:rsidR="009D398D">
        <w:rPr>
          <w:rFonts w:ascii="仿宋" w:eastAsia="仿宋" w:hAnsi="仿宋"/>
          <w:lang w:eastAsia="zh-CN"/>
        </w:rPr>
        <w:t/>
      </w:r>
      <w:r w:rsidRPr="00732E43">
        <w:rPr>
          <w:rFonts w:ascii="仿宋" w:eastAsia="仿宋" w:hAnsi="仿宋"/>
          <w:lang w:eastAsia="zh-CN"/>
        </w:rPr>
        <w:t>Test Criteria and Records</w:t>
      </w:r>
    </w:p>
    <w:p w:rsidR="00195EA0" w:rsidRPr="00732E43" w:rsidRDefault="00A16A70">
      <w:pPr>
        <w:rPr>
          <w:rFonts w:ascii="仿宋" w:eastAsia="仿宋" w:hAnsi="仿宋"/>
          <w:lang w:eastAsia="zh-CN"/>
        </w:rPr>
      </w:pPr>
      <w:r w:rsidRPr="00732E43">
        <w:rPr>
          <w:rFonts w:ascii="仿宋" w:eastAsia="仿宋" w:hAnsi="仿宋"/>
          <w:lang w:eastAsia="zh-CN"/>
        </w:rPr>
        <w:t>Test times with synchronized phone and product volume at 100% (16 volume steps) are as follows: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98"/>
        <w:gridCol w:w="1378"/>
        <w:gridCol w:w="1378"/>
        <w:gridCol w:w="1378"/>
        <w:gridCol w:w="1161"/>
        <w:gridCol w:w="1161"/>
        <w:gridCol w:w="1161"/>
        <w:gridCol w:w="1161"/>
      </w:tblGrid>
      <w:tr w:rsidR="00396E48" w:rsidRPr="00732E43" w:rsidTr="003D7C1C">
        <w:trPr>
          <w:cantSplit/>
          <w:tblHeader/>
          <w:jc w:val="center"/>
        </w:trPr>
        <w:tc>
          <w:tcPr>
            <w:tcW w:w="798"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No.</w:t>
            </w:r>
          </w:p>
        </w:tc>
        <w:tc>
          <w:tcPr>
            <w:tcW w:w="1378"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Start Date and Time</w:t>
            </w:r>
          </w:p>
        </w:tc>
        <w:tc>
          <w:tcPr>
            <w:tcW w:w="1378"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End Date and Time</w:t>
            </w:r>
          </w:p>
        </w:tc>
        <w:tc>
          <w:tcPr>
            <w:tcW w:w="1378"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Track Title</w:t>
            </w:r>
          </w:p>
        </w:tc>
        <w:tc>
          <w:tcPr>
            <w:tcW w:w="1161"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Test Equipment</w:t>
            </w:r>
          </w:p>
        </w:tc>
        <w:tc>
          <w:tcPr>
            <w:tcW w:w="1161"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Actual Requirement (H)</w:t>
            </w:r>
          </w:p>
        </w:tc>
        <w:tc>
          <w:tcPr>
            <w:tcW w:w="1161"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Product Lighting</w:t>
            </w:r>
          </w:p>
        </w:tc>
        <w:tc>
          <w:tcPr>
            <w:tcW w:w="1161"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Remarks</w:t>
            </w:r>
          </w:p>
        </w:tc>
      </w:tr>
      <w:tr w:rsidR="004C66FE" w:rsidRPr="00732E43" w:rsidTr="003D7C1C">
        <w:trPr>
          <w:cantSplit/>
          <w:trHeight w:val="20"/>
          <w:jc w:val="center"/>
        </w:trPr>
        <w:tc>
          <w:tcPr>
            <w:tcW w:w="798" w:type="dxa"/>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3#</w:t>
            </w:r>
          </w:p>
        </w:tc>
        <w:tc>
          <w:tcPr>
            <w:tcW w:w="1378" w:type="dxa"/>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12.20 10:00</w:t>
            </w:r>
          </w:p>
        </w:tc>
        <w:tc>
          <w:tcPr>
            <w:tcW w:w="1378" w:type="dxa"/>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12.21 13:48</w:t>
            </w:r>
          </w:p>
        </w:tc>
        <w:tc>
          <w:tcPr>
            <w:tcW w:w="1378" w:type="dxa"/>
            <w:vMerge w:val="restart"/>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Hotel California</w:t>
            </w:r>
          </w:p>
        </w:tc>
        <w:tc>
          <w:tcPr>
            <w:tcW w:w="1161" w:type="dxa"/>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iPhone6</w:t>
            </w:r>
          </w:p>
        </w:tc>
        <w:tc>
          <w:tcPr>
            <w:tcW w:w="1161" w:type="dxa"/>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3H48min</w:t>
            </w:r>
          </w:p>
        </w:tc>
        <w:tc>
          <w:tcPr>
            <w:tcW w:w="1161" w:type="dxa"/>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Lights On</w:t>
            </w:r>
          </w:p>
        </w:tc>
        <w:tc>
          <w:tcPr>
            <w:tcW w:w="1161" w:type="dxa"/>
            <w:vMerge w:val="restart"/>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C27 Speaker Driver (Black)</w:t>
            </w:r>
          </w:p>
        </w:tc>
      </w:tr>
      <w:tr w:rsidR="004C66FE" w:rsidRPr="00732E43" w:rsidTr="003D7C1C">
        <w:trPr>
          <w:cantSplit/>
          <w:jc w:val="center"/>
        </w:trPr>
        <w:tc>
          <w:tcPr>
            <w:tcW w:w="79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4#</w:t>
            </w:r>
          </w:p>
        </w:tc>
        <w:tc>
          <w:tcPr>
            <w:tcW w:w="137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12.20 10:00</w:t>
            </w:r>
          </w:p>
        </w:tc>
        <w:tc>
          <w:tcPr>
            <w:tcW w:w="137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12.21 13:40</w:t>
            </w:r>
          </w:p>
        </w:tc>
        <w:tc>
          <w:tcPr>
            <w:tcW w:w="1378" w:type="dxa"/>
            <w:vMerge/>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iPhone6</w:t>
            </w: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3H40min</w:t>
            </w: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Lights On</w:t>
            </w:r>
          </w:p>
        </w:tc>
        <w:tc>
          <w:tcPr>
            <w:tcW w:w="1161" w:type="dxa"/>
            <w:vMerge/>
            <w:shd w:val="clear" w:color="auto" w:fill="EAF2F8"/>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p>
        </w:tc>
      </w:tr>
      <w:tr w:rsidR="004C66FE" w:rsidRPr="00732E43" w:rsidTr="003D7C1C">
        <w:trPr>
          <w:cantSplit/>
          <w:jc w:val="center"/>
        </w:trPr>
        <w:tc>
          <w:tcPr>
            <w:tcW w:w="79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lastRenderedPageBreak/>
              <w:t>3#</w:t>
            </w:r>
          </w:p>
        </w:tc>
        <w:tc>
          <w:tcPr>
            <w:tcW w:w="137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12.23 20:00</w:t>
            </w:r>
          </w:p>
        </w:tc>
        <w:tc>
          <w:tcPr>
            <w:tcW w:w="137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12.23 23:45</w:t>
            </w:r>
          </w:p>
        </w:tc>
        <w:tc>
          <w:tcPr>
            <w:tcW w:w="1378" w:type="dxa"/>
            <w:vMerge w:val="restart"/>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Hotel California</w:t>
            </w: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iPhone6</w:t>
            </w: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3H45min</w:t>
            </w: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Lights On</w:t>
            </w:r>
          </w:p>
        </w:tc>
        <w:tc>
          <w:tcPr>
            <w:tcW w:w="1161" w:type="dxa"/>
            <w:vMerge w:val="restart"/>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C27 Speaker Driver (Black)</w:t>
            </w:r>
          </w:p>
        </w:tc>
      </w:tr>
      <w:tr w:rsidR="004C66FE" w:rsidRPr="00732E43" w:rsidTr="003D7C1C">
        <w:trPr>
          <w:cantSplit/>
          <w:jc w:val="center"/>
        </w:trPr>
        <w:tc>
          <w:tcPr>
            <w:tcW w:w="79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4#</w:t>
            </w:r>
          </w:p>
        </w:tc>
        <w:tc>
          <w:tcPr>
            <w:tcW w:w="137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12.23 20:00</w:t>
            </w:r>
          </w:p>
        </w:tc>
        <w:tc>
          <w:tcPr>
            <w:tcW w:w="137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12.23 23:42</w:t>
            </w:r>
          </w:p>
        </w:tc>
        <w:tc>
          <w:tcPr>
            <w:tcW w:w="1378" w:type="dxa"/>
            <w:vMerge/>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iPhone6</w:t>
            </w: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3H42min</w:t>
            </w: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Lights On</w:t>
            </w:r>
          </w:p>
        </w:tc>
        <w:tc>
          <w:tcPr>
            <w:tcW w:w="1161" w:type="dxa"/>
            <w:vMerge/>
            <w:shd w:val="clear" w:color="auto" w:fill="EAF2F8"/>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p>
        </w:tc>
      </w:tr>
      <w:tr w:rsidR="004C66FE" w:rsidRPr="00732E43" w:rsidTr="003D7C1C">
        <w:trPr>
          <w:cantSplit/>
          <w:jc w:val="center"/>
        </w:trPr>
        <w:tc>
          <w:tcPr>
            <w:tcW w:w="79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3#</w:t>
            </w:r>
          </w:p>
        </w:tc>
        <w:tc>
          <w:tcPr>
            <w:tcW w:w="137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12.24 11:00</w:t>
            </w:r>
          </w:p>
        </w:tc>
        <w:tc>
          <w:tcPr>
            <w:tcW w:w="137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12.24 15:38</w:t>
            </w:r>
          </w:p>
        </w:tc>
        <w:tc>
          <w:tcPr>
            <w:tcW w:w="1378" w:type="dxa"/>
            <w:vMerge w:val="restart"/>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Hotel California</w:t>
            </w: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iPhone6</w:t>
            </w: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4H38min</w:t>
            </w: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Lights On</w:t>
            </w:r>
          </w:p>
        </w:tc>
        <w:tc>
          <w:tcPr>
            <w:tcW w:w="1161" w:type="dxa"/>
            <w:vMerge w:val="restart"/>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N7 Speaker Driver (Blue)</w:t>
            </w:r>
          </w:p>
        </w:tc>
      </w:tr>
      <w:tr w:rsidR="004C66FE" w:rsidRPr="00732E43" w:rsidTr="003D7C1C">
        <w:trPr>
          <w:cantSplit/>
          <w:jc w:val="center"/>
        </w:trPr>
        <w:tc>
          <w:tcPr>
            <w:tcW w:w="79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4#</w:t>
            </w:r>
          </w:p>
        </w:tc>
        <w:tc>
          <w:tcPr>
            <w:tcW w:w="137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12.24 11:00</w:t>
            </w:r>
          </w:p>
        </w:tc>
        <w:tc>
          <w:tcPr>
            <w:tcW w:w="1378"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12.24 15:44</w:t>
            </w:r>
          </w:p>
        </w:tc>
        <w:tc>
          <w:tcPr>
            <w:tcW w:w="1378" w:type="dxa"/>
            <w:vMerge/>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iPhone6</w:t>
            </w: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4H44min</w:t>
            </w:r>
          </w:p>
        </w:tc>
        <w:tc>
          <w:tcPr>
            <w:tcW w:w="1161" w:type="dxa"/>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Lights On</w:t>
            </w:r>
          </w:p>
        </w:tc>
        <w:tc>
          <w:tcPr>
            <w:tcW w:w="1161" w:type="dxa"/>
            <w:vMerge/>
            <w:shd w:val="clear" w:color="auto" w:fill="EAF2F8"/>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p>
        </w:tc>
      </w:tr>
    </w:tbl>
    <w:p w:rsidR="00396E48" w:rsidRPr="00732E43" w:rsidRDefault="00396E48">
      <w:pPr>
        <w:rPr>
          <w:rFonts w:ascii="仿宋" w:eastAsia="仿宋" w:hAnsi="仿宋"/>
        </w:rPr>
      </w:pPr>
    </w:p>
    <w:p w:rsidR="00396E48" w:rsidRPr="00732E43" w:rsidRDefault="00A16A70">
      <w:pPr>
        <w:rPr>
          <w:rFonts w:ascii="仿宋" w:eastAsia="仿宋" w:hAnsi="仿宋"/>
          <w:lang w:eastAsia="zh-CN"/>
        </w:rPr>
      </w:pPr>
      <w:r w:rsidRPr="00732E43">
        <w:rPr>
          <w:rFonts w:ascii="仿宋" w:eastAsia="仿宋" w:hAnsi="仿宋"/>
          <w:lang w:eastAsia="zh-CN"/>
        </w:rPr>
        <w:t>Test times with synchronized phone and product volume at 50% (8 volume steps) are as follows: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798"/>
        <w:gridCol w:w="1378"/>
        <w:gridCol w:w="1378"/>
        <w:gridCol w:w="1378"/>
        <w:gridCol w:w="1161"/>
        <w:gridCol w:w="1161"/>
        <w:gridCol w:w="1161"/>
        <w:gridCol w:w="1161"/>
      </w:tblGrid>
      <w:tr w:rsidR="00396E48" w:rsidRPr="00732E43" w:rsidTr="004C66FE">
        <w:trPr>
          <w:cantSplit/>
          <w:tblHeader/>
          <w:jc w:val="center"/>
        </w:trPr>
        <w:tc>
          <w:tcPr>
            <w:tcW w:w="798"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No.</w:t>
            </w:r>
          </w:p>
        </w:tc>
        <w:tc>
          <w:tcPr>
            <w:tcW w:w="1378"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Start Date and Time</w:t>
            </w:r>
          </w:p>
        </w:tc>
        <w:tc>
          <w:tcPr>
            <w:tcW w:w="1378"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End Date and Time</w:t>
            </w:r>
          </w:p>
        </w:tc>
        <w:tc>
          <w:tcPr>
            <w:tcW w:w="1378"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Track Title</w:t>
            </w:r>
          </w:p>
        </w:tc>
        <w:tc>
          <w:tcPr>
            <w:tcW w:w="1161"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Test Equipment</w:t>
            </w:r>
          </w:p>
        </w:tc>
        <w:tc>
          <w:tcPr>
            <w:tcW w:w="1161"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Actual Requirement (H)</w:t>
            </w:r>
          </w:p>
        </w:tc>
        <w:tc>
          <w:tcPr>
            <w:tcW w:w="1161"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Product Lighting</w:t>
            </w:r>
          </w:p>
        </w:tc>
        <w:tc>
          <w:tcPr>
            <w:tcW w:w="1161" w:type="dxa"/>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7"/>
              </w:rPr>
              <w:t>Remarks</w:t>
            </w:r>
          </w:p>
        </w:tc>
      </w:tr>
      <w:tr w:rsidR="004C66FE" w:rsidRPr="00732E43" w:rsidTr="004C66FE">
        <w:trPr>
          <w:cantSplit/>
          <w:jc w:val="center"/>
        </w:trPr>
        <w:tc>
          <w:tcPr>
            <w:tcW w:w="79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w:t>
            </w:r>
          </w:p>
        </w:tc>
        <w:tc>
          <w:tcPr>
            <w:tcW w:w="137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12.20 10:00</w:t>
            </w:r>
          </w:p>
        </w:tc>
        <w:tc>
          <w:tcPr>
            <w:tcW w:w="137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12.21 21:22</w:t>
            </w:r>
          </w:p>
        </w:tc>
        <w:tc>
          <w:tcPr>
            <w:tcW w:w="1378" w:type="dxa"/>
            <w:vMerge w:val="restart"/>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Hotel California</w:t>
            </w:r>
          </w:p>
        </w:tc>
        <w:tc>
          <w:tcPr>
            <w:tcW w:w="1161"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iPhone6</w:t>
            </w:r>
          </w:p>
        </w:tc>
        <w:tc>
          <w:tcPr>
            <w:tcW w:w="1161"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11H22min</w:t>
            </w:r>
          </w:p>
        </w:tc>
        <w:tc>
          <w:tcPr>
            <w:tcW w:w="1161"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Lights On</w:t>
            </w:r>
          </w:p>
        </w:tc>
        <w:tc>
          <w:tcPr>
            <w:tcW w:w="1161" w:type="dxa"/>
            <w:vMerge w:val="restart"/>
            <w:tcBorders>
              <w:left w:val="single" w:sz="6" w:space="0" w:color="D9D9D9"/>
            </w:tcBorders>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N7 Speaker Driver (Blue)</w:t>
            </w:r>
          </w:p>
        </w:tc>
      </w:tr>
      <w:tr w:rsidR="004C66FE" w:rsidRPr="00732E43" w:rsidTr="004C66FE">
        <w:trPr>
          <w:cantSplit/>
          <w:jc w:val="center"/>
        </w:trPr>
        <w:tc>
          <w:tcPr>
            <w:tcW w:w="79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2#</w:t>
            </w:r>
          </w:p>
        </w:tc>
        <w:tc>
          <w:tcPr>
            <w:tcW w:w="137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12.20 10:00</w:t>
            </w:r>
          </w:p>
        </w:tc>
        <w:tc>
          <w:tcPr>
            <w:tcW w:w="137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12.21 21:30</w:t>
            </w:r>
          </w:p>
        </w:tc>
        <w:tc>
          <w:tcPr>
            <w:tcW w:w="1378" w:type="dxa"/>
            <w:vMerge/>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p>
        </w:tc>
        <w:tc>
          <w:tcPr>
            <w:tcW w:w="1161"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iPhone6</w:t>
            </w:r>
          </w:p>
        </w:tc>
        <w:tc>
          <w:tcPr>
            <w:tcW w:w="1161"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11H30min</w:t>
            </w:r>
          </w:p>
        </w:tc>
        <w:tc>
          <w:tcPr>
            <w:tcW w:w="1161"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r w:rsidRPr="00732E43">
              <w:rPr>
                <w:rFonts w:ascii="仿宋" w:eastAsia="仿宋" w:hAnsi="仿宋"/>
                <w:sz w:val="17"/>
              </w:rPr>
              <w:t>Lights On</w:t>
            </w:r>
          </w:p>
        </w:tc>
        <w:tc>
          <w:tcPr>
            <w:tcW w:w="1161" w:type="dxa"/>
            <w:vMerge/>
            <w:tcBorders>
              <w:left w:val="single" w:sz="6" w:space="0" w:color="D9D9D9"/>
            </w:tcBorders>
            <w:shd w:val="clear" w:color="auto" w:fill="EAF2F8"/>
            <w:tcMar>
              <w:top w:w="90" w:type="dxa"/>
              <w:left w:w="110" w:type="dxa"/>
              <w:bottom w:w="90" w:type="dxa"/>
              <w:right w:w="110" w:type="dxa"/>
            </w:tcMar>
            <w:vAlign w:val="center"/>
          </w:tcPr>
          <w:p w:rsidR="004C66FE" w:rsidRPr="00732E43" w:rsidRDefault="004C66FE">
            <w:pPr>
              <w:spacing w:after="0" w:line="259" w:lineRule="auto"/>
              <w:rPr>
                <w:rFonts w:ascii="仿宋" w:eastAsia="仿宋" w:hAnsi="仿宋"/>
              </w:rPr>
            </w:pPr>
          </w:p>
        </w:tc>
      </w:tr>
    </w:tbl>
    <w:p w:rsidR="00396E48" w:rsidRPr="00732E43" w:rsidRDefault="00396E48">
      <w:pPr>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 xml:space="preserve">4.3.4. </w:t>
      </w:r>
      <w:r w:rsidR="009D398D">
        <w:rPr>
          <w:rFonts w:ascii="仿宋" w:eastAsia="仿宋" w:hAnsi="仿宋"/>
        </w:rPr>
        <w:t/>
      </w:r>
      <w:r w:rsidRPr="00732E43">
        <w:rPr>
          <w:rFonts w:ascii="仿宋" w:eastAsia="仿宋" w:hAnsi="仿宋"/>
        </w:rPr>
        <w:t>Equipment and Tools</w:t>
      </w:r>
    </w:p>
    <w:p w:rsidR="00396E48" w:rsidRPr="00732E43" w:rsidRDefault="00A16A70">
      <w:pPr>
        <w:rPr>
          <w:rFonts w:ascii="仿宋" w:eastAsia="仿宋" w:hAnsi="仿宋"/>
        </w:rPr>
      </w:pPr>
      <w:r w:rsidRPr="00732E43">
        <w:rPr>
          <w:rFonts w:ascii="仿宋" w:eastAsia="仿宋" w:hAnsi="仿宋"/>
        </w:rPr>
        <w:t>1) Mobile phones*3pcs.</w:t>
      </w:r>
    </w:p>
    <w:p w:rsidR="00396E48" w:rsidRPr="00732E43" w:rsidRDefault="00A16A70">
      <w:pPr>
        <w:pStyle w:val="31"/>
        <w:rPr>
          <w:rFonts w:ascii="仿宋" w:eastAsia="仿宋" w:hAnsi="仿宋"/>
        </w:rPr>
      </w:pPr>
      <w:r w:rsidRPr="00732E43">
        <w:rPr>
          <w:rFonts w:ascii="仿宋" w:eastAsia="仿宋" w:hAnsi="仿宋"/>
        </w:rPr>
        <w:t xml:space="preserve">4.3.5. </w:t>
      </w:r>
      <w:r w:rsidR="009D398D">
        <w:rPr>
          <w:rFonts w:ascii="仿宋" w:eastAsia="仿宋" w:hAnsi="仿宋"/>
        </w:rPr>
        <w:t/>
      </w:r>
      <w:r w:rsidRPr="00732E43">
        <w:rPr>
          <w:rFonts w:ascii="仿宋" w:eastAsia="仿宋" w:hAnsi="仿宋"/>
        </w:rPr>
        <w:t>Test Procedure</w:t>
      </w:r>
    </w:p>
    <w:p w:rsidR="00396E48" w:rsidRPr="00732E43" w:rsidRDefault="00A16A70">
      <w:pPr>
        <w:rPr>
          <w:rFonts w:ascii="仿宋" w:eastAsia="仿宋" w:hAnsi="仿宋"/>
          <w:lang w:eastAsia="zh-CN"/>
        </w:rPr>
      </w:pPr>
      <w:r w:rsidRPr="00732E43">
        <w:rPr>
          <w:rFonts w:ascii="仿宋" w:eastAsia="仿宋" w:hAnsi="仿宋"/>
          <w:lang w:eastAsia="zh-CN"/>
        </w:rPr>
        <w:t>1) Connect the product to phone Bluetooth and place it on the burn-in rack for playback.</w:t>
      </w:r>
    </w:p>
    <w:p w:rsidR="00396E48" w:rsidRPr="00732E43" w:rsidRDefault="00A16A70">
      <w:pPr>
        <w:rPr>
          <w:rFonts w:ascii="仿宋" w:eastAsia="仿宋" w:hAnsi="仿宋"/>
          <w:lang w:eastAsia="zh-CN"/>
        </w:rPr>
      </w:pPr>
      <w:r w:rsidRPr="00732E43">
        <w:rPr>
          <w:rFonts w:ascii="仿宋" w:eastAsia="仿宋" w:hAnsi="仿宋"/>
          <w:lang w:eastAsia="zh-CN"/>
        </w:rPr>
        <w:t>2) Phone playback in progress.</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4.3.6. </w:t>
      </w:r>
      <w:r w:rsidR="009D398D">
        <w:rPr>
          <w:rFonts w:ascii="仿宋" w:eastAsia="仿宋" w:hAnsi="仿宋"/>
          <w:lang w:eastAsia="zh-CN"/>
        </w:rPr>
        <w:t/>
      </w:r>
      <w:r w:rsidRPr="00732E43">
        <w:rPr>
          <w:rFonts w:ascii="仿宋" w:eastAsia="仿宋" w:hAnsi="仿宋"/>
          <w:lang w:eastAsia="zh-CN"/>
        </w:rPr>
        <w:t>Test Results</w:t>
      </w:r>
    </w:p>
    <w:p w:rsidR="00396E48" w:rsidRPr="00732E43" w:rsidRDefault="00A16A70">
      <w:pPr>
        <w:rPr>
          <w:rFonts w:ascii="仿宋" w:eastAsia="仿宋" w:hAnsi="仿宋"/>
          <w:lang w:eastAsia="zh-CN"/>
        </w:rPr>
      </w:pPr>
      <w:r w:rsidRPr="00732E43">
        <w:rPr>
          <w:rFonts w:ascii="仿宋" w:eastAsia="仿宋" w:hAnsi="仿宋"/>
          <w:lang w:eastAsia="zh-CN"/>
        </w:rPr>
        <w:t>Measured playback time with lights on at 50% (8 steps) volume: ≥11H. Playback time at 100% (16 steps) volume: ≥3.5H.</w:t>
      </w:r>
    </w:p>
    <w:p w:rsidR="00396E48" w:rsidRPr="00732E43" w:rsidRDefault="00A16A70">
      <w:pPr>
        <w:pStyle w:val="31"/>
        <w:rPr>
          <w:rFonts w:ascii="仿宋" w:eastAsia="仿宋" w:hAnsi="仿宋"/>
        </w:rPr>
      </w:pPr>
      <w:r w:rsidRPr="00732E43">
        <w:rPr>
          <w:rFonts w:ascii="仿宋" w:eastAsia="仿宋" w:hAnsi="仿宋"/>
        </w:rPr>
        <w:lastRenderedPageBreak/>
        <w:t xml:space="preserve">4.3.7. </w:t>
      </w:r>
      <w:r w:rsidR="009D398D">
        <w:rPr>
          <w:rFonts w:ascii="仿宋" w:eastAsia="仿宋" w:hAnsi="仿宋"/>
        </w:rPr>
        <w:t/>
      </w:r>
      <w:r w:rsidRPr="00732E43">
        <w:rPr>
          <w:rFonts w:ascii="仿宋" w:eastAsia="仿宋" w:hAnsi="仿宋"/>
        </w:rPr>
        <w:t>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5491736"/>
            <wp:effectExtent l="0" t="0" r="0" b="0"/>
            <wp:docPr id="70" name="Picture 70" descr="图 4.4-1 N7A BT音乐播放时间测试实验图片" title="图 4.4-1 N7A BT音乐播放时间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3_image_03.png"/>
                    <pic:cNvPicPr/>
                  </pic:nvPicPr>
                  <pic:blipFill>
                    <a:blip r:embed="rId67"/>
                    <a:stretch>
                      <a:fillRect/>
                    </a:stretch>
                  </pic:blipFill>
                  <pic:spPr>
                    <a:xfrm>
                      <a:off x="0" y="0"/>
                      <a:ext cx="5760720" cy="5491736"/>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4.4-1 N7A BT Music Playback Time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340868"/>
            <wp:effectExtent l="0" t="0" r="0" b="0"/>
            <wp:docPr id="71" name="Picture 71" descr="图 4.4-2 N7A BT音乐播放时间测试实验图片" title="图 4.4-2 N7A BT音乐播放时间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7_image_04.png"/>
                    <pic:cNvPicPr/>
                  </pic:nvPicPr>
                  <pic:blipFill>
                    <a:blip r:embed="rId68"/>
                    <a:stretch>
                      <a:fillRect/>
                    </a:stretch>
                  </pic:blipFill>
                  <pic:spPr>
                    <a:xfrm>
                      <a:off x="0" y="0"/>
                      <a:ext cx="5760720" cy="4340868"/>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4.4-2 N7A BT Music Playback Time Test Photograph</w:t>
      </w:r>
    </w:p>
    <w:p w:rsidR="00396E48" w:rsidRPr="00732E43" w:rsidRDefault="00A16A70">
      <w:pPr>
        <w:pStyle w:val="31"/>
        <w:rPr>
          <w:rFonts w:ascii="仿宋" w:eastAsia="仿宋" w:hAnsi="仿宋"/>
        </w:rPr>
      </w:pPr>
      <w:r w:rsidRPr="00732E43">
        <w:rPr>
          <w:rFonts w:ascii="仿宋" w:eastAsia="仿宋" w:hAnsi="仿宋"/>
        </w:rPr>
        <w:t xml:space="preserve">4.3.8. </w:t>
      </w:r>
      <w:r w:rsidR="009D398D">
        <w:rPr>
          <w:rFonts w:ascii="仿宋" w:eastAsia="仿宋" w:hAnsi="仿宋"/>
        </w:rPr>
        <w:t/>
      </w:r>
      <w:r w:rsidRPr="00732E43">
        <w:rPr>
          <w:rFonts w:ascii="仿宋" w:eastAsia="仿宋" w:hAnsi="仿宋"/>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rPr>
      </w:pPr>
      <w:r w:rsidRPr="00732E43">
        <w:rPr>
          <w:rFonts w:ascii="仿宋" w:eastAsia="仿宋" w:hAnsi="仿宋"/>
        </w:rPr>
        <w:lastRenderedPageBreak/>
        <w:t xml:space="preserve">4.4. </w:t>
      </w:r>
      <w:r w:rsidR="009D398D">
        <w:rPr>
          <w:rFonts w:ascii="仿宋" w:eastAsia="仿宋" w:hAnsi="仿宋"/>
        </w:rPr>
        <w:t/>
      </w:r>
      <w:r w:rsidRPr="00732E43">
        <w:rPr>
          <w:rFonts w:ascii="仿宋" w:eastAsia="仿宋" w:hAnsi="仿宋"/>
        </w:rPr>
        <w:t xml:space="preserve">Charging </w:t>
      </w:r>
      <w:r w:rsidR="00BA342A" w:rsidRPr="00BA342A">
        <w:rPr>
          <w:rFonts w:ascii="仿宋" w:eastAsia="仿宋" w:hAnsi="仿宋" w:hint="eastAsia"/>
        </w:rPr>
        <w:t>Time Test</w:t>
      </w:r>
    </w:p>
    <w:p w:rsidR="00396E48" w:rsidRPr="00732E43" w:rsidRDefault="00A16A70">
      <w:pPr>
        <w:pStyle w:val="31"/>
        <w:rPr>
          <w:rFonts w:ascii="仿宋" w:eastAsia="仿宋" w:hAnsi="仿宋"/>
        </w:rPr>
      </w:pPr>
      <w:r w:rsidRPr="00732E43">
        <w:rPr>
          <w:rFonts w:ascii="仿宋" w:eastAsia="仿宋" w:hAnsi="仿宋"/>
        </w:rPr>
        <w:t xml:space="preserve">4.4.1. </w:t>
      </w:r>
      <w:r w:rsidR="009D398D">
        <w:rPr>
          <w:rFonts w:ascii="仿宋" w:eastAsia="仿宋" w:hAnsi="仿宋"/>
        </w:rPr>
        <w:t/>
      </w:r>
      <w:r w:rsidRPr="00732E43">
        <w:rPr>
          <w:rFonts w:ascii="仿宋" w:eastAsia="仿宋" w:hAnsi="仿宋"/>
        </w:rPr>
        <w:t>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D36D0">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Electrical Performance Tests</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Charging Time Test</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2025.4.26</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2025.4.26</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2025.4.26</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Requesting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R&amp;D Department</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Stage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71238C">
            <w:pPr>
              <w:spacing w:after="0" w:line="259" w:lineRule="auto"/>
              <w:rPr>
                <w:rFonts w:ascii="仿宋" w:eastAsia="仿宋" w:hAnsi="仿宋"/>
                <w:lang w:eastAsia="zh-CN"/>
              </w:rPr>
            </w:pPr>
            <w:r w:rsidRPr="00732E43">
              <w:rPr>
                <w:rFonts w:ascii="仿宋" w:eastAsia="仿宋" w:hAnsi="仿宋"/>
                <w:sz w:val="19"/>
                <w:lang w:eastAsia="zh-CN"/>
              </w:rPr>
              <w:t>PV</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Equipment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Charging Adapter</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Battery Capacity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rsidP="009D398D">
            <w:pPr>
              <w:spacing w:after="0" w:line="259" w:lineRule="auto"/>
              <w:rPr>
                <w:rFonts w:ascii="仿宋" w:eastAsia="仿宋" w:hAnsi="仿宋"/>
              </w:rPr>
            </w:pPr>
            <w:r w:rsidRPr="00732E43">
              <w:rPr>
                <w:rFonts w:ascii="仿宋" w:eastAsia="仿宋" w:hAnsi="仿宋"/>
                <w:sz w:val="19"/>
              </w:rPr>
              <w:t>3.7V/</w:t>
            </w:r>
            <w:r w:rsidR="009D398D">
              <w:rPr>
                <w:rFonts w:ascii="仿宋" w:eastAsia="仿宋" w:hAnsi="仿宋"/>
                <w:sz w:val="19"/>
              </w:rPr>
              <w:t>18</w:t>
            </w:r>
            <w:r w:rsidRPr="00732E43">
              <w:rPr>
                <w:rFonts w:ascii="仿宋" w:eastAsia="仿宋" w:hAnsi="仿宋"/>
                <w:sz w:val="19"/>
              </w:rPr>
              <w:t>00MAH</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Quantity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3pcs</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Ambient Test Temperature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28℃</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Purpose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Verify Product Charging Time</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 xml:space="preserve">4.4.2. </w:t>
      </w:r>
      <w:r w:rsidR="009D398D">
        <w:rPr>
          <w:rFonts w:ascii="仿宋" w:eastAsia="仿宋" w:hAnsi="仿宋"/>
        </w:rPr>
        <w:t/>
      </w:r>
      <w:r w:rsidRPr="00732E43">
        <w:rPr>
          <w:rFonts w:ascii="仿宋" w:eastAsia="仿宋" w:hAnsi="仿宋"/>
        </w:rPr>
        <w:t>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Discharge the product until automatic shutdown.</w:t>
      </w:r>
    </w:p>
    <w:p w:rsidR="00396E48" w:rsidRPr="00732E43" w:rsidRDefault="00A16A70">
      <w:pPr>
        <w:rPr>
          <w:rFonts w:ascii="仿宋" w:eastAsia="仿宋" w:hAnsi="仿宋"/>
          <w:lang w:eastAsia="zh-CN"/>
        </w:rPr>
      </w:pPr>
      <w:r w:rsidRPr="00732E43">
        <w:rPr>
          <w:rFonts w:ascii="仿宋" w:eastAsia="仿宋" w:hAnsi="仿宋"/>
          <w:lang w:eastAsia="zh-CN"/>
        </w:rPr>
        <w:t>2) Connect the power cable to the power socket to charge the product.</w:t>
      </w:r>
    </w:p>
    <w:p w:rsidR="00396E48" w:rsidRPr="00732E43" w:rsidRDefault="00A16A70">
      <w:pPr>
        <w:rPr>
          <w:rFonts w:ascii="仿宋" w:eastAsia="仿宋" w:hAnsi="仿宋"/>
          <w:lang w:eastAsia="zh-CN"/>
        </w:rPr>
      </w:pPr>
      <w:r w:rsidRPr="00732E43">
        <w:rPr>
          <w:rFonts w:ascii="仿宋" w:eastAsia="仿宋" w:hAnsi="仿宋"/>
          <w:lang w:eastAsia="zh-CN"/>
        </w:rPr>
        <w:t>3) Check whether the red charging indicator is on. On indicates charging; the red charging LED turning off indicates a fully charged battery.</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4.4.3. </w:t>
      </w:r>
      <w:r w:rsidR="009D398D">
        <w:rPr>
          <w:rFonts w:ascii="仿宋" w:eastAsia="仿宋" w:hAnsi="仿宋"/>
          <w:lang w:eastAsia="zh-CN"/>
        </w:rPr>
        <w:t/>
      </w:r>
      <w:r w:rsidRPr="00732E43">
        <w:rPr>
          <w:rFonts w:ascii="仿宋" w:eastAsia="仿宋" w:hAnsi="仿宋"/>
          <w:lang w:eastAsia="zh-CN"/>
        </w:rPr>
        <w:t>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The charging test times are as follows:</w:t>
      </w:r>
    </w:p>
    <w:tbl>
      <w:tblPr>
        <w:tblW w:w="5000" w:type="pct"/>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1110"/>
        <w:gridCol w:w="1918"/>
        <w:gridCol w:w="1919"/>
        <w:gridCol w:w="1919"/>
        <w:gridCol w:w="1616"/>
        <w:gridCol w:w="1616"/>
      </w:tblGrid>
      <w:tr w:rsidR="00345CFB" w:rsidRPr="00732E43" w:rsidTr="00345CFB">
        <w:trPr>
          <w:cantSplit/>
          <w:tblHeader/>
          <w:jc w:val="center"/>
        </w:trPr>
        <w:tc>
          <w:tcPr>
            <w:tcW w:w="550" w:type="pct"/>
            <w:shd w:val="clear" w:color="auto" w:fill="1F4E78"/>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b/>
                <w:color w:val="FFFFFF"/>
                <w:sz w:val="17"/>
              </w:rPr>
              <w:t>No.</w:t>
            </w:r>
          </w:p>
        </w:tc>
        <w:tc>
          <w:tcPr>
            <w:tcW w:w="950" w:type="pct"/>
            <w:shd w:val="clear" w:color="auto" w:fill="1F4E78"/>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b/>
                <w:color w:val="FFFFFF"/>
                <w:sz w:val="17"/>
              </w:rPr>
              <w:t>Start Date and Time</w:t>
            </w:r>
          </w:p>
        </w:tc>
        <w:tc>
          <w:tcPr>
            <w:tcW w:w="950" w:type="pct"/>
            <w:shd w:val="clear" w:color="auto" w:fill="1F4E78"/>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b/>
                <w:color w:val="FFFFFF"/>
                <w:sz w:val="17"/>
              </w:rPr>
              <w:t>End Date and Time</w:t>
            </w:r>
          </w:p>
        </w:tc>
        <w:tc>
          <w:tcPr>
            <w:tcW w:w="950" w:type="pct"/>
            <w:shd w:val="clear" w:color="auto" w:fill="1F4E78"/>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b/>
                <w:color w:val="FFFFFF"/>
                <w:sz w:val="17"/>
              </w:rPr>
              <w:t>Adapter</w:t>
            </w:r>
          </w:p>
        </w:tc>
        <w:tc>
          <w:tcPr>
            <w:tcW w:w="800" w:type="pct"/>
            <w:shd w:val="clear" w:color="auto" w:fill="1F4E78"/>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b/>
                <w:color w:val="FFFFFF"/>
                <w:sz w:val="17"/>
              </w:rPr>
              <w:t>Actual Requirement (H)</w:t>
            </w:r>
          </w:p>
        </w:tc>
        <w:tc>
          <w:tcPr>
            <w:tcW w:w="800" w:type="pct"/>
            <w:shd w:val="clear" w:color="auto" w:fill="1F4E78"/>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b/>
                <w:color w:val="FFFFFF"/>
                <w:sz w:val="17"/>
              </w:rPr>
              <w:t>Product State</w:t>
            </w:r>
          </w:p>
        </w:tc>
      </w:tr>
      <w:tr w:rsidR="00345CFB" w:rsidRPr="00732E43" w:rsidTr="00345CFB">
        <w:trPr>
          <w:cantSplit/>
          <w:jc w:val="center"/>
        </w:trPr>
        <w:tc>
          <w:tcPr>
            <w:tcW w:w="550" w:type="pct"/>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1#</w:t>
            </w:r>
          </w:p>
        </w:tc>
        <w:tc>
          <w:tcPr>
            <w:tcW w:w="950" w:type="pct"/>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4.26 9:00</w:t>
            </w:r>
          </w:p>
        </w:tc>
        <w:tc>
          <w:tcPr>
            <w:tcW w:w="950" w:type="pct"/>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4.26 12:23</w:t>
            </w:r>
          </w:p>
        </w:tc>
        <w:tc>
          <w:tcPr>
            <w:tcW w:w="950" w:type="pct"/>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5V2A</w:t>
            </w:r>
          </w:p>
        </w:tc>
        <w:tc>
          <w:tcPr>
            <w:tcW w:w="800" w:type="pct"/>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3H32 min</w:t>
            </w:r>
          </w:p>
        </w:tc>
        <w:tc>
          <w:tcPr>
            <w:tcW w:w="800" w:type="pct"/>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Tested Powered Off</w:t>
            </w:r>
          </w:p>
        </w:tc>
      </w:tr>
      <w:tr w:rsidR="00345CFB" w:rsidRPr="00732E43" w:rsidTr="00345CFB">
        <w:trPr>
          <w:cantSplit/>
          <w:jc w:val="center"/>
        </w:trPr>
        <w:tc>
          <w:tcPr>
            <w:tcW w:w="550" w:type="pct"/>
            <w:shd w:val="clear" w:color="auto" w:fill="EAF2F8"/>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2#</w:t>
            </w:r>
          </w:p>
        </w:tc>
        <w:tc>
          <w:tcPr>
            <w:tcW w:w="950" w:type="pct"/>
            <w:shd w:val="clear" w:color="auto" w:fill="EAF2F8"/>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4.26 9:00</w:t>
            </w:r>
          </w:p>
        </w:tc>
        <w:tc>
          <w:tcPr>
            <w:tcW w:w="950" w:type="pct"/>
            <w:shd w:val="clear" w:color="auto" w:fill="EAF2F8"/>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4.26 12:28</w:t>
            </w:r>
          </w:p>
        </w:tc>
        <w:tc>
          <w:tcPr>
            <w:tcW w:w="950" w:type="pct"/>
            <w:shd w:val="clear" w:color="auto" w:fill="EAF2F8"/>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5V2A</w:t>
            </w:r>
          </w:p>
        </w:tc>
        <w:tc>
          <w:tcPr>
            <w:tcW w:w="800" w:type="pct"/>
            <w:shd w:val="clear" w:color="auto" w:fill="EAF2F8"/>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3H21 min</w:t>
            </w:r>
          </w:p>
        </w:tc>
        <w:tc>
          <w:tcPr>
            <w:tcW w:w="800" w:type="pct"/>
            <w:shd w:val="clear" w:color="auto" w:fill="EAF2F8"/>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Tested Powered Off</w:t>
            </w:r>
          </w:p>
        </w:tc>
      </w:tr>
      <w:tr w:rsidR="00345CFB" w:rsidRPr="00732E43" w:rsidTr="00345CFB">
        <w:trPr>
          <w:cantSplit/>
          <w:jc w:val="center"/>
        </w:trPr>
        <w:tc>
          <w:tcPr>
            <w:tcW w:w="550" w:type="pct"/>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3#</w:t>
            </w:r>
          </w:p>
        </w:tc>
        <w:tc>
          <w:tcPr>
            <w:tcW w:w="950" w:type="pct"/>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4.26 9:00</w:t>
            </w:r>
          </w:p>
        </w:tc>
        <w:tc>
          <w:tcPr>
            <w:tcW w:w="950" w:type="pct"/>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4.26 12:29</w:t>
            </w:r>
          </w:p>
        </w:tc>
        <w:tc>
          <w:tcPr>
            <w:tcW w:w="950" w:type="pct"/>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5V2A</w:t>
            </w:r>
          </w:p>
        </w:tc>
        <w:tc>
          <w:tcPr>
            <w:tcW w:w="800" w:type="pct"/>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3H29 min</w:t>
            </w:r>
          </w:p>
        </w:tc>
        <w:tc>
          <w:tcPr>
            <w:tcW w:w="800" w:type="pct"/>
            <w:tcMar>
              <w:top w:w="90" w:type="dxa"/>
              <w:left w:w="110" w:type="dxa"/>
              <w:bottom w:w="90" w:type="dxa"/>
              <w:right w:w="110" w:type="dxa"/>
            </w:tcMar>
            <w:vAlign w:val="center"/>
          </w:tcPr>
          <w:p w:rsidR="00345CFB" w:rsidRPr="00732E43" w:rsidRDefault="00345CFB">
            <w:pPr>
              <w:spacing w:after="0" w:line="259" w:lineRule="auto"/>
              <w:rPr>
                <w:rFonts w:ascii="仿宋" w:eastAsia="仿宋" w:hAnsi="仿宋"/>
              </w:rPr>
            </w:pPr>
            <w:r w:rsidRPr="00732E43">
              <w:rPr>
                <w:rFonts w:ascii="仿宋" w:eastAsia="仿宋" w:hAnsi="仿宋"/>
                <w:sz w:val="17"/>
              </w:rPr>
              <w:t>Tested Powered Off</w:t>
            </w:r>
          </w:p>
        </w:tc>
      </w:tr>
    </w:tbl>
    <w:p w:rsidR="00396E48" w:rsidRPr="00732E43" w:rsidRDefault="00396E48">
      <w:pPr>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lastRenderedPageBreak/>
        <w:t xml:space="preserve">4.4.4. </w:t>
      </w:r>
      <w:r w:rsidR="009D398D">
        <w:rPr>
          <w:rFonts w:ascii="仿宋" w:eastAsia="仿宋" w:hAnsi="仿宋"/>
        </w:rPr>
        <w:t/>
      </w:r>
      <w:r w:rsidRPr="00732E43">
        <w:rPr>
          <w:rFonts w:ascii="仿宋" w:eastAsia="仿宋" w:hAnsi="仿宋"/>
        </w:rPr>
        <w:t>Equipment and Tools</w:t>
      </w:r>
    </w:p>
    <w:p w:rsidR="00396E48" w:rsidRPr="00732E43" w:rsidRDefault="00A16A70">
      <w:pPr>
        <w:rPr>
          <w:rFonts w:ascii="仿宋" w:eastAsia="仿宋" w:hAnsi="仿宋"/>
          <w:lang w:eastAsia="zh-CN"/>
        </w:rPr>
      </w:pPr>
      <w:r w:rsidRPr="00732E43">
        <w:rPr>
          <w:rFonts w:ascii="仿宋" w:eastAsia="仿宋" w:hAnsi="仿宋"/>
          <w:lang w:eastAsia="zh-CN"/>
        </w:rPr>
        <w:t xml:space="preserve">1) 5V/2A charging </w:t>
      </w:r>
      <w:r w:rsidR="004522D8">
        <w:rPr>
          <w:rFonts w:ascii="仿宋" w:eastAsia="仿宋" w:hAnsi="仿宋"/>
          <w:lang w:eastAsia="zh-CN"/>
        </w:rPr>
        <w:t/>
      </w:r>
      <w:r w:rsidRPr="00732E43">
        <w:rPr>
          <w:rFonts w:ascii="仿宋" w:eastAsia="仿宋" w:hAnsi="仿宋"/>
          <w:lang w:eastAsia="zh-CN"/>
        </w:rPr>
        <w:t>adapters.*2pcs</w:t>
      </w:r>
    </w:p>
    <w:p w:rsidR="00396E48" w:rsidRPr="00732E43" w:rsidRDefault="00A16A70">
      <w:pPr>
        <w:rPr>
          <w:rFonts w:ascii="仿宋" w:eastAsia="仿宋" w:hAnsi="仿宋"/>
          <w:lang w:eastAsia="zh-CN"/>
        </w:rPr>
      </w:pPr>
      <w:r w:rsidRPr="00732E43">
        <w:rPr>
          <w:rFonts w:ascii="仿宋" w:eastAsia="仿宋" w:hAnsi="仿宋"/>
          <w:lang w:eastAsia="zh-CN"/>
        </w:rPr>
        <w:t>2) USB charging cables*2pcs</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4.4.5. </w:t>
      </w:r>
      <w:r w:rsidR="009D398D">
        <w:rPr>
          <w:rFonts w:ascii="仿宋" w:eastAsia="仿宋" w:hAnsi="仿宋"/>
          <w:lang w:eastAsia="zh-CN"/>
        </w:rPr>
        <w:t/>
      </w:r>
      <w:r w:rsidRPr="00732E43">
        <w:rPr>
          <w:rFonts w:ascii="仿宋" w:eastAsia="仿宋" w:hAnsi="仿宋"/>
          <w:lang w:eastAsia="zh-CN"/>
        </w:rPr>
        <w:t>Test Procedure</w:t>
      </w:r>
    </w:p>
    <w:p w:rsidR="00396E48" w:rsidRPr="00732E43" w:rsidRDefault="00A16A70">
      <w:pPr>
        <w:rPr>
          <w:rFonts w:ascii="仿宋" w:eastAsia="仿宋" w:hAnsi="仿宋"/>
          <w:lang w:eastAsia="zh-CN"/>
        </w:rPr>
      </w:pPr>
      <w:r w:rsidRPr="00732E43">
        <w:rPr>
          <w:rFonts w:ascii="仿宋" w:eastAsia="仿宋" w:hAnsi="仿宋"/>
          <w:lang w:eastAsia="zh-CN"/>
        </w:rPr>
        <w:t>1) The LED is red during the charging test.</w:t>
      </w:r>
    </w:p>
    <w:p w:rsidR="00396E48" w:rsidRPr="00732E43" w:rsidRDefault="00A16A70">
      <w:pPr>
        <w:rPr>
          <w:rFonts w:ascii="仿宋" w:eastAsia="仿宋" w:hAnsi="仿宋"/>
          <w:lang w:eastAsia="zh-CN"/>
        </w:rPr>
      </w:pPr>
      <w:r w:rsidRPr="00732E43">
        <w:rPr>
          <w:rFonts w:ascii="仿宋" w:eastAsia="仿宋" w:hAnsi="仿宋"/>
          <w:lang w:eastAsia="zh-CN"/>
        </w:rPr>
        <w:t>2) The red charging LED turns off when the battery is fully charged.</w:t>
      </w:r>
    </w:p>
    <w:p w:rsidR="00396E48" w:rsidRPr="00732E43" w:rsidRDefault="00A16A70">
      <w:pPr>
        <w:rPr>
          <w:rFonts w:ascii="仿宋" w:eastAsia="仿宋" w:hAnsi="仿宋"/>
          <w:lang w:eastAsia="zh-CN"/>
        </w:rPr>
      </w:pPr>
      <w:r w:rsidRPr="00732E43">
        <w:rPr>
          <w:rFonts w:ascii="仿宋" w:eastAsia="仿宋" w:hAnsi="仿宋"/>
          <w:lang w:eastAsia="zh-CN"/>
        </w:rPr>
        <w:t>3) Charging curve</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4.4.6. </w:t>
      </w:r>
      <w:r w:rsidR="009D398D">
        <w:rPr>
          <w:rFonts w:ascii="仿宋" w:eastAsia="仿宋" w:hAnsi="仿宋"/>
          <w:lang w:eastAsia="zh-CN"/>
        </w:rPr>
        <w:t/>
      </w:r>
      <w:r w:rsidRPr="00732E43">
        <w:rPr>
          <w:rFonts w:ascii="仿宋" w:eastAsia="仿宋" w:hAnsi="仿宋"/>
          <w:lang w:eastAsia="zh-CN"/>
        </w:rPr>
        <w:t>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984886"/>
            <wp:effectExtent l="0" t="0" r="0" b="0"/>
            <wp:docPr id="72" name="Picture 72" descr="图 4.5-1 充电时长实验图片" title="图 4.5-1 充电时长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4_image_03.png"/>
                    <pic:cNvPicPr/>
                  </pic:nvPicPr>
                  <pic:blipFill>
                    <a:blip r:embed="rId69"/>
                    <a:stretch>
                      <a:fillRect/>
                    </a:stretch>
                  </pic:blipFill>
                  <pic:spPr>
                    <a:xfrm>
                      <a:off x="0" y="0"/>
                      <a:ext cx="5760720" cy="4984886"/>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4.5-1 Charging Duration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5377947"/>
            <wp:effectExtent l="0" t="0" r="0" b="0"/>
            <wp:docPr id="73" name="Picture 73" descr="图 4.5-2 充电时长实验图片" title="图 4.5-2 充电时长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4_image_04.png"/>
                    <pic:cNvPicPr/>
                  </pic:nvPicPr>
                  <pic:blipFill>
                    <a:blip r:embed="rId70"/>
                    <a:stretch>
                      <a:fillRect/>
                    </a:stretch>
                  </pic:blipFill>
                  <pic:spPr>
                    <a:xfrm>
                      <a:off x="0" y="0"/>
                      <a:ext cx="5760720" cy="5377947"/>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4.5-2 Charging Duration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3240404"/>
            <wp:effectExtent l="0" t="0" r="0" b="0"/>
            <wp:docPr id="74" name="Picture 74" descr="图 4.5-3 充电时长实验图片" title="图 4.5-3 充电时长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4_image_05.png"/>
                    <pic:cNvPicPr/>
                  </pic:nvPicPr>
                  <pic:blipFill>
                    <a:blip r:embed="rId71"/>
                    <a:stretch>
                      <a:fillRect/>
                    </a:stretch>
                  </pic:blipFill>
                  <pic:spPr>
                    <a:xfrm>
                      <a:off x="0" y="0"/>
                      <a:ext cx="5760720" cy="3240404"/>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4.5-3 Charging Duration Photograph</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4.4.7. </w:t>
      </w:r>
      <w:r w:rsidR="009D398D">
        <w:rPr>
          <w:rFonts w:ascii="仿宋" w:eastAsia="仿宋" w:hAnsi="仿宋"/>
          <w:lang w:eastAsia="zh-CN"/>
        </w:rPr>
        <w:t/>
      </w:r>
      <w:r w:rsidRPr="00732E43">
        <w:rPr>
          <w:rFonts w:ascii="仿宋" w:eastAsia="仿宋" w:hAnsi="仿宋"/>
          <w:lang w:eastAsia="zh-CN"/>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rPr>
      </w:pPr>
      <w:r w:rsidRPr="00732E43">
        <w:rPr>
          <w:rFonts w:ascii="仿宋" w:eastAsia="仿宋" w:hAnsi="仿宋"/>
        </w:rPr>
        <w:lastRenderedPageBreak/>
        <w:t xml:space="preserve">4.5. </w:t>
      </w:r>
      <w:r w:rsidR="009D398D">
        <w:rPr>
          <w:rFonts w:ascii="仿宋" w:eastAsia="仿宋" w:hAnsi="仿宋"/>
        </w:rPr>
        <w:t/>
      </w:r>
      <w:r w:rsidRPr="00732E43">
        <w:rPr>
          <w:rFonts w:ascii="仿宋" w:eastAsia="仿宋" w:hAnsi="仿宋"/>
        </w:rPr>
        <w:t>Product Functional Burn-In Test</w:t>
      </w:r>
    </w:p>
    <w:p w:rsidR="00396E48" w:rsidRPr="00732E43" w:rsidRDefault="00A16A70">
      <w:pPr>
        <w:pStyle w:val="31"/>
        <w:rPr>
          <w:rFonts w:ascii="仿宋" w:eastAsia="仿宋" w:hAnsi="仿宋"/>
        </w:rPr>
      </w:pPr>
      <w:r w:rsidRPr="00732E43">
        <w:rPr>
          <w:rFonts w:ascii="仿宋" w:eastAsia="仿宋" w:hAnsi="仿宋"/>
        </w:rPr>
        <w:t xml:space="preserve">4.5.1. </w:t>
      </w:r>
      <w:r w:rsidR="009D398D">
        <w:rPr>
          <w:rFonts w:ascii="仿宋" w:eastAsia="仿宋" w:hAnsi="仿宋"/>
        </w:rPr>
        <w:t/>
      </w:r>
      <w:r w:rsidRPr="00732E43">
        <w:rPr>
          <w:rFonts w:ascii="仿宋" w:eastAsia="仿宋" w:hAnsi="仿宋"/>
        </w:rPr>
        <w:t>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D36D0">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Electrical Performance Tests</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Product Functional Burn-In Test</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2025.4.1</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2025.4.25</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2025.5.2</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 xml:space="preserve">4.5.2. </w:t>
      </w:r>
      <w:r w:rsidR="009D398D">
        <w:rPr>
          <w:rFonts w:ascii="仿宋" w:eastAsia="仿宋" w:hAnsi="仿宋"/>
        </w:rPr>
        <w:t/>
      </w:r>
      <w:r w:rsidRPr="00732E43">
        <w:rPr>
          <w:rFonts w:ascii="仿宋" w:eastAsia="仿宋" w:hAnsi="仿宋"/>
        </w:rPr>
        <w:t>Test Conditions and Methods</w:t>
      </w:r>
    </w:p>
    <w:p w:rsidR="00396E48" w:rsidRPr="00732E43" w:rsidRDefault="00A16A70">
      <w:pPr>
        <w:rPr>
          <w:rFonts w:ascii="仿宋" w:eastAsia="仿宋" w:hAnsi="仿宋"/>
          <w:lang w:eastAsia="zh-CN"/>
        </w:rPr>
      </w:pPr>
      <w:r w:rsidRPr="00732E43">
        <w:rPr>
          <w:rFonts w:ascii="仿宋" w:eastAsia="仿宋" w:hAnsi="仿宋"/>
          <w:lang w:eastAsia="zh-CN"/>
        </w:rPr>
        <w:t>1) R&amp;D supplied 3 pilot-production samples, which passed functional checks.</w:t>
      </w:r>
    </w:p>
    <w:p w:rsidR="00396E48" w:rsidRPr="00732E43" w:rsidRDefault="00A16A70">
      <w:pPr>
        <w:rPr>
          <w:rFonts w:ascii="仿宋" w:eastAsia="仿宋" w:hAnsi="仿宋"/>
          <w:lang w:eastAsia="zh-CN"/>
        </w:rPr>
      </w:pPr>
      <w:r w:rsidRPr="00732E43">
        <w:rPr>
          <w:rFonts w:ascii="仿宋" w:eastAsia="仿宋" w:hAnsi="仿宋"/>
          <w:lang w:eastAsia="zh-CN"/>
        </w:rPr>
        <w:t>2) R&amp;D supplied 3 pilot-production samples for burn-in testing, playing at maximum volume while charging. Requirement: no abnormalities after 168 hours of simultaneous charging and playback.</w:t>
      </w:r>
    </w:p>
    <w:p w:rsidR="00396E48" w:rsidRPr="00732E43" w:rsidRDefault="00A16A70">
      <w:pPr>
        <w:rPr>
          <w:rFonts w:ascii="仿宋" w:eastAsia="仿宋" w:hAnsi="仿宋"/>
          <w:lang w:eastAsia="zh-CN"/>
        </w:rPr>
      </w:pPr>
      <w:r w:rsidRPr="00732E43">
        <w:rPr>
          <w:rFonts w:ascii="仿宋" w:eastAsia="仿宋" w:hAnsi="仿宋"/>
          <w:lang w:eastAsia="zh-CN"/>
        </w:rPr>
        <w:t>3) Place the product on the burn-in rack, insert the TF card and charging cable, switch on and play at 100% volume.</w:t>
      </w:r>
    </w:p>
    <w:p w:rsidR="00396E48" w:rsidRPr="00732E43" w:rsidRDefault="00A16A70">
      <w:pPr>
        <w:rPr>
          <w:rFonts w:ascii="仿宋" w:eastAsia="仿宋" w:hAnsi="仿宋"/>
          <w:lang w:eastAsia="zh-CN"/>
        </w:rPr>
      </w:pPr>
      <w:r w:rsidRPr="00732E43">
        <w:rPr>
          <w:rFonts w:ascii="仿宋" w:eastAsia="仿宋" w:hAnsi="仿宋"/>
          <w:lang w:eastAsia="zh-CN"/>
        </w:rPr>
        <w:t>4) Test tracks must cycle through mid-, high- and low-frequency content. (The DJ track Pengyou De Jiu was played on repeat in this test.)</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4.5.3. </w:t>
      </w:r>
      <w:r w:rsidR="009D398D">
        <w:rPr>
          <w:rFonts w:ascii="仿宋" w:eastAsia="仿宋" w:hAnsi="仿宋"/>
          <w:lang w:eastAsia="zh-CN"/>
        </w:rPr>
        <w:t/>
      </w:r>
      <w:r w:rsidRPr="00732E43">
        <w:rPr>
          <w:rFonts w:ascii="仿宋" w:eastAsia="仿宋" w:hAnsi="仿宋"/>
          <w:lang w:eastAsia="zh-CN"/>
        </w:rPr>
        <w:t>Test Criteria and Records</w:t>
      </w:r>
    </w:p>
    <w:p w:rsidR="00396E48" w:rsidRPr="00732E43" w:rsidRDefault="00A16A70">
      <w:pPr>
        <w:rPr>
          <w:rFonts w:ascii="仿宋" w:eastAsia="仿宋" w:hAnsi="仿宋"/>
          <w:lang w:eastAsia="zh-CN"/>
        </w:rPr>
      </w:pPr>
      <w:r w:rsidRPr="00732E43">
        <w:rPr>
          <w:rFonts w:ascii="仿宋" w:eastAsia="仿宋" w:hAnsi="仿宋"/>
          <w:lang w:eastAsia="zh-CN"/>
        </w:rPr>
        <w:t>1) No abnormalities, noise, loss of sound or similar issues after 168 hours of simultaneous charging and playback constitutes a pass.</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4.5.4. </w:t>
      </w:r>
      <w:r w:rsidR="009D398D">
        <w:rPr>
          <w:rFonts w:ascii="仿宋" w:eastAsia="仿宋" w:hAnsi="仿宋"/>
          <w:lang w:eastAsia="zh-CN"/>
        </w:rPr>
        <w:t/>
      </w:r>
      <w:r w:rsidRPr="00732E43">
        <w:rPr>
          <w:rFonts w:ascii="仿宋" w:eastAsia="仿宋" w:hAnsi="仿宋"/>
          <w:lang w:eastAsia="zh-CN"/>
        </w:rPr>
        <w:t>Equipment and Tools</w:t>
      </w:r>
    </w:p>
    <w:p w:rsidR="00396E48" w:rsidRPr="00732E43" w:rsidRDefault="00A16A70">
      <w:pPr>
        <w:rPr>
          <w:rFonts w:ascii="仿宋" w:eastAsia="仿宋" w:hAnsi="仿宋"/>
          <w:lang w:eastAsia="zh-CN"/>
        </w:rPr>
      </w:pPr>
      <w:r w:rsidRPr="00732E43">
        <w:rPr>
          <w:rFonts w:ascii="仿宋" w:eastAsia="仿宋" w:hAnsi="仿宋"/>
          <w:lang w:eastAsia="zh-CN"/>
        </w:rPr>
        <w:t xml:space="preserve">1) Test </w:t>
      </w:r>
      <w:r w:rsidR="004522D8" w:rsidRPr="00732E43">
        <w:rPr>
          <w:rFonts w:ascii="仿宋" w:eastAsia="仿宋" w:hAnsi="仿宋"/>
          <w:lang w:eastAsia="zh-CN"/>
        </w:rPr>
        <w:t/>
      </w:r>
      <w:r w:rsidRPr="00732E43">
        <w:rPr>
          <w:rFonts w:ascii="仿宋" w:eastAsia="仿宋" w:hAnsi="仿宋"/>
          <w:lang w:eastAsia="zh-CN"/>
        </w:rPr>
        <w:t>samples*3psc</w:t>
      </w:r>
    </w:p>
    <w:p w:rsidR="00396E48" w:rsidRPr="00732E43" w:rsidRDefault="00A16A70">
      <w:pPr>
        <w:rPr>
          <w:rFonts w:ascii="仿宋" w:eastAsia="仿宋" w:hAnsi="仿宋"/>
          <w:lang w:eastAsia="zh-CN"/>
        </w:rPr>
      </w:pPr>
      <w:r w:rsidRPr="00732E43">
        <w:rPr>
          <w:rFonts w:ascii="仿宋" w:eastAsia="仿宋" w:hAnsi="仿宋"/>
          <w:lang w:eastAsia="zh-CN"/>
        </w:rPr>
        <w:t>2) Mobile phone*1pcs</w:t>
      </w:r>
    </w:p>
    <w:p w:rsidR="00396E48" w:rsidRPr="00732E43" w:rsidRDefault="00A16A70">
      <w:pPr>
        <w:rPr>
          <w:rFonts w:ascii="仿宋" w:eastAsia="仿宋" w:hAnsi="仿宋"/>
          <w:lang w:eastAsia="zh-CN"/>
        </w:rPr>
      </w:pPr>
      <w:r w:rsidRPr="00732E43">
        <w:rPr>
          <w:rFonts w:ascii="仿宋" w:eastAsia="仿宋" w:hAnsi="仿宋"/>
          <w:lang w:eastAsia="zh-CN"/>
        </w:rPr>
        <w:t xml:space="preserve">3) 5V2A chargers and USB </w:t>
      </w:r>
      <w:r w:rsidR="00EE3E34">
        <w:rPr>
          <w:rFonts w:ascii="仿宋" w:eastAsia="仿宋" w:hAnsi="仿宋" w:hint="eastAsia"/>
          <w:lang w:eastAsia="zh-CN"/>
        </w:rPr>
        <w:t/>
      </w:r>
      <w:r w:rsidRPr="00732E43">
        <w:rPr>
          <w:rFonts w:ascii="仿宋" w:eastAsia="仿宋" w:hAnsi="仿宋"/>
          <w:lang w:eastAsia="zh-CN"/>
        </w:rPr>
        <w:t>cables*3pcs</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4.5.5. </w:t>
      </w:r>
      <w:r w:rsidR="009D398D">
        <w:rPr>
          <w:rFonts w:ascii="仿宋" w:eastAsia="仿宋" w:hAnsi="仿宋"/>
          <w:lang w:eastAsia="zh-CN"/>
        </w:rPr>
        <w:t/>
      </w:r>
      <w:r w:rsidRPr="00732E43">
        <w:rPr>
          <w:rFonts w:ascii="仿宋" w:eastAsia="仿宋" w:hAnsi="仿宋"/>
          <w:lang w:eastAsia="zh-CN"/>
        </w:rPr>
        <w:t>Test Procedure</w:t>
      </w:r>
    </w:p>
    <w:p w:rsidR="00396E48" w:rsidRPr="00732E43" w:rsidRDefault="00A16A70">
      <w:pPr>
        <w:rPr>
          <w:rFonts w:ascii="仿宋" w:eastAsia="仿宋" w:hAnsi="仿宋"/>
          <w:lang w:eastAsia="zh-CN"/>
        </w:rPr>
      </w:pPr>
      <w:r w:rsidRPr="00732E43">
        <w:rPr>
          <w:rFonts w:ascii="仿宋" w:eastAsia="仿宋" w:hAnsi="仿宋"/>
          <w:lang w:eastAsia="zh-CN"/>
        </w:rPr>
        <w:t>1) Photograph of product burn-in in progress</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4.5.6. </w:t>
      </w:r>
      <w:r w:rsidR="009D398D">
        <w:rPr>
          <w:rFonts w:ascii="仿宋" w:eastAsia="仿宋" w:hAnsi="仿宋"/>
          <w:lang w:eastAsia="zh-CN"/>
        </w:rPr>
        <w:t/>
      </w:r>
      <w:r w:rsidRPr="00732E43">
        <w:rPr>
          <w:rFonts w:ascii="仿宋" w:eastAsia="仿宋" w:hAnsi="仿宋"/>
          <w:lang w:eastAsia="zh-CN"/>
        </w:rPr>
        <w:t>Test Results</w:t>
      </w:r>
    </w:p>
    <w:p w:rsidR="00396E48" w:rsidRPr="00732E43" w:rsidRDefault="00A16A70">
      <w:pPr>
        <w:rPr>
          <w:rFonts w:ascii="仿宋" w:eastAsia="仿宋" w:hAnsi="仿宋"/>
          <w:lang w:eastAsia="zh-CN"/>
        </w:rPr>
      </w:pPr>
      <w:r w:rsidRPr="00732E43">
        <w:rPr>
          <w:rFonts w:ascii="仿宋" w:eastAsia="仿宋" w:hAnsi="仿宋"/>
          <w:lang w:eastAsia="zh-CN"/>
        </w:rPr>
        <w:t>1) Burn-in started at 08:30 on April 1 and ended at 08:30 on April 8. No abnormalities were found over 168H. Considered a pass.</w:t>
      </w:r>
    </w:p>
    <w:p w:rsidR="00396E48" w:rsidRPr="00732E43" w:rsidRDefault="00A16A70">
      <w:pPr>
        <w:rPr>
          <w:rFonts w:ascii="仿宋" w:eastAsia="仿宋" w:hAnsi="仿宋"/>
          <w:lang w:eastAsia="zh-CN"/>
        </w:rPr>
      </w:pPr>
      <w:r w:rsidRPr="00732E43">
        <w:rPr>
          <w:rFonts w:ascii="仿宋" w:eastAsia="仿宋" w:hAnsi="仿宋"/>
          <w:lang w:eastAsia="zh-CN"/>
        </w:rPr>
        <w:t>2) The product continues burn-in.</w:t>
      </w:r>
    </w:p>
    <w:p w:rsidR="00396E48" w:rsidRPr="00732E43" w:rsidRDefault="00A16A70">
      <w:pPr>
        <w:pStyle w:val="31"/>
        <w:rPr>
          <w:rFonts w:ascii="仿宋" w:eastAsia="仿宋" w:hAnsi="仿宋"/>
          <w:lang w:eastAsia="zh-CN"/>
        </w:rPr>
      </w:pPr>
      <w:r w:rsidRPr="00732E43">
        <w:rPr>
          <w:rFonts w:ascii="仿宋" w:eastAsia="仿宋" w:hAnsi="仿宋"/>
          <w:lang w:eastAsia="zh-CN"/>
        </w:rPr>
        <w:lastRenderedPageBreak/>
        <w:t xml:space="preserve">4.5.7. </w:t>
      </w:r>
      <w:r w:rsidR="009D398D">
        <w:rPr>
          <w:rFonts w:ascii="仿宋" w:eastAsia="仿宋" w:hAnsi="仿宋"/>
          <w:lang w:eastAsia="zh-CN"/>
        </w:rPr>
        <w:t/>
      </w:r>
      <w:r w:rsidRPr="00732E43">
        <w:rPr>
          <w:rFonts w:ascii="仿宋" w:eastAsia="仿宋" w:hAnsi="仿宋"/>
          <w:lang w:eastAsia="zh-CN"/>
        </w:rPr>
        <w:t>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3955602"/>
            <wp:effectExtent l="0" t="0" r="0" b="0"/>
            <wp:docPr id="75" name="Picture 75" descr="图 4.6-1 产品功能老化测试实验图片" title="图 4.6-1 产品功能老化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5_image_02.png"/>
                    <pic:cNvPicPr/>
                  </pic:nvPicPr>
                  <pic:blipFill>
                    <a:blip r:embed="rId72"/>
                    <a:stretch>
                      <a:fillRect/>
                    </a:stretch>
                  </pic:blipFill>
                  <pic:spPr>
                    <a:xfrm>
                      <a:off x="0" y="0"/>
                      <a:ext cx="5760720" cy="3955602"/>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4.6-1 Product Functional Burn-In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4152706" cy="5577840"/>
            <wp:effectExtent l="0" t="0" r="0" b="0"/>
            <wp:docPr id="76" name="Picture 76" descr="图 4.6-2 产品功能老化测试实验图片" title="图 4.6-2 产品功能老化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5_image_03.png"/>
                    <pic:cNvPicPr/>
                  </pic:nvPicPr>
                  <pic:blipFill>
                    <a:blip r:embed="rId73"/>
                    <a:stretch>
                      <a:fillRect/>
                    </a:stretch>
                  </pic:blipFill>
                  <pic:spPr>
                    <a:xfrm>
                      <a:off x="0" y="0"/>
                      <a:ext cx="4152706" cy="5577840"/>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4.6-2 Product Functional Burn-In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4358191"/>
            <wp:effectExtent l="0" t="0" r="0" b="0"/>
            <wp:docPr id="77" name="Picture 77" descr="图 4.6-3 产品功能老化测试实验图片" title="图 4.6-3 产品功能老化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5_image_04.png"/>
                    <pic:cNvPicPr/>
                  </pic:nvPicPr>
                  <pic:blipFill>
                    <a:blip r:embed="rId74"/>
                    <a:stretch>
                      <a:fillRect/>
                    </a:stretch>
                  </pic:blipFill>
                  <pic:spPr>
                    <a:xfrm>
                      <a:off x="0" y="0"/>
                      <a:ext cx="5760720" cy="4358191"/>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4.6-3 Product Functional Burn-In Test Photograph</w:t>
      </w:r>
    </w:p>
    <w:p w:rsidR="00396E48" w:rsidRPr="00732E43" w:rsidRDefault="00A16A70">
      <w:pPr>
        <w:pStyle w:val="31"/>
        <w:rPr>
          <w:rFonts w:ascii="仿宋" w:eastAsia="仿宋" w:hAnsi="仿宋"/>
        </w:rPr>
      </w:pPr>
      <w:r w:rsidRPr="00732E43">
        <w:rPr>
          <w:rFonts w:ascii="仿宋" w:eastAsia="仿宋" w:hAnsi="仿宋"/>
        </w:rPr>
        <w:t xml:space="preserve">4.5.8. </w:t>
      </w:r>
      <w:r w:rsidR="009D398D">
        <w:rPr>
          <w:rFonts w:ascii="仿宋" w:eastAsia="仿宋" w:hAnsi="仿宋"/>
        </w:rPr>
        <w:t/>
      </w:r>
      <w:r w:rsidRPr="00732E43">
        <w:rPr>
          <w:rFonts w:ascii="仿宋" w:eastAsia="仿宋" w:hAnsi="仿宋"/>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2025.4.8</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2025.4.8</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396E48" w:rsidRPr="00732E43" w:rsidRDefault="00A16A70">
      <w:pPr>
        <w:pStyle w:val="21"/>
        <w:pageBreakBefore/>
        <w:rPr>
          <w:rFonts w:ascii="仿宋" w:eastAsia="仿宋" w:hAnsi="仿宋"/>
        </w:rPr>
      </w:pPr>
      <w:r w:rsidRPr="00732E43">
        <w:rPr>
          <w:rFonts w:ascii="仿宋" w:eastAsia="仿宋" w:hAnsi="仿宋"/>
        </w:rPr>
        <w:lastRenderedPageBreak/>
        <w:t xml:space="preserve">4.6. </w:t>
      </w:r>
      <w:r w:rsidR="009D398D">
        <w:rPr>
          <w:rFonts w:ascii="仿宋" w:eastAsia="仿宋" w:hAnsi="仿宋"/>
        </w:rPr>
        <w:t/>
      </w:r>
      <w:r w:rsidRPr="00732E43">
        <w:rPr>
          <w:rFonts w:ascii="仿宋" w:eastAsia="仿宋" w:hAnsi="仿宋"/>
        </w:rPr>
        <w:t>Compatibility Test</w:t>
      </w:r>
    </w:p>
    <w:p w:rsidR="00396E48" w:rsidRPr="00732E43" w:rsidRDefault="00A16A70">
      <w:pPr>
        <w:pStyle w:val="31"/>
        <w:rPr>
          <w:rFonts w:ascii="仿宋" w:eastAsia="仿宋" w:hAnsi="仿宋"/>
        </w:rPr>
      </w:pPr>
      <w:r w:rsidRPr="00732E43">
        <w:rPr>
          <w:rFonts w:ascii="仿宋" w:eastAsia="仿宋" w:hAnsi="仿宋"/>
        </w:rPr>
        <w:t xml:space="preserve">4.6.1. </w:t>
      </w:r>
      <w:r w:rsidR="009D398D">
        <w:rPr>
          <w:rFonts w:ascii="仿宋" w:eastAsia="仿宋" w:hAnsi="仿宋"/>
        </w:rPr>
        <w:t/>
      </w:r>
      <w:r w:rsidRPr="00732E43">
        <w:rPr>
          <w:rFonts w:ascii="仿宋" w:eastAsia="仿宋" w:hAnsi="仿宋"/>
        </w:rPr>
        <w:t>Basic Test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396E48" w:rsidRPr="00732E43" w:rsidTr="009D36D0">
        <w:trPr>
          <w:tblHeader/>
          <w:jc w:val="center"/>
        </w:trPr>
        <w:tc>
          <w:tcPr>
            <w:tcW w:w="2232"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Item</w:t>
            </w:r>
          </w:p>
        </w:tc>
        <w:tc>
          <w:tcPr>
            <w:tcW w:w="7416" w:type="dxa"/>
            <w:tcBorders>
              <w:bottom w:val="single" w:sz="6" w:space="0" w:color="D9D9D9"/>
            </w:tcBorders>
            <w:shd w:val="clear" w:color="auto" w:fill="1F4E78"/>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b/>
                <w:color w:val="FFFFFF"/>
                <w:sz w:val="19"/>
              </w:rPr>
              <w:t>Content</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Category</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Electrical Performance Tests</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Item</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rsidP="00AE6B8B">
            <w:pPr>
              <w:spacing w:after="0" w:line="259" w:lineRule="auto"/>
              <w:rPr>
                <w:rFonts w:ascii="仿宋" w:eastAsia="仿宋" w:hAnsi="仿宋"/>
              </w:rPr>
            </w:pPr>
            <w:r w:rsidRPr="00732E43">
              <w:rPr>
                <w:rFonts w:ascii="仿宋" w:eastAsia="仿宋" w:hAnsi="仿宋"/>
                <w:sz w:val="19"/>
              </w:rPr>
              <w:t>Compatibility Test</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Product Model</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N7/N7A</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E406B0">
            <w:pPr>
              <w:spacing w:after="0" w:line="259" w:lineRule="auto"/>
              <w:jc w:val="center"/>
              <w:rPr>
                <w:rFonts w:ascii="仿宋" w:eastAsia="仿宋" w:hAnsi="仿宋"/>
              </w:rPr>
            </w:pPr>
            <w:r>
              <w:rPr>
                <w:rFonts w:ascii="仿宋" w:eastAsia="仿宋" w:hAnsi="仿宋"/>
                <w:sz w:val="19"/>
              </w:rPr>
              <w:t>Test Start Date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2025.5.10</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Start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2025.5.10</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Test Completion Time</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2025.5.10</w:t>
            </w:r>
          </w:p>
        </w:tc>
      </w:tr>
      <w:tr w:rsidR="00396E48" w:rsidRPr="00732E43" w:rsidTr="009D36D0">
        <w:trPr>
          <w:jc w:val="center"/>
        </w:trPr>
        <w:tc>
          <w:tcPr>
            <w:tcW w:w="223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Archiving Department</w:t>
            </w:r>
          </w:p>
        </w:tc>
        <w:tc>
          <w:tcPr>
            <w:tcW w:w="741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396E48" w:rsidRPr="00732E43" w:rsidRDefault="00A16A70">
            <w:pPr>
              <w:spacing w:after="0" w:line="259" w:lineRule="auto"/>
              <w:rPr>
                <w:rFonts w:ascii="仿宋" w:eastAsia="仿宋" w:hAnsi="仿宋"/>
              </w:rPr>
            </w:pPr>
            <w:r w:rsidRPr="00732E43">
              <w:rPr>
                <w:rFonts w:ascii="仿宋" w:eastAsia="仿宋" w:hAnsi="仿宋"/>
                <w:sz w:val="19"/>
              </w:rPr>
              <w:t>Quality Department</w:t>
            </w:r>
          </w:p>
        </w:tc>
      </w:tr>
    </w:tbl>
    <w:p w:rsidR="00396E48" w:rsidRPr="00732E43" w:rsidRDefault="00396E48">
      <w:pPr>
        <w:spacing w:after="0"/>
        <w:rPr>
          <w:rFonts w:ascii="仿宋" w:eastAsia="仿宋" w:hAnsi="仿宋"/>
        </w:rPr>
      </w:pPr>
    </w:p>
    <w:p w:rsidR="00396E48" w:rsidRPr="00732E43" w:rsidRDefault="00A16A70">
      <w:pPr>
        <w:pStyle w:val="31"/>
        <w:rPr>
          <w:rFonts w:ascii="仿宋" w:eastAsia="仿宋" w:hAnsi="仿宋"/>
        </w:rPr>
      </w:pPr>
      <w:r w:rsidRPr="00732E43">
        <w:rPr>
          <w:rFonts w:ascii="仿宋" w:eastAsia="仿宋" w:hAnsi="仿宋"/>
        </w:rPr>
        <w:t xml:space="preserve">4.6.2. </w:t>
      </w:r>
      <w:r w:rsidR="009D398D">
        <w:rPr>
          <w:rFonts w:ascii="仿宋" w:eastAsia="仿宋" w:hAnsi="仿宋"/>
        </w:rPr>
        <w:t/>
      </w:r>
      <w:r w:rsidRPr="00732E43">
        <w:rPr>
          <w:rFonts w:ascii="仿宋" w:eastAsia="仿宋" w:hAnsi="仿宋"/>
        </w:rPr>
        <w:t>Test Conditions and Methods</w:t>
      </w:r>
    </w:p>
    <w:p w:rsidR="00396E48" w:rsidRPr="00732E43" w:rsidRDefault="00A16A70">
      <w:pPr>
        <w:rPr>
          <w:rFonts w:ascii="仿宋" w:eastAsia="仿宋" w:hAnsi="仿宋"/>
        </w:rPr>
      </w:pPr>
      <w:r w:rsidRPr="00732E43">
        <w:rPr>
          <w:rFonts w:ascii="仿宋" w:eastAsia="仿宋" w:hAnsi="仿宋"/>
        </w:rPr>
        <w:t xml:space="preserve">1) Connect the following devices to check Bluetooth connection and call functions: laptop, iPhoneSE, Samsung S24+, Google Pixe / Sony </w:t>
      </w:r>
      <w:r w:rsidR="006121E8">
        <w:rPr>
          <w:rFonts w:ascii="仿宋" w:eastAsia="仿宋" w:hAnsi="仿宋"/>
        </w:rPr>
        <w:t xml:space="preserve">XPERIA </w:t>
      </w:r>
      <w:r w:rsidRPr="00732E43">
        <w:rPr>
          <w:rFonts w:ascii="仿宋" w:eastAsia="仿宋" w:hAnsi="仿宋"/>
        </w:rPr>
        <w:t>11, iPhone12PRO and other phones.</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4.6.3. </w:t>
      </w:r>
      <w:r w:rsidR="009D398D">
        <w:rPr>
          <w:rFonts w:ascii="仿宋" w:eastAsia="仿宋" w:hAnsi="仿宋"/>
          <w:lang w:eastAsia="zh-CN"/>
        </w:rPr>
        <w:t/>
      </w:r>
      <w:r w:rsidRPr="00732E43">
        <w:rPr>
          <w:rFonts w:ascii="仿宋" w:eastAsia="仿宋" w:hAnsi="仿宋"/>
          <w:lang w:eastAsia="zh-CN"/>
        </w:rPr>
        <w:t>Test Criteria and Records</w:t>
      </w:r>
    </w:p>
    <w:p w:rsidR="00396E48" w:rsidRPr="00732E43" w:rsidRDefault="00A16A70">
      <w:pPr>
        <w:rPr>
          <w:rFonts w:ascii="仿宋" w:eastAsia="仿宋" w:hAnsi="仿宋"/>
        </w:rPr>
      </w:pPr>
      <w:r w:rsidRPr="00732E43">
        <w:rPr>
          <w:rFonts w:ascii="仿宋" w:eastAsia="仿宋" w:hAnsi="仿宋"/>
        </w:rPr>
        <w:t xml:space="preserve">1) Compatible Bluetooth connection and playback with the following devices constitutes a pass: laptop, iPhoneSE, Samsung S24+, </w:t>
      </w:r>
      <w:r w:rsidR="002556E2">
        <w:rPr>
          <w:rFonts w:ascii="仿宋" w:eastAsia="仿宋" w:hAnsi="仿宋"/>
        </w:rPr>
        <w:t/>
      </w:r>
      <w:r w:rsidRPr="00732E43">
        <w:rPr>
          <w:rFonts w:ascii="仿宋" w:eastAsia="仿宋" w:hAnsi="仿宋"/>
        </w:rPr>
        <w:t>Google Pixe / Sony XPERIA 1, iPhone12PRO.</w:t>
      </w:r>
    </w:p>
    <w:p w:rsidR="00396E48" w:rsidRPr="00732E43" w:rsidRDefault="00A16A70">
      <w:pPr>
        <w:rPr>
          <w:rFonts w:ascii="仿宋" w:eastAsia="仿宋" w:hAnsi="仿宋"/>
        </w:rPr>
      </w:pPr>
      <w:r w:rsidRPr="00732E43">
        <w:rPr>
          <w:rFonts w:ascii="仿宋" w:eastAsia="仿宋" w:hAnsi="仿宋"/>
        </w:rPr>
        <w:t>2) Bluetooth name: N7A</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4.6.4. </w:t>
      </w:r>
      <w:r w:rsidR="009D398D">
        <w:rPr>
          <w:rFonts w:ascii="仿宋" w:eastAsia="仿宋" w:hAnsi="仿宋"/>
          <w:lang w:eastAsia="zh-CN"/>
        </w:rPr>
        <w:t/>
      </w:r>
      <w:r w:rsidRPr="00732E43">
        <w:rPr>
          <w:rFonts w:ascii="仿宋" w:eastAsia="仿宋" w:hAnsi="仿宋"/>
          <w:lang w:eastAsia="zh-CN"/>
        </w:rPr>
        <w:t>Equipment and Tools</w:t>
      </w:r>
    </w:p>
    <w:p w:rsidR="00396E48" w:rsidRPr="00732E43" w:rsidRDefault="00A16A70">
      <w:pPr>
        <w:rPr>
          <w:rFonts w:ascii="仿宋" w:eastAsia="仿宋" w:hAnsi="仿宋"/>
          <w:lang w:eastAsia="zh-CN"/>
        </w:rPr>
      </w:pPr>
      <w:r w:rsidRPr="00732E43">
        <w:rPr>
          <w:rFonts w:ascii="仿宋" w:eastAsia="仿宋" w:hAnsi="仿宋"/>
          <w:lang w:eastAsia="zh-CN"/>
        </w:rPr>
        <w:t>1) Test samples*3pcs</w:t>
      </w:r>
    </w:p>
    <w:p w:rsidR="00396E48" w:rsidRPr="00732E43" w:rsidRDefault="00A16A70">
      <w:pPr>
        <w:rPr>
          <w:rFonts w:ascii="仿宋" w:eastAsia="仿宋" w:hAnsi="仿宋"/>
          <w:lang w:eastAsia="zh-CN"/>
        </w:rPr>
      </w:pPr>
      <w:r w:rsidRPr="00732E43">
        <w:rPr>
          <w:rFonts w:ascii="仿宋" w:eastAsia="仿宋" w:hAnsi="仿宋"/>
          <w:lang w:eastAsia="zh-CN"/>
        </w:rPr>
        <w:t xml:space="preserve">2) Mobile </w:t>
      </w:r>
      <w:r w:rsidR="00EE3E34">
        <w:rPr>
          <w:rFonts w:ascii="仿宋" w:eastAsia="仿宋" w:hAnsi="仿宋" w:hint="eastAsia"/>
          <w:lang w:eastAsia="zh-CN"/>
        </w:rPr>
        <w:t/>
      </w:r>
      <w:r w:rsidRPr="00732E43">
        <w:rPr>
          <w:rFonts w:ascii="仿宋" w:eastAsia="仿宋" w:hAnsi="仿宋"/>
          <w:lang w:eastAsia="zh-CN"/>
        </w:rPr>
        <w:t/>
      </w:r>
      <w:r w:rsidR="00EE3E34" w:rsidRPr="00732E43">
        <w:rPr>
          <w:rFonts w:ascii="仿宋" w:eastAsia="仿宋" w:hAnsi="仿宋"/>
          <w:lang w:eastAsia="zh-CN"/>
        </w:rPr>
        <w:t/>
      </w:r>
      <w:r w:rsidRPr="00732E43">
        <w:rPr>
          <w:rFonts w:ascii="仿宋" w:eastAsia="仿宋" w:hAnsi="仿宋"/>
          <w:lang w:eastAsia="zh-CN"/>
        </w:rPr>
        <w:t>phones*6pcs.</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4.6.5. </w:t>
      </w:r>
      <w:r w:rsidR="009D398D">
        <w:rPr>
          <w:rFonts w:ascii="仿宋" w:eastAsia="仿宋" w:hAnsi="仿宋"/>
          <w:lang w:eastAsia="zh-CN"/>
        </w:rPr>
        <w:t/>
      </w:r>
      <w:r w:rsidRPr="00732E43">
        <w:rPr>
          <w:rFonts w:ascii="仿宋" w:eastAsia="仿宋" w:hAnsi="仿宋"/>
          <w:lang w:eastAsia="zh-CN"/>
        </w:rPr>
        <w:t>Test Procedure</w:t>
      </w:r>
    </w:p>
    <w:p w:rsidR="00396E48" w:rsidRPr="00732E43" w:rsidRDefault="00A16A70">
      <w:pPr>
        <w:rPr>
          <w:rFonts w:ascii="仿宋" w:eastAsia="仿宋" w:hAnsi="仿宋"/>
          <w:lang w:eastAsia="zh-CN"/>
        </w:rPr>
      </w:pPr>
      <w:r w:rsidRPr="00732E43">
        <w:rPr>
          <w:rFonts w:ascii="仿宋" w:eastAsia="仿宋" w:hAnsi="仿宋"/>
          <w:lang w:eastAsia="zh-CN"/>
        </w:rPr>
        <w:t>1) Bluetooth connection and playback using laptop, iPhoneSE and Samsung S24+.</w:t>
      </w:r>
    </w:p>
    <w:p w:rsidR="00396E48" w:rsidRPr="00732E43" w:rsidRDefault="00A16A70">
      <w:pPr>
        <w:rPr>
          <w:rFonts w:ascii="仿宋" w:eastAsia="仿宋" w:hAnsi="仿宋"/>
        </w:rPr>
      </w:pPr>
      <w:r w:rsidRPr="00732E43">
        <w:rPr>
          <w:rFonts w:ascii="仿宋" w:eastAsia="仿宋" w:hAnsi="仿宋"/>
        </w:rPr>
        <w:t>2) Bluetooth connection and playback using Google Pixe, Sony XPERIA 11 and iPhone12PRO.</w:t>
      </w:r>
    </w:p>
    <w:p w:rsidR="00396E48" w:rsidRPr="00732E43" w:rsidRDefault="00A16A70">
      <w:pPr>
        <w:pStyle w:val="31"/>
        <w:rPr>
          <w:rFonts w:ascii="仿宋" w:eastAsia="仿宋" w:hAnsi="仿宋"/>
        </w:rPr>
      </w:pPr>
      <w:r w:rsidRPr="00732E43">
        <w:rPr>
          <w:rFonts w:ascii="仿宋" w:eastAsia="仿宋" w:hAnsi="仿宋"/>
        </w:rPr>
        <w:lastRenderedPageBreak/>
        <w:t xml:space="preserve">4.6.6. </w:t>
      </w:r>
      <w:r w:rsidR="009D398D">
        <w:rPr>
          <w:rFonts w:ascii="仿宋" w:eastAsia="仿宋" w:hAnsi="仿宋"/>
        </w:rPr>
        <w:t/>
      </w:r>
      <w:r w:rsidRPr="00732E43">
        <w:rPr>
          <w:rFonts w:ascii="仿宋" w:eastAsia="仿宋" w:hAnsi="仿宋"/>
        </w:rPr>
        <w:t>Test Procedure and Result Photographs</w:t>
      </w:r>
    </w:p>
    <w:p w:rsidR="00396E48" w:rsidRPr="00732E43" w:rsidRDefault="00A16A70">
      <w:pPr>
        <w:keepNext/>
        <w:jc w:val="center"/>
        <w:rPr>
          <w:rFonts w:ascii="仿宋" w:eastAsia="仿宋" w:hAnsi="仿宋"/>
        </w:rPr>
      </w:pPr>
      <w:r w:rsidRPr="00732E43">
        <w:rPr>
          <w:rFonts w:ascii="仿宋" w:eastAsia="仿宋" w:hAnsi="仿宋"/>
          <w:noProof/>
          <w:lang w:eastAsia="zh-CN"/>
        </w:rPr>
        <w:drawing>
          <wp:inline distT="0" distB="0" distL="0" distR="0">
            <wp:extent cx="5760720" cy="4071818"/>
            <wp:effectExtent l="0" t="0" r="0" b="0"/>
            <wp:docPr id="78" name="Picture 78" descr="图 4.7-1 兼容性测试实验图片" title="图 4.7-1 兼容性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6_image_02.png"/>
                    <pic:cNvPicPr/>
                  </pic:nvPicPr>
                  <pic:blipFill>
                    <a:blip r:embed="rId75"/>
                    <a:stretch>
                      <a:fillRect/>
                    </a:stretch>
                  </pic:blipFill>
                  <pic:spPr>
                    <a:xfrm>
                      <a:off x="0" y="0"/>
                      <a:ext cx="5760720" cy="4071818"/>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4.7-1 Compatibility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663754" cy="5577840"/>
            <wp:effectExtent l="0" t="0" r="0" b="0"/>
            <wp:docPr id="79" name="Picture 79" descr="图 4.7-2 兼容性测试实验图片" title="图 4.7-2 兼容性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6_image_03.png"/>
                    <pic:cNvPicPr/>
                  </pic:nvPicPr>
                  <pic:blipFill>
                    <a:blip r:embed="rId76"/>
                    <a:stretch>
                      <a:fillRect/>
                    </a:stretch>
                  </pic:blipFill>
                  <pic:spPr>
                    <a:xfrm>
                      <a:off x="0" y="0"/>
                      <a:ext cx="5663754"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4.7-2 Compatibility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44568" cy="5577840"/>
            <wp:effectExtent l="0" t="0" r="0" b="0"/>
            <wp:docPr id="80" name="Picture 80" descr="图 4.7-3 兼容性测试实验图片" title="图 4.7-3 兼容性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6_image_04.png"/>
                    <pic:cNvPicPr/>
                  </pic:nvPicPr>
                  <pic:blipFill>
                    <a:blip r:embed="rId77"/>
                    <a:stretch>
                      <a:fillRect/>
                    </a:stretch>
                  </pic:blipFill>
                  <pic:spPr>
                    <a:xfrm>
                      <a:off x="0" y="0"/>
                      <a:ext cx="5744568"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4.7-3 Compatibility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5476805"/>
            <wp:effectExtent l="0" t="0" r="0" b="0"/>
            <wp:docPr id="81" name="Picture 81" descr="图 4.7-4 兼容性测试实验图片" title="图 4.7-4 兼容性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6_image_05.png"/>
                    <pic:cNvPicPr/>
                  </pic:nvPicPr>
                  <pic:blipFill>
                    <a:blip r:embed="rId78"/>
                    <a:stretch>
                      <a:fillRect/>
                    </a:stretch>
                  </pic:blipFill>
                  <pic:spPr>
                    <a:xfrm>
                      <a:off x="0" y="0"/>
                      <a:ext cx="5760720" cy="5476805"/>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4.7-4 Compatibility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523308" cy="5577840"/>
            <wp:effectExtent l="0" t="0" r="0" b="0"/>
            <wp:docPr id="82" name="Picture 82" descr="图 4.7-5 兼容性测试实验图片" title="图 4.7-5 兼容性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6_image_06.png"/>
                    <pic:cNvPicPr/>
                  </pic:nvPicPr>
                  <pic:blipFill>
                    <a:blip r:embed="rId79"/>
                    <a:stretch>
                      <a:fillRect/>
                    </a:stretch>
                  </pic:blipFill>
                  <pic:spPr>
                    <a:xfrm>
                      <a:off x="0" y="0"/>
                      <a:ext cx="5523308" cy="5577840"/>
                    </a:xfrm>
                    <a:prstGeom prst="rect">
                      <a:avLst/>
                    </a:prstGeom>
                  </pic:spPr>
                </pic:pic>
              </a:graphicData>
            </a:graphic>
          </wp:inline>
        </w:drawing>
      </w:r>
    </w:p>
    <w:p w:rsidR="00396E48" w:rsidRPr="00732E43" w:rsidRDefault="00A16A70">
      <w:pPr>
        <w:spacing w:after="160"/>
        <w:jc w:val="center"/>
        <w:rPr>
          <w:rFonts w:ascii="仿宋" w:eastAsia="仿宋" w:hAnsi="仿宋"/>
        </w:rPr>
      </w:pPr>
      <w:r w:rsidRPr="00732E43">
        <w:rPr>
          <w:rFonts w:ascii="仿宋" w:eastAsia="仿宋" w:hAnsi="仿宋"/>
          <w:sz w:val="18"/>
        </w:rPr>
        <w:t>Figure 4.7-5 Compatibility Test Photograph</w:t>
      </w:r>
    </w:p>
    <w:p w:rsidR="00396E48" w:rsidRPr="00732E43" w:rsidRDefault="00A16A70">
      <w:pPr>
        <w:keepNext/>
        <w:jc w:val="center"/>
        <w:rPr>
          <w:rFonts w:ascii="仿宋" w:eastAsia="仿宋" w:hAnsi="仿宋"/>
        </w:rPr>
      </w:pPr>
      <w:r w:rsidRPr="00732E43">
        <w:rPr>
          <w:rFonts w:ascii="仿宋" w:eastAsia="仿宋" w:hAnsi="仿宋"/>
          <w:noProof/>
          <w:lang w:eastAsia="zh-CN"/>
        </w:rPr>
        <w:lastRenderedPageBreak/>
        <w:drawing>
          <wp:inline distT="0" distB="0" distL="0" distR="0">
            <wp:extent cx="5760720" cy="5074122"/>
            <wp:effectExtent l="0" t="0" r="0" b="0"/>
            <wp:docPr id="83" name="Picture 83" descr="图 4.7-6 兼容性测试实验图片" title="图 4.7-6 兼容性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6_image_07.png"/>
                    <pic:cNvPicPr/>
                  </pic:nvPicPr>
                  <pic:blipFill>
                    <a:blip r:embed="rId80"/>
                    <a:stretch>
                      <a:fillRect/>
                    </a:stretch>
                  </pic:blipFill>
                  <pic:spPr>
                    <a:xfrm>
                      <a:off x="0" y="0"/>
                      <a:ext cx="5760720" cy="5074122"/>
                    </a:xfrm>
                    <a:prstGeom prst="rect">
                      <a:avLst/>
                    </a:prstGeom>
                  </pic:spPr>
                </pic:pic>
              </a:graphicData>
            </a:graphic>
          </wp:inline>
        </w:drawing>
      </w:r>
    </w:p>
    <w:p w:rsidR="00396E48" w:rsidRPr="00732E43" w:rsidRDefault="00A16A70">
      <w:pPr>
        <w:spacing w:after="160"/>
        <w:jc w:val="center"/>
        <w:rPr>
          <w:rFonts w:ascii="仿宋" w:eastAsia="仿宋" w:hAnsi="仿宋"/>
          <w:lang w:eastAsia="zh-CN"/>
        </w:rPr>
      </w:pPr>
      <w:r w:rsidRPr="00732E43">
        <w:rPr>
          <w:rFonts w:ascii="仿宋" w:eastAsia="仿宋" w:hAnsi="仿宋"/>
          <w:sz w:val="18"/>
          <w:lang w:eastAsia="zh-CN"/>
        </w:rPr>
        <w:t>Figure 4.7-6 Compatibility Test Photograph</w:t>
      </w:r>
    </w:p>
    <w:p w:rsidR="00396E48" w:rsidRPr="00732E43" w:rsidRDefault="00A16A70">
      <w:pPr>
        <w:pStyle w:val="31"/>
        <w:rPr>
          <w:rFonts w:ascii="仿宋" w:eastAsia="仿宋" w:hAnsi="仿宋"/>
          <w:lang w:eastAsia="zh-CN"/>
        </w:rPr>
      </w:pPr>
      <w:r w:rsidRPr="00732E43">
        <w:rPr>
          <w:rFonts w:ascii="仿宋" w:eastAsia="仿宋" w:hAnsi="仿宋"/>
          <w:lang w:eastAsia="zh-CN"/>
        </w:rPr>
        <w:t xml:space="preserve">4.6.7. </w:t>
      </w:r>
      <w:r w:rsidR="009D398D">
        <w:rPr>
          <w:rFonts w:ascii="仿宋" w:eastAsia="仿宋" w:hAnsi="仿宋"/>
          <w:lang w:eastAsia="zh-CN"/>
        </w:rPr>
        <w:t/>
      </w:r>
      <w:r w:rsidRPr="00732E43">
        <w:rPr>
          <w:rFonts w:ascii="仿宋" w:eastAsia="仿宋" w:hAnsi="仿宋"/>
          <w:lang w:eastAsia="zh-CN"/>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396E48" w:rsidRPr="00732E43">
        <w:trPr>
          <w:cantSplit/>
          <w:jc w:val="center"/>
        </w:trPr>
        <w:tc>
          <w:tcPr>
            <w:tcW w:w="172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Stage</w:t>
            </w:r>
          </w:p>
        </w:tc>
        <w:tc>
          <w:tcPr>
            <w:tcW w:w="3888"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Personnel</w:t>
            </w:r>
          </w:p>
        </w:tc>
        <w:tc>
          <w:tcPr>
            <w:tcW w:w="3960" w:type="dxa"/>
            <w:shd w:val="clear" w:color="auto" w:fill="1F4E78"/>
            <w:tcMar>
              <w:top w:w="90" w:type="dxa"/>
              <w:left w:w="110" w:type="dxa"/>
              <w:bottom w:w="90" w:type="dxa"/>
              <w:right w:w="110" w:type="dxa"/>
            </w:tcMar>
            <w:vAlign w:val="center"/>
          </w:tcPr>
          <w:p w:rsidR="00396E48" w:rsidRPr="00732E43" w:rsidRDefault="00A16A70">
            <w:pPr>
              <w:keepNext/>
              <w:spacing w:after="0" w:line="259" w:lineRule="auto"/>
              <w:rPr>
                <w:rFonts w:ascii="仿宋" w:eastAsia="仿宋" w:hAnsi="仿宋"/>
              </w:rPr>
            </w:pPr>
            <w:r w:rsidRPr="00732E43">
              <w:rPr>
                <w:rFonts w:ascii="仿宋" w:eastAsia="仿宋" w:hAnsi="仿宋"/>
                <w:b/>
                <w:color w:val="FFFFFF"/>
                <w:sz w:val="19"/>
              </w:rPr>
              <w:t>Date</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Prepared by</w:t>
            </w:r>
          </w:p>
        </w:tc>
        <w:tc>
          <w:tcPr>
            <w:tcW w:w="3888"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Ji Zuyun</w:t>
            </w:r>
          </w:p>
        </w:tc>
        <w:tc>
          <w:tcPr>
            <w:tcW w:w="3960" w:type="dxa"/>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2025.5.10</w:t>
            </w:r>
          </w:p>
        </w:tc>
      </w:tr>
      <w:tr w:rsidR="00396E48" w:rsidRPr="00732E43">
        <w:trPr>
          <w:cantSplit/>
          <w:jc w:val="center"/>
        </w:trPr>
        <w:tc>
          <w:tcPr>
            <w:tcW w:w="1728" w:type="dxa"/>
            <w:shd w:val="clear" w:color="auto" w:fill="EAF2F8"/>
            <w:tcMar>
              <w:top w:w="90" w:type="dxa"/>
              <w:left w:w="110" w:type="dxa"/>
              <w:bottom w:w="90" w:type="dxa"/>
              <w:right w:w="110" w:type="dxa"/>
            </w:tcMar>
            <w:vAlign w:val="center"/>
          </w:tcPr>
          <w:p w:rsidR="00396E48" w:rsidRPr="00732E43" w:rsidRDefault="00A16A70" w:rsidP="00AA4432">
            <w:pPr>
              <w:spacing w:after="0" w:line="259" w:lineRule="auto"/>
              <w:jc w:val="center"/>
              <w:rPr>
                <w:rFonts w:ascii="仿宋" w:eastAsia="仿宋" w:hAnsi="仿宋"/>
              </w:rPr>
            </w:pPr>
            <w:r w:rsidRPr="00732E43">
              <w:rPr>
                <w:rFonts w:ascii="仿宋" w:eastAsia="仿宋" w:hAnsi="仿宋"/>
                <w:sz w:val="19"/>
              </w:rPr>
              <w:t>Reviewed by</w:t>
            </w:r>
          </w:p>
        </w:tc>
        <w:tc>
          <w:tcPr>
            <w:tcW w:w="3888"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Lu Yuqian</w:t>
            </w:r>
          </w:p>
        </w:tc>
        <w:tc>
          <w:tcPr>
            <w:tcW w:w="3960" w:type="dxa"/>
            <w:shd w:val="clear" w:color="auto" w:fill="EAF2F8"/>
            <w:tcMar>
              <w:top w:w="90" w:type="dxa"/>
              <w:left w:w="110" w:type="dxa"/>
              <w:bottom w:w="90" w:type="dxa"/>
              <w:right w:w="110" w:type="dxa"/>
            </w:tcMar>
            <w:vAlign w:val="center"/>
          </w:tcPr>
          <w:p w:rsidR="00396E48" w:rsidRPr="00732E43" w:rsidRDefault="00A16A70">
            <w:pPr>
              <w:keepNext/>
              <w:spacing w:after="0" w:line="259" w:lineRule="auto"/>
              <w:jc w:val="center"/>
              <w:rPr>
                <w:rFonts w:ascii="仿宋" w:eastAsia="仿宋" w:hAnsi="仿宋"/>
              </w:rPr>
            </w:pPr>
            <w:r w:rsidRPr="00732E43">
              <w:rPr>
                <w:rFonts w:ascii="仿宋" w:eastAsia="仿宋" w:hAnsi="仿宋"/>
                <w:sz w:val="19"/>
              </w:rPr>
              <w:t>2025.5.10</w:t>
            </w:r>
          </w:p>
        </w:tc>
      </w:tr>
      <w:tr w:rsidR="00396E48" w:rsidRPr="00732E43">
        <w:trPr>
          <w:cantSplit/>
          <w:jc w:val="center"/>
        </w:trPr>
        <w:tc>
          <w:tcPr>
            <w:tcW w:w="172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Approved by</w:t>
            </w:r>
          </w:p>
        </w:tc>
        <w:tc>
          <w:tcPr>
            <w:tcW w:w="3888"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c>
          <w:tcPr>
            <w:tcW w:w="3960" w:type="dxa"/>
            <w:tcMar>
              <w:top w:w="90" w:type="dxa"/>
              <w:left w:w="110" w:type="dxa"/>
              <w:bottom w:w="90" w:type="dxa"/>
              <w:right w:w="110" w:type="dxa"/>
            </w:tcMar>
            <w:vAlign w:val="center"/>
          </w:tcPr>
          <w:p w:rsidR="00396E48" w:rsidRPr="00732E43" w:rsidRDefault="00A16A70">
            <w:pPr>
              <w:spacing w:after="0" w:line="259" w:lineRule="auto"/>
              <w:jc w:val="center"/>
              <w:rPr>
                <w:rFonts w:ascii="仿宋" w:eastAsia="仿宋" w:hAnsi="仿宋"/>
              </w:rPr>
            </w:pPr>
            <w:r w:rsidRPr="00732E43">
              <w:rPr>
                <w:rFonts w:ascii="仿宋" w:eastAsia="仿宋" w:hAnsi="仿宋"/>
                <w:sz w:val="19"/>
              </w:rPr>
              <w:t>—</w:t>
            </w:r>
          </w:p>
        </w:tc>
      </w:tr>
    </w:tbl>
    <w:p w:rsidR="00A16A70" w:rsidRPr="00732E43" w:rsidRDefault="00A16A70">
      <w:pPr>
        <w:rPr>
          <w:rFonts w:ascii="仿宋" w:eastAsia="仿宋" w:hAnsi="仿宋"/>
        </w:rPr>
      </w:pPr>
    </w:p>
    <w:sectPr w:rsidR="00A16A70" w:rsidRPr="00732E43" w:rsidSect="00034616">
      <w:footerReference w:type="default" r:id="rId81"/>
      <w:pgSz w:w="12240" w:h="15840"/>
      <w:pgMar w:top="1037" w:right="1181" w:bottom="1008" w:left="1181" w:header="504"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613E" w:rsidRDefault="0013613E">
      <w:pPr>
        <w:spacing w:after="0" w:line="240" w:lineRule="auto"/>
      </w:pPr>
      <w:r>
        <w:separator/>
      </w:r>
    </w:p>
  </w:endnote>
  <w:endnote w:type="continuationSeparator" w:id="0">
    <w:p w:rsidR="0013613E" w:rsidRDefault="00136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E48" w:rsidRDefault="00A16A70">
    <w:pPr>
      <w:pStyle w:val="a6"/>
      <w:jc w:val="center"/>
    </w:pPr>
    <w:r>
      <w:rPr>
        <w:sz w:val="18"/>
      </w:rPr>
      <w:fldChar w:fldCharType="begin"/>
    </w:r>
    <w:r>
      <w:rPr>
        <w:sz w:val="18"/>
      </w:rPr>
      <w:instrText>PAGE</w:instrText>
    </w:r>
    <w:r>
      <w:rPr>
        <w:sz w:val="18"/>
      </w:rPr>
      <w:fldChar w:fldCharType="separate"/>
    </w:r>
    <w:r w:rsidR="00A57FB7">
      <w:rPr>
        <w:noProof/>
        <w:sz w:val="18"/>
      </w:rPr>
      <w:t>82</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613E" w:rsidRDefault="0013613E">
      <w:pPr>
        <w:spacing w:after="0" w:line="240" w:lineRule="auto"/>
      </w:pPr>
      <w:r>
        <w:separator/>
      </w:r>
    </w:p>
  </w:footnote>
  <w:footnote w:type="continuationSeparator" w:id="0">
    <w:p w:rsidR="0013613E" w:rsidRDefault="001361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0BF0"/>
    <w:rsid w:val="00034616"/>
    <w:rsid w:val="000417F4"/>
    <w:rsid w:val="00054943"/>
    <w:rsid w:val="0006063C"/>
    <w:rsid w:val="00061F44"/>
    <w:rsid w:val="0013613E"/>
    <w:rsid w:val="0015074B"/>
    <w:rsid w:val="00195EA0"/>
    <w:rsid w:val="002556E2"/>
    <w:rsid w:val="0029639D"/>
    <w:rsid w:val="002A5301"/>
    <w:rsid w:val="00326F90"/>
    <w:rsid w:val="00345CFB"/>
    <w:rsid w:val="00396E48"/>
    <w:rsid w:val="003D0023"/>
    <w:rsid w:val="003D7C1C"/>
    <w:rsid w:val="003F2AF3"/>
    <w:rsid w:val="004522D8"/>
    <w:rsid w:val="00457A5C"/>
    <w:rsid w:val="004B455F"/>
    <w:rsid w:val="004C66FE"/>
    <w:rsid w:val="005A5C68"/>
    <w:rsid w:val="006121E8"/>
    <w:rsid w:val="00621752"/>
    <w:rsid w:val="006945B2"/>
    <w:rsid w:val="0069476A"/>
    <w:rsid w:val="0071238C"/>
    <w:rsid w:val="00720EF9"/>
    <w:rsid w:val="00732E43"/>
    <w:rsid w:val="007416AC"/>
    <w:rsid w:val="007D35C2"/>
    <w:rsid w:val="007E0540"/>
    <w:rsid w:val="007E4022"/>
    <w:rsid w:val="0082174F"/>
    <w:rsid w:val="0083648B"/>
    <w:rsid w:val="00837E6A"/>
    <w:rsid w:val="0086202F"/>
    <w:rsid w:val="008675A0"/>
    <w:rsid w:val="008F6B91"/>
    <w:rsid w:val="00910071"/>
    <w:rsid w:val="009D36D0"/>
    <w:rsid w:val="009D398D"/>
    <w:rsid w:val="009E735D"/>
    <w:rsid w:val="00A16A70"/>
    <w:rsid w:val="00A3618B"/>
    <w:rsid w:val="00A57FB7"/>
    <w:rsid w:val="00AA1D8D"/>
    <w:rsid w:val="00AA4432"/>
    <w:rsid w:val="00AE6B8B"/>
    <w:rsid w:val="00B41514"/>
    <w:rsid w:val="00B47730"/>
    <w:rsid w:val="00BA342A"/>
    <w:rsid w:val="00BB6617"/>
    <w:rsid w:val="00C07474"/>
    <w:rsid w:val="00C15D87"/>
    <w:rsid w:val="00CB0664"/>
    <w:rsid w:val="00D46B2E"/>
    <w:rsid w:val="00DB132F"/>
    <w:rsid w:val="00E35709"/>
    <w:rsid w:val="00E406B0"/>
    <w:rsid w:val="00E57925"/>
    <w:rsid w:val="00EB10E1"/>
    <w:rsid w:val="00EE3E34"/>
    <w:rsid w:val="00F341BE"/>
    <w:rsid w:val="00FC693F"/>
    <w:rsid w:val="00FE27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5CE0663A-0616-4EA4-80CE-A9189EC36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line="300" w:lineRule="auto"/>
    </w:pPr>
    <w:rPr>
      <w:rFonts w:ascii="微软雅黑" w:eastAsia="微软雅黑" w:hAnsi="微软雅黑"/>
      <w:color w:val="000000"/>
      <w:sz w:val="21"/>
    </w:rPr>
  </w:style>
  <w:style w:type="paragraph" w:styleId="1">
    <w:name w:val="heading 1"/>
    <w:basedOn w:val="a1"/>
    <w:next w:val="a1"/>
    <w:link w:val="1Char"/>
    <w:uiPriority w:val="9"/>
    <w:qFormat/>
    <w:rsid w:val="00FC693F"/>
    <w:pPr>
      <w:keepNext/>
      <w:keepLines/>
      <w:pageBreakBefore/>
      <w:spacing w:before="320" w:after="160"/>
      <w:outlineLvl w:val="0"/>
    </w:pPr>
    <w:rPr>
      <w:rFonts w:asciiTheme="majorHAnsi" w:eastAsiaTheme="majorEastAsia" w:hAnsiTheme="majorHAnsi" w:cstheme="majorBidi"/>
      <w:b/>
      <w:bCs/>
      <w:sz w:val="36"/>
      <w:szCs w:val="28"/>
    </w:rPr>
  </w:style>
  <w:style w:type="paragraph" w:styleId="21">
    <w:name w:val="heading 2"/>
    <w:basedOn w:val="a1"/>
    <w:next w:val="a1"/>
    <w:link w:val="2Char"/>
    <w:uiPriority w:val="9"/>
    <w:unhideWhenUsed/>
    <w:qFormat/>
    <w:rsid w:val="00FC693F"/>
    <w:pPr>
      <w:keepNext/>
      <w:keepLines/>
      <w:spacing w:before="260" w:after="120"/>
      <w:outlineLvl w:val="1"/>
    </w:pPr>
    <w:rPr>
      <w:rFonts w:asciiTheme="majorHAnsi" w:eastAsiaTheme="majorEastAsia" w:hAnsiTheme="majorHAnsi" w:cstheme="majorBidi"/>
      <w:b/>
      <w:bCs/>
      <w:sz w:val="30"/>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sz w:val="25"/>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页眉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页脚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标题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spacing w:after="400" w:line="240" w:lineRule="auto"/>
      <w:contextualSpacing/>
    </w:pPr>
    <w:rPr>
      <w:rFonts w:asciiTheme="majorHAnsi" w:eastAsiaTheme="majorEastAsia" w:hAnsiTheme="majorHAnsi" w:cstheme="majorBidi"/>
      <w:b/>
      <w:spacing w:val="5"/>
      <w:kern w:val="28"/>
      <w:sz w:val="48"/>
      <w:szCs w:val="52"/>
    </w:rPr>
  </w:style>
  <w:style w:type="character" w:customStyle="1" w:styleId="Char1">
    <w:name w:val="标题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副标题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正文文本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正文文本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正文文本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宏文本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引用 Char"/>
    <w:basedOn w:val="a2"/>
    <w:link w:val="af"/>
    <w:uiPriority w:val="29"/>
    <w:rsid w:val="00FC693F"/>
    <w:rPr>
      <w:i/>
      <w:iCs/>
      <w:color w:val="000000" w:themeColor="text1"/>
    </w:rPr>
  </w:style>
  <w:style w:type="character" w:customStyle="1" w:styleId="4Char">
    <w:name w:val="标题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标题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标题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明显引用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6448C-5F86-4F60-9617-07EF191FD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100</Pages>
  <Words>2496</Words>
  <Characters>14230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16693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N7/N7A-DVT可靠性测试报告</dc:title>
  <dc:subject>N7/N7A蓝牙音箱DVT可靠性测试</dc:subject>
  <dc:creator>东莞市金文华数码科技有限公司</dc:creator>
  <cp:keywords>N7/N7A,DVT,可靠性测试</cp:keywords>
  <dc:description>generated by python-docx</dc:description>
  <cp:lastModifiedBy>邵佳敏</cp:lastModifiedBy>
  <cp:revision>54</cp:revision>
  <dcterms:created xsi:type="dcterms:W3CDTF">2013-12-23T23:15:00Z</dcterms:created>
  <dcterms:modified xsi:type="dcterms:W3CDTF">2026-10-26T02:49:00Z</dcterms:modified>
  <cp:category/>
</cp:coreProperties>
</file>